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1D29" w:rsidRDefault="00C751A0">
      <w:pPr>
        <w:pStyle w:val="Heading1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3766246</wp:posOffset>
            </wp:positionH>
            <wp:positionV relativeFrom="paragraph">
              <wp:posOffset>506085</wp:posOffset>
            </wp:positionV>
            <wp:extent cx="3122762" cy="2347319"/>
            <wp:effectExtent l="0" t="381000" r="0" b="376831"/>
            <wp:wrapNone/>
            <wp:docPr id="1" name="Picture 0" descr="IMG_12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06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22762" cy="2347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t>Quick Pickle Slaw with Red Radish</w:t>
      </w:r>
    </w:p>
    <w:p w:rsidR="00301D29" w:rsidRDefault="00C751A0">
      <w:pPr>
        <w:pStyle w:val="Heading2"/>
      </w:pPr>
      <w:r>
        <w:t>Ingredients</w:t>
      </w:r>
    </w:p>
    <w:p w:rsidR="00301D29" w:rsidRDefault="00C751A0">
      <w:r>
        <w:t>• 1 cup shredded green cabbage</w:t>
      </w:r>
    </w:p>
    <w:p w:rsidR="00301D29" w:rsidRDefault="00C751A0">
      <w:r>
        <w:t>• 4–5 red radishes, thinly sliced into matchsticks</w:t>
      </w:r>
    </w:p>
    <w:p w:rsidR="00301D29" w:rsidRDefault="00C751A0">
      <w:r>
        <w:t>• 1 tablespoon rice vinegar (or apple cider vinegar)</w:t>
      </w:r>
    </w:p>
    <w:p w:rsidR="00301D29" w:rsidRDefault="00C751A0">
      <w:r>
        <w:t>• 1 teaspoon sugar</w:t>
      </w:r>
    </w:p>
    <w:p w:rsidR="00301D29" w:rsidRDefault="00C751A0">
      <w:r>
        <w:t>• 1/2 teaspoon salt</w:t>
      </w:r>
    </w:p>
    <w:p w:rsidR="00301D29" w:rsidRDefault="00C751A0">
      <w:r>
        <w:t xml:space="preserve">• 1 teaspoon sesame oil (optional </w:t>
      </w:r>
      <w:r>
        <w:t>for flavor boost)</w:t>
      </w:r>
    </w:p>
    <w:p w:rsidR="00301D29" w:rsidRDefault="00C751A0">
      <w:r>
        <w:t>• 1 tablespoon chopped green onion (optional)</w:t>
      </w:r>
    </w:p>
    <w:p w:rsidR="00301D29" w:rsidRDefault="00C751A0">
      <w:pPr>
        <w:pStyle w:val="Heading2"/>
      </w:pPr>
      <w:r>
        <w:t>Instructions</w:t>
      </w:r>
    </w:p>
    <w:p w:rsidR="00301D29" w:rsidRDefault="00C751A0">
      <w:r>
        <w:t>• In a mixing bowl, combine the cabbage and radish.</w:t>
      </w:r>
    </w:p>
    <w:p w:rsidR="00301D29" w:rsidRDefault="00C751A0">
      <w:r>
        <w:t>• In a separate small bowl, whisk together the rice vinegar, sugar, and salt until dissolved.</w:t>
      </w:r>
    </w:p>
    <w:p w:rsidR="00301D29" w:rsidRDefault="00C751A0">
      <w:r>
        <w:t>• If using sesame oil, whisk it i</w:t>
      </w:r>
      <w:r>
        <w:t>n as well.</w:t>
      </w:r>
    </w:p>
    <w:p w:rsidR="00301D29" w:rsidRDefault="00C751A0">
      <w:r>
        <w:t>• Pour the dressing over the cabbage and radish, tossing well to coat evenly.</w:t>
      </w:r>
    </w:p>
    <w:p w:rsidR="00301D29" w:rsidRDefault="00C751A0">
      <w:r>
        <w:t>• Let the slaw sit for at least 10 minutes before serving to allow flavors to meld.</w:t>
      </w:r>
    </w:p>
    <w:p w:rsidR="00301D29" w:rsidRDefault="00C751A0">
      <w:r>
        <w:t>• Garnish with green onion if desired.</w:t>
      </w:r>
    </w:p>
    <w:p w:rsidR="00301D29" w:rsidRDefault="00C751A0">
      <w:pPr>
        <w:pStyle w:val="Heading2"/>
      </w:pPr>
      <w:r>
        <w:t>Variations &amp; Substitutes</w:t>
      </w:r>
    </w:p>
    <w:p w:rsidR="00301D29" w:rsidRPr="00C751A0" w:rsidRDefault="00C751A0">
      <w:pPr>
        <w:rPr>
          <w:i/>
          <w:sz w:val="20"/>
          <w:szCs w:val="20"/>
        </w:rPr>
      </w:pPr>
      <w:r>
        <w:t xml:space="preserve">• </w:t>
      </w:r>
      <w:r w:rsidRPr="00C751A0">
        <w:rPr>
          <w:i/>
          <w:sz w:val="20"/>
          <w:szCs w:val="20"/>
        </w:rPr>
        <w:t>Replace red radis</w:t>
      </w:r>
      <w:r w:rsidRPr="00C751A0">
        <w:rPr>
          <w:i/>
          <w:sz w:val="20"/>
          <w:szCs w:val="20"/>
        </w:rPr>
        <w:t>h with daikon radish for a milder flavor.</w:t>
      </w:r>
    </w:p>
    <w:p w:rsidR="00301D29" w:rsidRPr="00C751A0" w:rsidRDefault="00C751A0">
      <w:pPr>
        <w:rPr>
          <w:i/>
          <w:sz w:val="20"/>
          <w:szCs w:val="20"/>
        </w:rPr>
      </w:pPr>
      <w:r w:rsidRPr="00C751A0">
        <w:rPr>
          <w:i/>
          <w:sz w:val="20"/>
          <w:szCs w:val="20"/>
        </w:rPr>
        <w:t>• Swap shredded green cabbage with Napa cabbage for a softer texture.</w:t>
      </w:r>
    </w:p>
    <w:p w:rsidR="00301D29" w:rsidRPr="00C751A0" w:rsidRDefault="00C751A0">
      <w:pPr>
        <w:rPr>
          <w:i/>
          <w:sz w:val="20"/>
          <w:szCs w:val="20"/>
        </w:rPr>
      </w:pPr>
      <w:r w:rsidRPr="00C751A0">
        <w:rPr>
          <w:i/>
          <w:sz w:val="20"/>
          <w:szCs w:val="20"/>
        </w:rPr>
        <w:t>• Add thinly sliced cucumber or carrot for extra crunch and color.</w:t>
      </w:r>
    </w:p>
    <w:p w:rsidR="00301D29" w:rsidRPr="00C751A0" w:rsidRDefault="00C751A0">
      <w:pPr>
        <w:rPr>
          <w:i/>
          <w:sz w:val="20"/>
          <w:szCs w:val="20"/>
        </w:rPr>
      </w:pPr>
      <w:r w:rsidRPr="00C751A0">
        <w:rPr>
          <w:i/>
          <w:sz w:val="20"/>
          <w:szCs w:val="20"/>
        </w:rPr>
        <w:t>• Use lemon juice instead of vinegar for a citrusy twist.</w:t>
      </w:r>
    </w:p>
    <w:p w:rsidR="00301D29" w:rsidRPr="00C751A0" w:rsidRDefault="00C751A0">
      <w:pPr>
        <w:rPr>
          <w:i/>
          <w:sz w:val="20"/>
          <w:szCs w:val="20"/>
        </w:rPr>
      </w:pPr>
      <w:r w:rsidRPr="00C751A0">
        <w:rPr>
          <w:i/>
          <w:sz w:val="20"/>
          <w:szCs w:val="20"/>
        </w:rPr>
        <w:t>• Sprinkle with toa</w:t>
      </w:r>
      <w:r w:rsidRPr="00C751A0">
        <w:rPr>
          <w:i/>
          <w:sz w:val="20"/>
          <w:szCs w:val="20"/>
        </w:rPr>
        <w:t>sted sesame seeds for added nutty flavor.</w:t>
      </w:r>
    </w:p>
    <w:sectPr w:rsidR="00301D29" w:rsidRPr="00C751A0" w:rsidSect="00C751A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77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B47730"/>
    <w:rsid w:val="00034616"/>
    <w:rsid w:val="0006063C"/>
    <w:rsid w:val="0015074B"/>
    <w:rsid w:val="0029639D"/>
    <w:rsid w:val="00301D29"/>
    <w:rsid w:val="00326F90"/>
    <w:rsid w:val="00AA1D8D"/>
    <w:rsid w:val="00B47730"/>
    <w:rsid w:val="00C751A0"/>
    <w:rsid w:val="00CB0664"/>
    <w:rsid w:val="00FC69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C751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51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158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Unisys</Company>
  <LinksUpToDate>false</LinksUpToDate>
  <CharactersWithSpaces>1063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Bob</cp:lastModifiedBy>
  <cp:revision>2</cp:revision>
  <dcterms:created xsi:type="dcterms:W3CDTF">2025-08-10T22:32:00Z</dcterms:created>
  <dcterms:modified xsi:type="dcterms:W3CDTF">2025-08-10T22:32:00Z</dcterms:modified>
</cp:coreProperties>
</file>