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B2A" w:rsidRPr="0037179A" w:rsidRDefault="0037179A">
      <w:pPr>
        <w:pStyle w:val="Heading1"/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  <w:sz w:val="56"/>
          <w:szCs w:val="56"/>
        </w:rPr>
        <w:t>Japanese Buta no Kakuni</w:t>
      </w:r>
      <w:r w:rsidRPr="0037179A">
        <w:rPr>
          <w:rFonts w:ascii="Times New Roman" w:hAnsi="Times New Roman" w:cs="Times New Roman"/>
        </w:rPr>
        <w:t xml:space="preserve"> </w:t>
      </w:r>
      <w:r w:rsidRPr="0037179A">
        <w:rPr>
          <w:rFonts w:ascii="Times New Roman" w:hAnsi="Times New Roman" w:cs="Times New Roman"/>
          <w:sz w:val="20"/>
          <w:szCs w:val="20"/>
        </w:rPr>
        <w:t>(Braised Pork Belly)</w:t>
      </w:r>
    </w:p>
    <w:p w:rsidR="00985B2A" w:rsidRPr="0037179A" w:rsidRDefault="008A40AC">
      <w:pPr>
        <w:pStyle w:val="Heading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332740</wp:posOffset>
            </wp:positionV>
            <wp:extent cx="4077970" cy="3131185"/>
            <wp:effectExtent l="19050" t="0" r="0" b="0"/>
            <wp:wrapNone/>
            <wp:docPr id="1" name="Picture 0" descr="IMG_1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34.jpeg"/>
                    <pic:cNvPicPr/>
                  </pic:nvPicPr>
                  <pic:blipFill>
                    <a:blip r:embed="rId6"/>
                    <a:srcRect l="40495" t="9892" b="29246"/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7179A" w:rsidRPr="0037179A">
        <w:rPr>
          <w:rFonts w:ascii="Times New Roman" w:hAnsi="Times New Roman" w:cs="Times New Roman"/>
        </w:rPr>
        <w:t>Ingredients: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2 lbs pork belly, cut into 2-inch cubes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2 tbsp vegetable oil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1 knob ginger, sliced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3 cloves garlic, smashed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1 cup sake (or dry white wine if needed)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½ cup soy sauce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½ cup mirin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3 tbsp sugar (rock sugar if available)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3 cups dashi or chicken broth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4 boiled eggs (optional, peeled)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• 2 green onions, chopped (for garnish)</w:t>
      </w:r>
    </w:p>
    <w:p w:rsidR="00985B2A" w:rsidRPr="0037179A" w:rsidRDefault="0037179A">
      <w:pPr>
        <w:pStyle w:val="Heading2"/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Steps: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1. Blanch pork belly cubes in boiling water for 5 minutes to remove impurities. Drain and pat dry.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2. In a heavy pot, heat oil and brown pork belly on all sides.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3. Add ginger and garlic, sauté briefly until fragrant.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4. Pour in sake, soy sauce, mirin, sugar, and broth. Bring to a boil, then reduce to a gentle simmer.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5. Cover and braise on low heat for 1.5–2 hours, skimming fat occasionally, until pork is tender.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6. In the last 30 minutes, add boiled eggs to soak in the sauce (optional).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7. Remove from heat and let rest for 10 minutes. Garnish with chopped green onions before serving.</w:t>
      </w:r>
    </w:p>
    <w:p w:rsidR="00985B2A" w:rsidRPr="0037179A" w:rsidRDefault="0037179A">
      <w:pPr>
        <w:pStyle w:val="Heading2"/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Chef Tip:</w:t>
      </w:r>
    </w:p>
    <w:p w:rsidR="00985B2A" w:rsidRPr="0037179A" w:rsidRDefault="0037179A">
      <w:pPr>
        <w:rPr>
          <w:rFonts w:ascii="Times New Roman" w:hAnsi="Times New Roman" w:cs="Times New Roman"/>
        </w:rPr>
      </w:pPr>
      <w:r w:rsidRPr="0037179A">
        <w:rPr>
          <w:rFonts w:ascii="Times New Roman" w:hAnsi="Times New Roman" w:cs="Times New Roman"/>
        </w:rPr>
        <w:t>For extra depth, sear the pork belly in batches so it browns well. If the sauce reduces too much, add a splash more broth. This dish tastes even better the next day after resting in the fridge and reheating gently.</w:t>
      </w:r>
    </w:p>
    <w:sectPr w:rsidR="00985B2A" w:rsidRPr="0037179A" w:rsidSect="003717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B47730"/>
    <w:rsid w:val="00034616"/>
    <w:rsid w:val="0006063C"/>
    <w:rsid w:val="0015074B"/>
    <w:rsid w:val="0029639D"/>
    <w:rsid w:val="00326F90"/>
    <w:rsid w:val="0037179A"/>
    <w:rsid w:val="008A40AC"/>
    <w:rsid w:val="00985B2A"/>
    <w:rsid w:val="00AA1D8D"/>
    <w:rsid w:val="00B47730"/>
    <w:rsid w:val="00CB0664"/>
    <w:rsid w:val="00F32984"/>
    <w:rsid w:val="00FC6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A4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0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Unisys</Company>
  <LinksUpToDate>false</LinksUpToDate>
  <CharactersWithSpaces>1221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Bob</cp:lastModifiedBy>
  <cp:revision>3</cp:revision>
  <dcterms:created xsi:type="dcterms:W3CDTF">2025-09-09T00:54:00Z</dcterms:created>
  <dcterms:modified xsi:type="dcterms:W3CDTF">2025-09-13T19:51:00Z</dcterms:modified>
</cp:coreProperties>
</file>