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F4" w:rsidRPr="00A51A4E" w:rsidRDefault="00A51A4E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3754533</wp:posOffset>
            </wp:positionH>
            <wp:positionV relativeFrom="paragraph">
              <wp:posOffset>466545</wp:posOffset>
            </wp:positionV>
            <wp:extent cx="3303917" cy="2913548"/>
            <wp:effectExtent l="0" t="190500" r="0" b="172552"/>
            <wp:wrapNone/>
            <wp:docPr id="2" name="Picture 1" descr="IMG_9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8.jpeg"/>
                    <pic:cNvPicPr/>
                  </pic:nvPicPr>
                  <pic:blipFill>
                    <a:blip r:embed="rId6"/>
                    <a:srcRect r="148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3917" cy="2913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2F1C" w:rsidRPr="00A51A4E">
        <w:rPr>
          <w:rFonts w:ascii="Times New Roman" w:hAnsi="Times New Roman" w:cs="Times New Roman"/>
        </w:rPr>
        <w:t>Spicy Jalapeño Popper Egg Rolls</w:t>
      </w:r>
    </w:p>
    <w:p w:rsidR="007858F4" w:rsidRPr="00A51A4E" w:rsidRDefault="00882F1C">
      <w:pPr>
        <w:pStyle w:val="Heading2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Ingredients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8 oz cream cheese, softened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1 cup shredded cheddar cheese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1 cup shredded mozzarella cheese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4–5 fresh jalapeños, seeded and finely chopped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½ teaspoon garlic powder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½ teaspoon onion powder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¼ teaspoon black pepper</w:t>
      </w:r>
    </w:p>
    <w:p w:rsidR="007858F4" w:rsidRPr="00A51A4E" w:rsidRDefault="00A51A4E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½ cup cooked and crumbled</w:t>
      </w:r>
      <w:r w:rsidR="00882F1C" w:rsidRPr="00A51A4E">
        <w:rPr>
          <w:rFonts w:ascii="Times New Roman" w:hAnsi="Times New Roman" w:cs="Times New Roman"/>
        </w:rPr>
        <w:t xml:space="preserve"> bacon 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12 egg roll wrappers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Vegetable oil, for frying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Ranch or sour cream, for dipping (optional)</w:t>
      </w:r>
    </w:p>
    <w:p w:rsidR="007858F4" w:rsidRPr="00A51A4E" w:rsidRDefault="00882F1C">
      <w:pPr>
        <w:pStyle w:val="Heading2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Directions</w:t>
      </w:r>
      <w:r w:rsidR="00A51A4E">
        <w:rPr>
          <w:rFonts w:ascii="Times New Roman" w:hAnsi="Times New Roman" w:cs="Times New Roman"/>
        </w:rPr>
        <w:t>:</w:t>
      </w:r>
    </w:p>
    <w:p w:rsidR="007858F4" w:rsidRPr="00A51A4E" w:rsidRDefault="00882F1C">
      <w:pPr>
        <w:pStyle w:val="Heading3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Prepare the Filling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In a large mixing bowl, combine softened cream cheese, cheddar, mozzarella, jalapeños, garlic powder, onion powder, black pepper, and turkey bacon.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Stir until everything is evenly incorporated.</w:t>
      </w:r>
    </w:p>
    <w:p w:rsidR="007858F4" w:rsidRPr="00A51A4E" w:rsidRDefault="00882F1C">
      <w:pPr>
        <w:pStyle w:val="Heading3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Assemble the Egg Rolls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Place an egg roll wrapper on a clean surface in a diamond shape (one corner pointing toward you).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Spoon about 2 tablespoons of filling into the center.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Fold the bottom corner over the filling, then fold in the left and right corners.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Roll tightly toward the top, sealing the edge with a dab of water.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Repeat with all wrappers.</w:t>
      </w:r>
    </w:p>
    <w:p w:rsidR="007858F4" w:rsidRPr="00A51A4E" w:rsidRDefault="00882F1C">
      <w:pPr>
        <w:pStyle w:val="Heading3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Heat the Oil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Pour vegetable oil into a deep skillet or heavy pot, filling it about 2 inches deep.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Heat to 350°F (175°C).</w:t>
      </w:r>
    </w:p>
    <w:p w:rsidR="007858F4" w:rsidRPr="00A51A4E" w:rsidRDefault="00882F1C">
      <w:pPr>
        <w:pStyle w:val="Heading3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Fry the Egg Rolls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Place egg rolls seam-side down into the hot oil.</w:t>
      </w:r>
    </w:p>
    <w:p w:rsidR="007858F4" w:rsidRPr="00A51A4E" w:rsidRDefault="00882F1C" w:rsidP="00A51A4E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Fry in small batches for 3–4 minutes, turning occasionally, until golden brown and crispy.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Remove and drain on paper towels.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Let cool slightly before serving.</w:t>
      </w:r>
    </w:p>
    <w:p w:rsidR="007858F4" w:rsidRPr="00A51A4E" w:rsidRDefault="00882F1C">
      <w:pPr>
        <w:pStyle w:val="ListNumber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Serve with ranch or sour cream for dipping, or enjoy plain.</w:t>
      </w:r>
    </w:p>
    <w:p w:rsidR="007858F4" w:rsidRPr="00A51A4E" w:rsidRDefault="00882F1C">
      <w:pPr>
        <w:pStyle w:val="Heading2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Tips for Success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Wear gloves when chopping jalapeños to avoid irritation.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Don’t overfill wrappers or they may burst while frying.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For a healthier option, air fry at 375°F for 10–12 minutes, flipping halfway.</w:t>
      </w:r>
    </w:p>
    <w:p w:rsidR="007858F4" w:rsidRPr="00A51A4E" w:rsidRDefault="00882F1C">
      <w:pPr>
        <w:pStyle w:val="ListBullet"/>
        <w:rPr>
          <w:rFonts w:ascii="Times New Roman" w:hAnsi="Times New Roman" w:cs="Times New Roman"/>
        </w:rPr>
      </w:pPr>
      <w:r w:rsidRPr="00A51A4E">
        <w:rPr>
          <w:rFonts w:ascii="Times New Roman" w:hAnsi="Times New Roman" w:cs="Times New Roman"/>
        </w:rPr>
        <w:t>Try smoked gouda or pepper jack cheese for extra flavor.</w:t>
      </w:r>
    </w:p>
    <w:sectPr w:rsidR="007858F4" w:rsidRPr="00A51A4E" w:rsidSect="00882F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7858F4"/>
    <w:rsid w:val="00882F1C"/>
    <w:rsid w:val="00A51A4E"/>
    <w:rsid w:val="00AA1D8D"/>
    <w:rsid w:val="00B47730"/>
    <w:rsid w:val="00CB0664"/>
    <w:rsid w:val="00F01E7A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5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1625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cp:lastPrinted>2025-09-23T05:54:00Z</cp:lastPrinted>
  <dcterms:created xsi:type="dcterms:W3CDTF">2025-09-23T05:54:00Z</dcterms:created>
  <dcterms:modified xsi:type="dcterms:W3CDTF">2025-09-23T05:54:00Z</dcterms:modified>
</cp:coreProperties>
</file>