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73A" w:rsidRPr="00604159" w:rsidRDefault="00604159">
      <w:pPr>
        <w:pStyle w:val="Heading1"/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  <w:sz w:val="52"/>
          <w:szCs w:val="52"/>
        </w:rPr>
        <w:t xml:space="preserve">Fluffy Dumplings </w:t>
      </w:r>
      <w:r w:rsidRPr="00604159">
        <w:rPr>
          <w:rFonts w:ascii="Times New Roman" w:hAnsi="Times New Roman" w:cs="Times New Roman"/>
          <w:sz w:val="20"/>
          <w:szCs w:val="20"/>
        </w:rPr>
        <w:t>(Cooked Separately, Then Added to Soup)</w:t>
      </w:r>
    </w:p>
    <w:p w:rsidR="00155A8C" w:rsidRDefault="00155A8C" w:rsidP="006041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8255</wp:posOffset>
            </wp:positionV>
            <wp:extent cx="3487420" cy="2618105"/>
            <wp:effectExtent l="19050" t="0" r="0" b="0"/>
            <wp:wrapNone/>
            <wp:docPr id="1" name="Picture 0" descr="IMG_1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5A8C" w:rsidRDefault="00155A8C" w:rsidP="00604159">
      <w:pPr>
        <w:rPr>
          <w:rFonts w:ascii="Times New Roman" w:hAnsi="Times New Roman" w:cs="Times New Roman"/>
        </w:rPr>
      </w:pPr>
    </w:p>
    <w:p w:rsidR="00604159" w:rsidRPr="00604159" w:rsidRDefault="00604159" w:rsidP="00604159">
      <w:pPr>
        <w:rPr>
          <w:rFonts w:ascii="Times New Roman" w:hAnsi="Times New Roman" w:cs="Times New Roman"/>
        </w:rPr>
      </w:pPr>
    </w:p>
    <w:p w:rsidR="00A6273A" w:rsidRPr="00604159" w:rsidRDefault="00604159">
      <w:pPr>
        <w:pStyle w:val="Heading2"/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Ingredients (makes ~10–12 dumplings):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• 1 cup all-purpose flour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• 2 tsp baking powder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• ½ tsp salt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• 2 tbsp butter (cold, cut into small cubes)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• ½ cup milk (or soy milk works fine)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• Optional: 1 tbsp fresh parsley or chives, finely chopped</w:t>
      </w:r>
    </w:p>
    <w:p w:rsidR="00A6273A" w:rsidRPr="00604159" w:rsidRDefault="00604159">
      <w:pPr>
        <w:pStyle w:val="Heading2"/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Steps: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1. In a bowl, whisk together flour, baking powder, and salt.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2. Work the butter into the flour with your fingers or a fork until crumbly.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3. Stir in milk gently until you have a sticky dough (don’t overmix).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4. In a saucepan, bring salted chicken broth or water to a gentle simmer (not a rolling boil).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5. Using a spoon, drop golf-ball-sized portions of dough into the simmering liquid.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6. Put on a tight lid and let them cook undisturbed for 12–15 minutes. They’ll puff up and cook through.</w:t>
      </w:r>
    </w:p>
    <w:p w:rsidR="00A6273A" w:rsidRPr="00604159" w:rsidRDefault="00604159">
      <w:pPr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7. Lift dumplings out with a slotted spoon and transfer them straight into your finished soup. Ladle some of the cooking broth in too—it’ll deepen the flavor.</w:t>
      </w:r>
    </w:p>
    <w:p w:rsidR="00A6273A" w:rsidRPr="00604159" w:rsidRDefault="00604159">
      <w:pPr>
        <w:pStyle w:val="Heading2"/>
        <w:rPr>
          <w:rFonts w:ascii="Times New Roman" w:hAnsi="Times New Roman" w:cs="Times New Roman"/>
        </w:rPr>
      </w:pPr>
      <w:r w:rsidRPr="00604159">
        <w:rPr>
          <w:rFonts w:ascii="Times New Roman" w:hAnsi="Times New Roman" w:cs="Times New Roman"/>
        </w:rPr>
        <w:t>Chef Tip:</w:t>
      </w:r>
    </w:p>
    <w:p w:rsidR="00A6273A" w:rsidRDefault="00604159">
      <w:r w:rsidRPr="00604159">
        <w:rPr>
          <w:rFonts w:ascii="Times New Roman" w:hAnsi="Times New Roman" w:cs="Times New Roman"/>
        </w:rPr>
        <w:t>Add ½ tsp garlic powder or a pinch of black pepper into the flour for extra punch. If you skimmed any chicken fat from your soup, swap that for the butter for rich, savory dumplings</w:t>
      </w:r>
      <w:r>
        <w:t>.</w:t>
      </w:r>
    </w:p>
    <w:sectPr w:rsidR="00A6273A" w:rsidSect="006041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155A8C"/>
    <w:rsid w:val="0029639D"/>
    <w:rsid w:val="00326F90"/>
    <w:rsid w:val="00604159"/>
    <w:rsid w:val="00780EDA"/>
    <w:rsid w:val="00A6273A"/>
    <w:rsid w:val="00AA1D8D"/>
    <w:rsid w:val="00B47730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5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1151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2025-09-07T19:16:00Z</dcterms:created>
  <dcterms:modified xsi:type="dcterms:W3CDTF">2025-09-13T19:53:00Z</dcterms:modified>
</cp:coreProperties>
</file>