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CF" w:rsidRPr="0045501F" w:rsidRDefault="00267751">
      <w:pPr>
        <w:pStyle w:val="Heading1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3837222</wp:posOffset>
            </wp:positionH>
            <wp:positionV relativeFrom="paragraph">
              <wp:posOffset>-219974</wp:posOffset>
            </wp:positionV>
            <wp:extent cx="3270944" cy="2454216"/>
            <wp:effectExtent l="19050" t="0" r="5656" b="0"/>
            <wp:wrapNone/>
            <wp:docPr id="1" name="Picture 0" descr="IMG_9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564" cy="245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501F">
        <w:rPr>
          <w:sz w:val="20"/>
          <w:szCs w:val="20"/>
        </w:rPr>
        <w:t xml:space="preserve">Bob’s Weekend Chicken </w:t>
      </w:r>
      <w:r w:rsidRPr="0045501F">
        <w:rPr>
          <w:sz w:val="20"/>
          <w:szCs w:val="20"/>
        </w:rPr>
        <w:t>Soup</w:t>
      </w:r>
    </w:p>
    <w:p w:rsidR="00E711CF" w:rsidRPr="0045501F" w:rsidRDefault="00267751">
      <w:pPr>
        <w:pStyle w:val="Heading2"/>
        <w:rPr>
          <w:sz w:val="20"/>
          <w:szCs w:val="20"/>
        </w:rPr>
      </w:pPr>
      <w:r w:rsidRPr="0045501F">
        <w:rPr>
          <w:sz w:val="20"/>
          <w:szCs w:val="20"/>
        </w:rPr>
        <w:t>For the Stock: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4 bone-in, skin-on chicken thighs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3 onions (2 chopped with skin on for stock, 1 fresh for soup)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5 medium carrots (3–5 chopped in 1” pieces for stock)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2 heads of celery (1 whole head for stock)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 xml:space="preserve">1 box of vegetable </w:t>
      </w:r>
      <w:r w:rsidRPr="0045501F">
        <w:rPr>
          <w:sz w:val="20"/>
          <w:szCs w:val="20"/>
        </w:rPr>
        <w:t>stock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Seasonings:</w:t>
      </w:r>
      <w:r w:rsidR="0045501F" w:rsidRPr="0045501F">
        <w:rPr>
          <w:sz w:val="20"/>
          <w:szCs w:val="20"/>
        </w:rPr>
        <w:t xml:space="preserve"> Small Punch each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Onion powder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Garlic powder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Salt &amp; pepper</w:t>
      </w:r>
    </w:p>
    <w:p w:rsidR="0045501F" w:rsidRPr="0045501F" w:rsidRDefault="0045501F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 xml:space="preserve">-Celery Salt (Secret Weapon) </w:t>
      </w:r>
    </w:p>
    <w:p w:rsidR="0045501F" w:rsidRPr="0045501F" w:rsidRDefault="0045501F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-Nutmeg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Soy sauce (splash)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Sake (splash)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Chinese Five Spice</w:t>
      </w:r>
      <w:r w:rsidR="0045501F" w:rsidRPr="0045501F">
        <w:rPr>
          <w:sz w:val="20"/>
          <w:szCs w:val="20"/>
        </w:rPr>
        <w:t xml:space="preserve"> –optional- </w:t>
      </w:r>
      <w:r w:rsidRPr="0045501F">
        <w:rPr>
          <w:sz w:val="20"/>
          <w:szCs w:val="20"/>
        </w:rPr>
        <w:t xml:space="preserve"> (dash</w:t>
      </w:r>
      <w:r w:rsidR="0045501F" w:rsidRPr="0045501F">
        <w:rPr>
          <w:sz w:val="20"/>
          <w:szCs w:val="20"/>
        </w:rPr>
        <w:t xml:space="preserve"> if you want a little different</w:t>
      </w:r>
      <w:r w:rsidRPr="0045501F">
        <w:rPr>
          <w:sz w:val="20"/>
          <w:szCs w:val="20"/>
        </w:rPr>
        <w:t>)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- 2 chicken bouillon cubes</w:t>
      </w:r>
    </w:p>
    <w:p w:rsidR="00E711CF" w:rsidRPr="0045501F" w:rsidRDefault="00267751" w:rsidP="0045501F">
      <w:pPr>
        <w:pStyle w:val="ListBullet"/>
        <w:tabs>
          <w:tab w:val="clear" w:pos="360"/>
          <w:tab w:val="num" w:pos="720"/>
        </w:tabs>
        <w:ind w:left="720"/>
        <w:rPr>
          <w:sz w:val="20"/>
          <w:szCs w:val="20"/>
        </w:rPr>
      </w:pPr>
      <w:r w:rsidRPr="0045501F">
        <w:rPr>
          <w:sz w:val="20"/>
          <w:szCs w:val="20"/>
        </w:rPr>
        <w:t>- 2 beef bouillon cubes (optional, taste as you go)</w:t>
      </w:r>
    </w:p>
    <w:p w:rsidR="00E711CF" w:rsidRPr="0045501F" w:rsidRDefault="00267751">
      <w:pPr>
        <w:pStyle w:val="Heading3"/>
        <w:rPr>
          <w:sz w:val="20"/>
          <w:szCs w:val="20"/>
        </w:rPr>
      </w:pPr>
      <w:r w:rsidRPr="0045501F">
        <w:rPr>
          <w:sz w:val="20"/>
          <w:szCs w:val="20"/>
        </w:rPr>
        <w:t>Instructions: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Debone the chicken thighs. Set th</w:t>
      </w:r>
      <w:r w:rsidRPr="0045501F">
        <w:rPr>
          <w:sz w:val="20"/>
          <w:szCs w:val="20"/>
        </w:rPr>
        <w:t>e meat aside in the fridge.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Add skins and bones to a stock pot with chopped onions (skins on), celery, and carrots.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Pour in veggie stock and fill with water until 1" above the veggies.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Bring to a boil,</w:t>
      </w:r>
      <w:r w:rsidR="0045501F" w:rsidRPr="0045501F">
        <w:rPr>
          <w:sz w:val="20"/>
          <w:szCs w:val="20"/>
        </w:rPr>
        <w:t xml:space="preserve"> add spices and bouillon</w:t>
      </w:r>
      <w:r w:rsidRPr="0045501F">
        <w:rPr>
          <w:sz w:val="20"/>
          <w:szCs w:val="20"/>
        </w:rPr>
        <w:t xml:space="preserve"> then simmer 30–60 minutes. Add water as needed to main</w:t>
      </w:r>
      <w:r w:rsidRPr="0045501F">
        <w:rPr>
          <w:sz w:val="20"/>
          <w:szCs w:val="20"/>
        </w:rPr>
        <w:t>tain level.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Once veggies are broken down, strain the stock through a basket or mesh insert. Let it fully drain—don’t waste the flavor.</w:t>
      </w:r>
      <w:r w:rsidR="0045501F" w:rsidRPr="0045501F">
        <w:rPr>
          <w:sz w:val="20"/>
          <w:szCs w:val="20"/>
        </w:rPr>
        <w:t xml:space="preserve"> </w:t>
      </w:r>
    </w:p>
    <w:p w:rsidR="00E711CF" w:rsidRPr="0045501F" w:rsidRDefault="00267751">
      <w:pPr>
        <w:pStyle w:val="Heading2"/>
        <w:rPr>
          <w:sz w:val="20"/>
          <w:szCs w:val="20"/>
        </w:rPr>
      </w:pPr>
      <w:r w:rsidRPr="0045501F">
        <w:rPr>
          <w:sz w:val="20"/>
          <w:szCs w:val="20"/>
        </w:rPr>
        <w:t>For the Soup:</w:t>
      </w:r>
    </w:p>
    <w:p w:rsidR="00E711CF" w:rsidRPr="0045501F" w:rsidRDefault="00267751">
      <w:pPr>
        <w:rPr>
          <w:sz w:val="20"/>
          <w:szCs w:val="20"/>
        </w:rPr>
      </w:pPr>
      <w:r w:rsidRPr="0045501F">
        <w:rPr>
          <w:sz w:val="20"/>
          <w:szCs w:val="20"/>
        </w:rPr>
        <w:t>Vegetables (All cut into 1” cubes):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Fresh celery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Fresh carrots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1 onion</w:t>
      </w:r>
    </w:p>
    <w:p w:rsidR="00E711CF" w:rsidRPr="0045501F" w:rsidRDefault="00267751">
      <w:pPr>
        <w:pStyle w:val="ListBullet"/>
        <w:rPr>
          <w:sz w:val="20"/>
          <w:szCs w:val="20"/>
        </w:rPr>
      </w:pPr>
      <w:r w:rsidRPr="0045501F">
        <w:rPr>
          <w:sz w:val="20"/>
          <w:szCs w:val="20"/>
        </w:rPr>
        <w:t>1 potato (or substitute/alternate wi</w:t>
      </w:r>
      <w:r w:rsidRPr="0045501F">
        <w:rPr>
          <w:sz w:val="20"/>
          <w:szCs w:val="20"/>
        </w:rPr>
        <w:t>th turnips or parsnips)</w:t>
      </w:r>
    </w:p>
    <w:p w:rsidR="00E711CF" w:rsidRPr="0045501F" w:rsidRDefault="00267751">
      <w:pPr>
        <w:pStyle w:val="Heading3"/>
        <w:rPr>
          <w:sz w:val="20"/>
          <w:szCs w:val="20"/>
        </w:rPr>
      </w:pPr>
      <w:r w:rsidRPr="0045501F">
        <w:rPr>
          <w:sz w:val="20"/>
          <w:szCs w:val="20"/>
        </w:rPr>
        <w:t>Prep: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Soak raw chopped veggies in a saltwater bath while making the stock and cooking chicken.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After soaking, strain and rinse well to remove excess salt.</w:t>
      </w:r>
    </w:p>
    <w:p w:rsidR="00E711CF" w:rsidRPr="0045501F" w:rsidRDefault="00267751">
      <w:pPr>
        <w:pStyle w:val="Heading2"/>
        <w:rPr>
          <w:sz w:val="20"/>
          <w:szCs w:val="20"/>
        </w:rPr>
      </w:pPr>
      <w:r w:rsidRPr="0045501F">
        <w:rPr>
          <w:sz w:val="20"/>
          <w:szCs w:val="20"/>
        </w:rPr>
        <w:t>Chicken: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Season reserved thigh meat with salt, pepper, and basil.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 xml:space="preserve">Pan-fry </w:t>
      </w:r>
      <w:r w:rsidRPr="0045501F">
        <w:rPr>
          <w:sz w:val="20"/>
          <w:szCs w:val="20"/>
        </w:rPr>
        <w:t>until fully cooked and slightly browned.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 xml:space="preserve">Let rest, </w:t>
      </w:r>
      <w:proofErr w:type="gramStart"/>
      <w:r w:rsidRPr="0045501F">
        <w:rPr>
          <w:sz w:val="20"/>
          <w:szCs w:val="20"/>
        </w:rPr>
        <w:t>then</w:t>
      </w:r>
      <w:proofErr w:type="gramEnd"/>
      <w:r w:rsidRPr="0045501F">
        <w:rPr>
          <w:sz w:val="20"/>
          <w:szCs w:val="20"/>
        </w:rPr>
        <w:t xml:space="preserve"> slice into bite-sized chunks.</w:t>
      </w:r>
    </w:p>
    <w:p w:rsidR="00E711CF" w:rsidRPr="0045501F" w:rsidRDefault="00267751">
      <w:pPr>
        <w:pStyle w:val="Heading2"/>
        <w:rPr>
          <w:sz w:val="20"/>
          <w:szCs w:val="20"/>
        </w:rPr>
      </w:pPr>
      <w:r w:rsidRPr="0045501F">
        <w:rPr>
          <w:sz w:val="20"/>
          <w:szCs w:val="20"/>
        </w:rPr>
        <w:t>Final Assembly: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Add the rinsed raw vegetables and sliced chicken to the strained stock.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Bring to a boil, then reduce heat and simmer for 20 minutes.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Begin testing vegetab</w:t>
      </w:r>
      <w:r w:rsidRPr="0045501F">
        <w:rPr>
          <w:sz w:val="20"/>
          <w:szCs w:val="20"/>
        </w:rPr>
        <w:t>les with a fork for doneness.</w:t>
      </w:r>
    </w:p>
    <w:p w:rsidR="00E711CF" w:rsidRPr="0045501F" w:rsidRDefault="00267751">
      <w:pPr>
        <w:pStyle w:val="ListNumber"/>
        <w:rPr>
          <w:sz w:val="20"/>
          <w:szCs w:val="20"/>
        </w:rPr>
      </w:pPr>
      <w:r w:rsidRPr="0045501F">
        <w:rPr>
          <w:sz w:val="20"/>
          <w:szCs w:val="20"/>
        </w:rPr>
        <w:t>Adjust seasoning if needed—but if your stock is dialed in, it should be nearly perfect.</w:t>
      </w:r>
    </w:p>
    <w:sectPr w:rsidR="00E711CF" w:rsidRPr="0045501F" w:rsidSect="00455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67751"/>
    <w:rsid w:val="0029639D"/>
    <w:rsid w:val="00326F90"/>
    <w:rsid w:val="0045501F"/>
    <w:rsid w:val="00AA1D8D"/>
    <w:rsid w:val="00B47730"/>
    <w:rsid w:val="00CB0664"/>
    <w:rsid w:val="00E711CF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1770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2025-05-31T22:19:00Z</dcterms:created>
  <dcterms:modified xsi:type="dcterms:W3CDTF">2025-05-31T22:19:00Z</dcterms:modified>
</cp:coreProperties>
</file>