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E06" w:rsidRDefault="00AE4CE0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573405</wp:posOffset>
            </wp:positionV>
            <wp:extent cx="3727450" cy="4972685"/>
            <wp:effectExtent l="19050" t="0" r="6350" b="0"/>
            <wp:wrapNone/>
            <wp:docPr id="1" name="Picture 0" descr="IMG_9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497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6042">
        <w:t>French Onion Short Rib Soup Recipes</w:t>
      </w:r>
    </w:p>
    <w:p w:rsidR="00AE4CE0" w:rsidRDefault="00AE4CE0">
      <w:pPr>
        <w:pStyle w:val="Heading2"/>
      </w:pPr>
    </w:p>
    <w:p w:rsidR="00AE4CE0" w:rsidRDefault="00AE4CE0">
      <w:pPr>
        <w:pStyle w:val="Heading2"/>
      </w:pPr>
    </w:p>
    <w:p w:rsidR="00AE4CE0" w:rsidRDefault="00AE4CE0">
      <w:pPr>
        <w:pStyle w:val="Heading2"/>
      </w:pPr>
    </w:p>
    <w:p w:rsidR="001D7E06" w:rsidRDefault="005F6042">
      <w:pPr>
        <w:pStyle w:val="Heading2"/>
      </w:pPr>
      <w:r>
        <w:t>Ingredients</w:t>
      </w:r>
    </w:p>
    <w:p w:rsidR="001D7E06" w:rsidRDefault="005F6042">
      <w:pPr>
        <w:pStyle w:val="ListBullet"/>
      </w:pPr>
      <w:r>
        <w:t>2 lbs bone-in beef short ribs</w:t>
      </w:r>
    </w:p>
    <w:p w:rsidR="001D7E06" w:rsidRDefault="005F6042">
      <w:pPr>
        <w:pStyle w:val="ListBullet"/>
      </w:pPr>
      <w:r>
        <w:t>olive oil</w:t>
      </w:r>
    </w:p>
    <w:p w:rsidR="001D7E06" w:rsidRDefault="00AE4CE0">
      <w:pPr>
        <w:pStyle w:val="ListBullet"/>
      </w:pPr>
      <w:r>
        <w:t>3</w:t>
      </w:r>
      <w:r w:rsidR="005F6042">
        <w:t xml:space="preserve"> large yellow onions, thinly sliced</w:t>
      </w:r>
    </w:p>
    <w:p w:rsidR="001D7E06" w:rsidRDefault="005F6042">
      <w:pPr>
        <w:pStyle w:val="ListBullet"/>
      </w:pPr>
      <w:r>
        <w:t>4 cloves garlic, minced</w:t>
      </w:r>
    </w:p>
    <w:p w:rsidR="001D7E06" w:rsidRDefault="00AE4CE0">
      <w:pPr>
        <w:pStyle w:val="ListBullet"/>
      </w:pPr>
      <w:r>
        <w:t xml:space="preserve">6 cups beef broth </w:t>
      </w:r>
    </w:p>
    <w:p w:rsidR="001D7E06" w:rsidRDefault="00AE4CE0">
      <w:pPr>
        <w:pStyle w:val="ListBullet"/>
      </w:pPr>
      <w:r>
        <w:t>3</w:t>
      </w:r>
      <w:r w:rsidR="005F6042">
        <w:t xml:space="preserve"> Tbsp balsamic vinegar</w:t>
      </w:r>
    </w:p>
    <w:p w:rsidR="001D7E06" w:rsidRDefault="00AE4CE0">
      <w:pPr>
        <w:pStyle w:val="ListBullet"/>
      </w:pPr>
      <w:r>
        <w:t>3</w:t>
      </w:r>
      <w:r w:rsidR="005F6042">
        <w:t xml:space="preserve"> tsp Worcestershire sauce</w:t>
      </w:r>
    </w:p>
    <w:p w:rsidR="001D7E06" w:rsidRDefault="005F6042">
      <w:pPr>
        <w:pStyle w:val="ListBullet"/>
      </w:pPr>
      <w:r>
        <w:t>Salt &amp; pepper, to taste</w:t>
      </w:r>
    </w:p>
    <w:p w:rsidR="001D7E06" w:rsidRDefault="005F6042">
      <w:pPr>
        <w:pStyle w:val="ListBullet"/>
      </w:pPr>
      <w:r>
        <w:t>Fre</w:t>
      </w:r>
      <w:r w:rsidR="00AE4CE0">
        <w:t xml:space="preserve">sh thyme </w:t>
      </w:r>
    </w:p>
    <w:p w:rsidR="001D7E06" w:rsidRDefault="005F6042">
      <w:pPr>
        <w:pStyle w:val="Heading2"/>
      </w:pPr>
      <w:r>
        <w:t>For the Gruyère Toast</w:t>
      </w:r>
    </w:p>
    <w:p w:rsidR="001D7E06" w:rsidRDefault="005F6042">
      <w:pPr>
        <w:pStyle w:val="ListBullet"/>
      </w:pPr>
      <w:r>
        <w:t>1 baguette, sliced</w:t>
      </w:r>
    </w:p>
    <w:p w:rsidR="001D7E06" w:rsidRDefault="00AE4CE0">
      <w:pPr>
        <w:pStyle w:val="ListBullet"/>
      </w:pPr>
      <w:r>
        <w:t>4</w:t>
      </w:r>
      <w:r w:rsidR="005F6042">
        <w:t xml:space="preserve"> Tbsp butter, softened</w:t>
      </w:r>
    </w:p>
    <w:p w:rsidR="001D7E06" w:rsidRDefault="00AE4CE0">
      <w:pPr>
        <w:pStyle w:val="ListBullet"/>
      </w:pPr>
      <w:r>
        <w:t>1 tsp Minced Garlic</w:t>
      </w:r>
    </w:p>
    <w:p w:rsidR="00AE4CE0" w:rsidRDefault="00AE4CE0">
      <w:pPr>
        <w:pStyle w:val="ListBullet"/>
      </w:pPr>
      <w:r>
        <w:t>Sprinkle of Parsley</w:t>
      </w:r>
    </w:p>
    <w:p w:rsidR="00AE4CE0" w:rsidRDefault="00AE4CE0" w:rsidP="00AE4CE0">
      <w:pPr>
        <w:pStyle w:val="ListBullet"/>
      </w:pPr>
      <w:r>
        <w:t>Garlic Salt</w:t>
      </w:r>
    </w:p>
    <w:p w:rsidR="00AE4CE0" w:rsidRDefault="00AE4CE0" w:rsidP="00AE4CE0">
      <w:pPr>
        <w:pStyle w:val="ListBullet"/>
      </w:pPr>
      <w:r>
        <w:t>Garlic Powder</w:t>
      </w:r>
    </w:p>
    <w:p w:rsidR="001D7E06" w:rsidRDefault="005F6042">
      <w:pPr>
        <w:pStyle w:val="Heading2"/>
      </w:pPr>
      <w:r>
        <w:t>Instructions</w:t>
      </w:r>
    </w:p>
    <w:p w:rsidR="001D7E06" w:rsidRDefault="005F6042">
      <w:pPr>
        <w:pStyle w:val="ListNumber"/>
      </w:pPr>
      <w:r>
        <w:t>Brown the short ribs: In a large heavy pot, heat olive oil over medium-high. Season ribs with salt &amp; pepper and sear on all sides until browned. Remove and set aside.</w:t>
      </w:r>
    </w:p>
    <w:p w:rsidR="001D7E06" w:rsidRDefault="005F6042">
      <w:pPr>
        <w:pStyle w:val="ListNumber"/>
      </w:pPr>
      <w:r>
        <w:t>Caramelize onions: In the same pot, add sliced onions and cook slowly over medium-low until deep golden brown (about 30–40 min). Add garlic in the last few minutes.</w:t>
      </w:r>
    </w:p>
    <w:p w:rsidR="001D7E06" w:rsidRDefault="005F6042">
      <w:pPr>
        <w:pStyle w:val="ListNumber"/>
      </w:pPr>
      <w:r>
        <w:t>Deglaze: Stir in balsamic vinegar and Worcestershire. Scrape the bottom of the pot.</w:t>
      </w:r>
    </w:p>
    <w:p w:rsidR="001D7E06" w:rsidRDefault="005F6042">
      <w:pPr>
        <w:pStyle w:val="ListNumber"/>
      </w:pPr>
      <w:r>
        <w:t>Build the soup: Return ribs to pot, pour in beef broth, bring to boil, then reduce heat and simmer covered for 2–3 hours, until ribs are tender and falling off the bone.</w:t>
      </w:r>
    </w:p>
    <w:p w:rsidR="001D7E06" w:rsidRDefault="005F6042">
      <w:pPr>
        <w:pStyle w:val="ListNumber"/>
      </w:pPr>
      <w:r>
        <w:t>Finish: Remove ribs, shred meat, discard bones, and return beef to the pot. Adjust seasoning.</w:t>
      </w:r>
    </w:p>
    <w:p w:rsidR="001D7E06" w:rsidRDefault="005F6042">
      <w:pPr>
        <w:pStyle w:val="ListNumber"/>
      </w:pPr>
      <w:r>
        <w:t>Make toast: Butter baguette slices, top with Gruyère, and broil until bubbly and golden.</w:t>
      </w:r>
    </w:p>
    <w:p w:rsidR="001D7E06" w:rsidRDefault="005F6042">
      <w:pPr>
        <w:pStyle w:val="ListNumber"/>
      </w:pPr>
      <w:r>
        <w:t>Serve: Ladle soup into bowls, top with cheese toast, and garnish with fresh thyme.</w:t>
      </w: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p w:rsidR="00AE4CE0" w:rsidRDefault="00AE4CE0" w:rsidP="00AE4CE0">
      <w:pPr>
        <w:pStyle w:val="ListNumber"/>
        <w:numPr>
          <w:ilvl w:val="0"/>
          <w:numId w:val="0"/>
        </w:numPr>
      </w:pP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  <w:sectPr w:rsidR="00AE4CE0" w:rsidSect="005F604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E4CE0" w:rsidRDefault="00AE4CE0" w:rsidP="00AE4CE0">
      <w:pPr>
        <w:pStyle w:val="Heading3"/>
      </w:pPr>
      <w:r>
        <w:rPr>
          <w:rStyle w:val="Strong"/>
          <w:b/>
          <w:bCs/>
        </w:rPr>
        <w:lastRenderedPageBreak/>
        <w:t>Beef Rib &amp; Onion Soup (using separated bones + top blade)</w:t>
      </w:r>
    </w:p>
    <w:p w:rsidR="00AE4CE0" w:rsidRDefault="00AE4CE0" w:rsidP="00AE4CE0">
      <w:pPr>
        <w:pStyle w:val="NormalWeb"/>
        <w:numPr>
          <w:ilvl w:val="0"/>
          <w:numId w:val="11"/>
        </w:numPr>
      </w:pPr>
      <w:r>
        <w:rPr>
          <w:rStyle w:val="Strong"/>
        </w:rPr>
        <w:t>Broth base with bones: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>Take the rib bones, season lightly with salt &amp; pepper, and roast them in a hot oven (425°F) for 20–25 min until browned.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>Transfer to a stockpot, cover with water (or part water + beef broth)</w:t>
      </w:r>
      <w:proofErr w:type="gramStart"/>
      <w:r>
        <w:t>,</w:t>
      </w:r>
      <w:proofErr w:type="gramEnd"/>
      <w:r>
        <w:t xml:space="preserve"> add an onion half, a carrot, celery stick, and a bay leaf.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>Simmer gently for 2–3 hours. Strain and reserve the broth.</w:t>
      </w:r>
    </w:p>
    <w:p w:rsidR="00AE4CE0" w:rsidRDefault="00AE4CE0" w:rsidP="00AE4CE0">
      <w:pPr>
        <w:pStyle w:val="NormalWeb"/>
        <w:numPr>
          <w:ilvl w:val="0"/>
          <w:numId w:val="11"/>
        </w:numPr>
      </w:pPr>
      <w:r>
        <w:rPr>
          <w:rStyle w:val="Strong"/>
        </w:rPr>
        <w:t>Soup build:</w:t>
      </w:r>
    </w:p>
    <w:p w:rsidR="00AE4CE0" w:rsidRDefault="00AE4CE0" w:rsidP="00AE4CE0">
      <w:pPr>
        <w:pStyle w:val="NormalWeb"/>
        <w:numPr>
          <w:ilvl w:val="1"/>
          <w:numId w:val="11"/>
        </w:numPr>
        <w:rPr>
          <w:rStyle w:val="relative"/>
        </w:rPr>
      </w:pPr>
      <w:r>
        <w:t>Use the recipe you uploaded</w:t>
      </w:r>
    </w:p>
    <w:p w:rsidR="00AE4CE0" w:rsidRDefault="00AE4CE0" w:rsidP="00AE4CE0">
      <w:pPr>
        <w:pStyle w:val="not-prose"/>
        <w:ind w:left="1440"/>
      </w:pPr>
      <w:proofErr w:type="spellStart"/>
      <w:r>
        <w:t>French_Onion_Short_Rib_Soup</w:t>
      </w:r>
      <w:proofErr w:type="spellEnd"/>
    </w:p>
    <w:p w:rsidR="00AE4CE0" w:rsidRDefault="00AE4CE0" w:rsidP="00AE4CE0">
      <w:pPr>
        <w:spacing w:beforeAutospacing="1" w:afterAutospacing="1"/>
        <w:ind w:left="1440"/>
      </w:pPr>
      <w:r>
        <w:t>: caramelize your onions low and slow, add garlic, then deglaze with balsamic + Worcestershire.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>Add your homemade rib broth.</w:t>
      </w:r>
    </w:p>
    <w:p w:rsidR="00AE4CE0" w:rsidRDefault="00AE4CE0" w:rsidP="00AE4CE0">
      <w:pPr>
        <w:pStyle w:val="NormalWeb"/>
        <w:numPr>
          <w:ilvl w:val="0"/>
          <w:numId w:val="11"/>
        </w:numPr>
      </w:pPr>
      <w:r>
        <w:rPr>
          <w:rStyle w:val="Strong"/>
        </w:rPr>
        <w:t>Meat step: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 xml:space="preserve">Brown the </w:t>
      </w:r>
      <w:r>
        <w:rPr>
          <w:rStyle w:val="Strong"/>
        </w:rPr>
        <w:t>top blade steak chunks</w:t>
      </w:r>
      <w:r>
        <w:t xml:space="preserve"> separately, </w:t>
      </w:r>
      <w:proofErr w:type="gramStart"/>
      <w:r>
        <w:t>then</w:t>
      </w:r>
      <w:proofErr w:type="gramEnd"/>
      <w:r>
        <w:t xml:space="preserve"> add them into the soup to braise until tender (about 1.5–2 hours).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>Option: near the end, pull out the meat, slice/shred, and return it.</w:t>
      </w:r>
    </w:p>
    <w:p w:rsidR="00AE4CE0" w:rsidRDefault="00AE4CE0" w:rsidP="00AE4CE0">
      <w:pPr>
        <w:pStyle w:val="NormalWeb"/>
        <w:numPr>
          <w:ilvl w:val="0"/>
          <w:numId w:val="11"/>
        </w:numPr>
      </w:pPr>
      <w:r>
        <w:rPr>
          <w:rStyle w:val="Strong"/>
        </w:rPr>
        <w:t>Finish: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proofErr w:type="spellStart"/>
      <w:r>
        <w:t>Gruyère</w:t>
      </w:r>
      <w:proofErr w:type="spellEnd"/>
      <w:r>
        <w:t xml:space="preserve"> toast on baguette slices under the broiler, </w:t>
      </w:r>
      <w:proofErr w:type="gramStart"/>
      <w:r>
        <w:t>then</w:t>
      </w:r>
      <w:proofErr w:type="gramEnd"/>
      <w:r>
        <w:t xml:space="preserve"> float them on the soup.</w:t>
      </w:r>
    </w:p>
    <w:p w:rsidR="00AE4CE0" w:rsidRDefault="00AE4CE0" w:rsidP="00AE4CE0">
      <w:pPr>
        <w:pStyle w:val="NormalWeb"/>
        <w:numPr>
          <w:ilvl w:val="1"/>
          <w:numId w:val="11"/>
        </w:numPr>
      </w:pPr>
      <w:r>
        <w:t>Garnish with thyme if you want the classic touch.</w:t>
      </w:r>
    </w:p>
    <w:p w:rsidR="00AE4CE0" w:rsidRDefault="00AE4CE0" w:rsidP="00AE4CE0">
      <w:pPr>
        <w:pStyle w:val="ListNumber"/>
        <w:numPr>
          <w:ilvl w:val="0"/>
          <w:numId w:val="0"/>
        </w:numPr>
        <w:ind w:left="360" w:hanging="360"/>
      </w:pPr>
    </w:p>
    <w:sectPr w:rsidR="00AE4CE0" w:rsidSect="00AE4CE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FB6DF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52062B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1675B17"/>
    <w:multiLevelType w:val="multilevel"/>
    <w:tmpl w:val="B7C2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6F32CD"/>
    <w:multiLevelType w:val="multilevel"/>
    <w:tmpl w:val="5A303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0A5403"/>
    <w:rsid w:val="0015074B"/>
    <w:rsid w:val="001D7E06"/>
    <w:rsid w:val="0029639D"/>
    <w:rsid w:val="00326F90"/>
    <w:rsid w:val="005F6042"/>
    <w:rsid w:val="00AA1D8D"/>
    <w:rsid w:val="00AE3A78"/>
    <w:rsid w:val="00AE4CE0"/>
    <w:rsid w:val="00B47730"/>
    <w:rsid w:val="00CB0664"/>
    <w:rsid w:val="00DA7415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AE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AE4CE0"/>
  </w:style>
  <w:style w:type="paragraph" w:customStyle="1" w:styleId="not-prose">
    <w:name w:val="not-prose"/>
    <w:basedOn w:val="Normal"/>
    <w:rsid w:val="00AE4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Bob</cp:lastModifiedBy>
  <cp:revision>4</cp:revision>
  <dcterms:created xsi:type="dcterms:W3CDTF">2013-12-23T23:15:00Z</dcterms:created>
  <dcterms:modified xsi:type="dcterms:W3CDTF">2025-09-21T04:28:00Z</dcterms:modified>
  <cp:category/>
</cp:coreProperties>
</file>