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2CA" w:rsidRPr="008879BB" w:rsidRDefault="008879BB">
      <w:pPr>
        <w:pStyle w:val="Heading1"/>
        <w:rPr>
          <w:rFonts w:ascii="Times New Roman" w:hAnsi="Times New Roman" w:cs="Times New Roman"/>
          <w:sz w:val="40"/>
          <w:szCs w:val="40"/>
        </w:rPr>
      </w:pPr>
      <w:r w:rsidRPr="008879BB">
        <w:rPr>
          <w:rFonts w:ascii="Times New Roman" w:hAnsi="Times New Roman" w:cs="Times New Roman"/>
          <w:noProof/>
          <w:sz w:val="40"/>
          <w:szCs w:val="40"/>
        </w:rPr>
        <w:drawing>
          <wp:anchor distT="0" distB="0" distL="114300" distR="114300" simplePos="0" relativeHeight="251658240" behindDoc="1" locked="0" layoutInCell="1" allowOverlap="1">
            <wp:simplePos x="0" y="0"/>
            <wp:positionH relativeFrom="column">
              <wp:posOffset>3176318</wp:posOffset>
            </wp:positionH>
            <wp:positionV relativeFrom="paragraph">
              <wp:posOffset>448573</wp:posOffset>
            </wp:positionV>
            <wp:extent cx="3918777" cy="2941608"/>
            <wp:effectExtent l="19050" t="0" r="5523" b="0"/>
            <wp:wrapNone/>
            <wp:docPr id="1" name="Picture 0" descr="IMG_197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8 (1).jpeg"/>
                    <pic:cNvPicPr/>
                  </pic:nvPicPr>
                  <pic:blipFill>
                    <a:blip r:embed="rId6"/>
                    <a:stretch>
                      <a:fillRect/>
                    </a:stretch>
                  </pic:blipFill>
                  <pic:spPr>
                    <a:xfrm>
                      <a:off x="0" y="0"/>
                      <a:ext cx="3918777" cy="2941608"/>
                    </a:xfrm>
                    <a:prstGeom prst="rect">
                      <a:avLst/>
                    </a:prstGeom>
                    <a:ln>
                      <a:noFill/>
                    </a:ln>
                    <a:effectLst>
                      <a:softEdge rad="112500"/>
                    </a:effectLst>
                  </pic:spPr>
                </pic:pic>
              </a:graphicData>
            </a:graphic>
          </wp:anchor>
        </w:drawing>
      </w:r>
      <w:r w:rsidR="00170245" w:rsidRPr="008879BB">
        <w:rPr>
          <w:rFonts w:ascii="Times New Roman" w:hAnsi="Times New Roman" w:cs="Times New Roman"/>
          <w:sz w:val="40"/>
          <w:szCs w:val="40"/>
        </w:rPr>
        <w:t xml:space="preserve">Hungarian Chicken </w:t>
      </w:r>
      <w:proofErr w:type="spellStart"/>
      <w:r w:rsidR="00170245" w:rsidRPr="008879BB">
        <w:rPr>
          <w:rFonts w:ascii="Times New Roman" w:hAnsi="Times New Roman" w:cs="Times New Roman"/>
          <w:sz w:val="40"/>
          <w:szCs w:val="40"/>
        </w:rPr>
        <w:t>Paprikash</w:t>
      </w:r>
      <w:proofErr w:type="spellEnd"/>
    </w:p>
    <w:p w:rsidR="006922CA" w:rsidRPr="008879BB" w:rsidRDefault="00170245">
      <w:pPr>
        <w:pStyle w:val="Heading2"/>
        <w:rPr>
          <w:rFonts w:ascii="Times New Roman" w:hAnsi="Times New Roman" w:cs="Times New Roman"/>
        </w:rPr>
      </w:pPr>
      <w:r w:rsidRPr="008879BB">
        <w:rPr>
          <w:rFonts w:ascii="Times New Roman" w:hAnsi="Times New Roman" w:cs="Times New Roman"/>
        </w:rPr>
        <w:t>Ingredients:</w:t>
      </w:r>
    </w:p>
    <w:p w:rsidR="006922CA" w:rsidRPr="008879BB" w:rsidRDefault="00170245">
      <w:pPr>
        <w:rPr>
          <w:rFonts w:ascii="Times New Roman" w:hAnsi="Times New Roman" w:cs="Times New Roman"/>
        </w:rPr>
      </w:pPr>
      <w:r w:rsidRPr="008879BB">
        <w:rPr>
          <w:rFonts w:ascii="Times New Roman" w:hAnsi="Times New Roman" w:cs="Times New Roman"/>
        </w:rPr>
        <w:t>• 2 lbs chicken thighs or drumstic</w:t>
      </w:r>
      <w:r w:rsidR="008879BB" w:rsidRPr="008879BB">
        <w:rPr>
          <w:rFonts w:ascii="Times New Roman" w:hAnsi="Times New Roman" w:cs="Times New Roman"/>
        </w:rPr>
        <w:t>ks</w:t>
      </w:r>
    </w:p>
    <w:p w:rsidR="006922CA" w:rsidRPr="008879BB" w:rsidRDefault="00170245">
      <w:pPr>
        <w:rPr>
          <w:rFonts w:ascii="Times New Roman" w:hAnsi="Times New Roman" w:cs="Times New Roman"/>
        </w:rPr>
      </w:pPr>
      <w:r w:rsidRPr="008879BB">
        <w:rPr>
          <w:rFonts w:ascii="Times New Roman" w:hAnsi="Times New Roman" w:cs="Times New Roman"/>
        </w:rPr>
        <w:t>• 2 tbsp vegetable oil or butter</w:t>
      </w:r>
    </w:p>
    <w:p w:rsidR="006922CA" w:rsidRPr="008879BB" w:rsidRDefault="00170245">
      <w:pPr>
        <w:rPr>
          <w:rFonts w:ascii="Times New Roman" w:hAnsi="Times New Roman" w:cs="Times New Roman"/>
        </w:rPr>
      </w:pPr>
      <w:r w:rsidRPr="008879BB">
        <w:rPr>
          <w:rFonts w:ascii="Times New Roman" w:hAnsi="Times New Roman" w:cs="Times New Roman"/>
        </w:rPr>
        <w:t>• 2 large onions, thinly sliced</w:t>
      </w:r>
    </w:p>
    <w:p w:rsidR="006922CA" w:rsidRPr="008879BB" w:rsidRDefault="00170245">
      <w:pPr>
        <w:rPr>
          <w:rFonts w:ascii="Times New Roman" w:hAnsi="Times New Roman" w:cs="Times New Roman"/>
        </w:rPr>
      </w:pPr>
      <w:r w:rsidRPr="008879BB">
        <w:rPr>
          <w:rFonts w:ascii="Times New Roman" w:hAnsi="Times New Roman" w:cs="Times New Roman"/>
        </w:rPr>
        <w:t>• 2 cloves garlic, minced</w:t>
      </w:r>
    </w:p>
    <w:p w:rsidR="006922CA" w:rsidRPr="008879BB" w:rsidRDefault="00170245">
      <w:pPr>
        <w:rPr>
          <w:rFonts w:ascii="Times New Roman" w:hAnsi="Times New Roman" w:cs="Times New Roman"/>
        </w:rPr>
      </w:pPr>
      <w:r w:rsidRPr="008879BB">
        <w:rPr>
          <w:rFonts w:ascii="Times New Roman" w:hAnsi="Times New Roman" w:cs="Times New Roman"/>
        </w:rPr>
        <w:t>• 2 tbsp Hungarian sweet</w:t>
      </w:r>
      <w:r w:rsidR="008879BB" w:rsidRPr="008879BB">
        <w:rPr>
          <w:rFonts w:ascii="Times New Roman" w:hAnsi="Times New Roman" w:cs="Times New Roman"/>
        </w:rPr>
        <w:t xml:space="preserve"> paprika </w:t>
      </w:r>
    </w:p>
    <w:p w:rsidR="006922CA" w:rsidRPr="008879BB" w:rsidRDefault="00170245">
      <w:pPr>
        <w:rPr>
          <w:rFonts w:ascii="Times New Roman" w:hAnsi="Times New Roman" w:cs="Times New Roman"/>
        </w:rPr>
      </w:pPr>
      <w:r w:rsidRPr="008879BB">
        <w:rPr>
          <w:rFonts w:ascii="Times New Roman" w:hAnsi="Times New Roman" w:cs="Times New Roman"/>
        </w:rPr>
        <w:t>• 1 tsp hot paprika</w:t>
      </w:r>
      <w:r w:rsidR="008879BB" w:rsidRPr="008879BB">
        <w:rPr>
          <w:rFonts w:ascii="Times New Roman" w:hAnsi="Times New Roman" w:cs="Times New Roman"/>
        </w:rPr>
        <w:t xml:space="preserve"> or cayenne </w:t>
      </w:r>
    </w:p>
    <w:p w:rsidR="006922CA" w:rsidRPr="008879BB" w:rsidRDefault="00170245">
      <w:pPr>
        <w:rPr>
          <w:rFonts w:ascii="Times New Roman" w:hAnsi="Times New Roman" w:cs="Times New Roman"/>
        </w:rPr>
      </w:pPr>
      <w:r w:rsidRPr="008879BB">
        <w:rPr>
          <w:rFonts w:ascii="Times New Roman" w:hAnsi="Times New Roman" w:cs="Times New Roman"/>
        </w:rPr>
        <w:t xml:space="preserve">• 2 tbsp flour </w:t>
      </w:r>
    </w:p>
    <w:p w:rsidR="006922CA" w:rsidRPr="008879BB" w:rsidRDefault="00170245">
      <w:pPr>
        <w:rPr>
          <w:rFonts w:ascii="Times New Roman" w:hAnsi="Times New Roman" w:cs="Times New Roman"/>
        </w:rPr>
      </w:pPr>
      <w:r w:rsidRPr="008879BB">
        <w:rPr>
          <w:rFonts w:ascii="Times New Roman" w:hAnsi="Times New Roman" w:cs="Times New Roman"/>
        </w:rPr>
        <w:t>• 2 cups chicken broth</w:t>
      </w:r>
    </w:p>
    <w:p w:rsidR="006922CA" w:rsidRPr="008879BB" w:rsidRDefault="00170245">
      <w:pPr>
        <w:rPr>
          <w:rFonts w:ascii="Times New Roman" w:hAnsi="Times New Roman" w:cs="Times New Roman"/>
          <w:sz w:val="16"/>
          <w:szCs w:val="16"/>
        </w:rPr>
      </w:pPr>
      <w:r w:rsidRPr="008879BB">
        <w:rPr>
          <w:rFonts w:ascii="Times New Roman" w:hAnsi="Times New Roman" w:cs="Times New Roman"/>
        </w:rPr>
        <w:t xml:space="preserve">• 1 cup sour cream </w:t>
      </w:r>
      <w:r w:rsidRPr="008879BB">
        <w:rPr>
          <w:rFonts w:ascii="Times New Roman" w:hAnsi="Times New Roman" w:cs="Times New Roman"/>
          <w:sz w:val="16"/>
          <w:szCs w:val="16"/>
        </w:rPr>
        <w:t>(or soy milk + 1 tbsp lemon juice for lighter version)</w:t>
      </w:r>
    </w:p>
    <w:p w:rsidR="006922CA" w:rsidRPr="008879BB" w:rsidRDefault="00170245">
      <w:pPr>
        <w:rPr>
          <w:rFonts w:ascii="Times New Roman" w:hAnsi="Times New Roman" w:cs="Times New Roman"/>
        </w:rPr>
      </w:pPr>
      <w:r w:rsidRPr="008879BB">
        <w:rPr>
          <w:rFonts w:ascii="Times New Roman" w:hAnsi="Times New Roman" w:cs="Times New Roman"/>
        </w:rPr>
        <w:t>• Salt and pepper to taste</w:t>
      </w:r>
    </w:p>
    <w:p w:rsidR="006922CA" w:rsidRPr="008879BB" w:rsidRDefault="00170245">
      <w:pPr>
        <w:rPr>
          <w:rFonts w:ascii="Times New Roman" w:hAnsi="Times New Roman" w:cs="Times New Roman"/>
        </w:rPr>
      </w:pPr>
      <w:r w:rsidRPr="008879BB">
        <w:rPr>
          <w:rFonts w:ascii="Times New Roman" w:hAnsi="Times New Roman" w:cs="Times New Roman"/>
        </w:rPr>
        <w:t xml:space="preserve">• Fresh parsley, chopped </w:t>
      </w:r>
    </w:p>
    <w:p w:rsidR="006922CA" w:rsidRPr="008879BB" w:rsidRDefault="00170245">
      <w:pPr>
        <w:rPr>
          <w:rFonts w:ascii="Times New Roman" w:hAnsi="Times New Roman" w:cs="Times New Roman"/>
        </w:rPr>
      </w:pPr>
      <w:r w:rsidRPr="008879BB">
        <w:rPr>
          <w:rFonts w:ascii="Times New Roman" w:hAnsi="Times New Roman" w:cs="Times New Roman"/>
        </w:rPr>
        <w:t>• Egg noodles or dumplings, for serving</w:t>
      </w:r>
    </w:p>
    <w:p w:rsidR="006922CA" w:rsidRPr="008879BB" w:rsidRDefault="00170245">
      <w:pPr>
        <w:pStyle w:val="Heading2"/>
        <w:rPr>
          <w:rFonts w:ascii="Times New Roman" w:hAnsi="Times New Roman" w:cs="Times New Roman"/>
        </w:rPr>
      </w:pPr>
      <w:r w:rsidRPr="008879BB">
        <w:rPr>
          <w:rFonts w:ascii="Times New Roman" w:hAnsi="Times New Roman" w:cs="Times New Roman"/>
        </w:rPr>
        <w:t>Steps:</w:t>
      </w:r>
    </w:p>
    <w:p w:rsidR="006922CA" w:rsidRPr="008879BB" w:rsidRDefault="00170245">
      <w:pPr>
        <w:rPr>
          <w:rFonts w:ascii="Times New Roman" w:hAnsi="Times New Roman" w:cs="Times New Roman"/>
        </w:rPr>
      </w:pPr>
      <w:r w:rsidRPr="008879BB">
        <w:rPr>
          <w:rFonts w:ascii="Times New Roman" w:hAnsi="Times New Roman" w:cs="Times New Roman"/>
        </w:rPr>
        <w:t>1. Season chicken with salt and pepper. In a large pot or Dutch oven, heat oil/butter and brown chicken on all sides. Remove and set aside.</w:t>
      </w:r>
    </w:p>
    <w:p w:rsidR="006922CA" w:rsidRPr="008879BB" w:rsidRDefault="00170245">
      <w:pPr>
        <w:rPr>
          <w:rFonts w:ascii="Times New Roman" w:hAnsi="Times New Roman" w:cs="Times New Roman"/>
        </w:rPr>
      </w:pPr>
      <w:r w:rsidRPr="008879BB">
        <w:rPr>
          <w:rFonts w:ascii="Times New Roman" w:hAnsi="Times New Roman" w:cs="Times New Roman"/>
        </w:rPr>
        <w:t>2. In the same pot, sauté onions until golden and soft (10–12 minutes). Add garlic and cook 1 more minute.</w:t>
      </w:r>
    </w:p>
    <w:p w:rsidR="006922CA" w:rsidRPr="008879BB" w:rsidRDefault="00170245">
      <w:pPr>
        <w:rPr>
          <w:rFonts w:ascii="Times New Roman" w:hAnsi="Times New Roman" w:cs="Times New Roman"/>
        </w:rPr>
      </w:pPr>
      <w:r w:rsidRPr="008879BB">
        <w:rPr>
          <w:rFonts w:ascii="Times New Roman" w:hAnsi="Times New Roman" w:cs="Times New Roman"/>
        </w:rPr>
        <w:t>3. Stir in paprika(s) and flour, coating the onions well. Cook 1–2 minutes to toast the spices.</w:t>
      </w:r>
    </w:p>
    <w:p w:rsidR="006922CA" w:rsidRPr="008879BB" w:rsidRDefault="00170245">
      <w:pPr>
        <w:rPr>
          <w:rFonts w:ascii="Times New Roman" w:hAnsi="Times New Roman" w:cs="Times New Roman"/>
        </w:rPr>
      </w:pPr>
      <w:r w:rsidRPr="008879BB">
        <w:rPr>
          <w:rFonts w:ascii="Times New Roman" w:hAnsi="Times New Roman" w:cs="Times New Roman"/>
        </w:rPr>
        <w:t>4. Slowly add chicken broth while stirring to avoid lumps. Bring to a simmer.</w:t>
      </w:r>
    </w:p>
    <w:p w:rsidR="006922CA" w:rsidRPr="008879BB" w:rsidRDefault="00170245">
      <w:pPr>
        <w:rPr>
          <w:rFonts w:ascii="Times New Roman" w:hAnsi="Times New Roman" w:cs="Times New Roman"/>
        </w:rPr>
      </w:pPr>
      <w:r w:rsidRPr="008879BB">
        <w:rPr>
          <w:rFonts w:ascii="Times New Roman" w:hAnsi="Times New Roman" w:cs="Times New Roman"/>
        </w:rPr>
        <w:t>5. Return chicken to the pot, cover, and simmer gently for 30–40 minutes until chicken is tender and cooked through.</w:t>
      </w:r>
    </w:p>
    <w:p w:rsidR="006922CA" w:rsidRPr="008879BB" w:rsidRDefault="00170245">
      <w:pPr>
        <w:rPr>
          <w:rFonts w:ascii="Times New Roman" w:hAnsi="Times New Roman" w:cs="Times New Roman"/>
        </w:rPr>
      </w:pPr>
      <w:r w:rsidRPr="008879BB">
        <w:rPr>
          <w:rFonts w:ascii="Times New Roman" w:hAnsi="Times New Roman" w:cs="Times New Roman"/>
        </w:rPr>
        <w:t>6. Remove pot from heat. Stir in sour cream (or soy milk + lemon). Do not boil after adding sour cream—it can curdle.</w:t>
      </w:r>
    </w:p>
    <w:p w:rsidR="006922CA" w:rsidRPr="008879BB" w:rsidRDefault="00170245">
      <w:pPr>
        <w:rPr>
          <w:rFonts w:ascii="Times New Roman" w:hAnsi="Times New Roman" w:cs="Times New Roman"/>
        </w:rPr>
      </w:pPr>
      <w:r w:rsidRPr="008879BB">
        <w:rPr>
          <w:rFonts w:ascii="Times New Roman" w:hAnsi="Times New Roman" w:cs="Times New Roman"/>
        </w:rPr>
        <w:t>7. Taste and adjust seasoning with salt and pepper.</w:t>
      </w:r>
    </w:p>
    <w:p w:rsidR="006922CA" w:rsidRPr="008879BB" w:rsidRDefault="00170245">
      <w:pPr>
        <w:rPr>
          <w:rFonts w:ascii="Times New Roman" w:hAnsi="Times New Roman" w:cs="Times New Roman"/>
        </w:rPr>
      </w:pPr>
      <w:r w:rsidRPr="008879BB">
        <w:rPr>
          <w:rFonts w:ascii="Times New Roman" w:hAnsi="Times New Roman" w:cs="Times New Roman"/>
        </w:rPr>
        <w:t>8. Serve hot over egg noodles or dumplings, garnished with fresh parsley.</w:t>
      </w:r>
    </w:p>
    <w:p w:rsidR="006922CA" w:rsidRPr="008879BB" w:rsidRDefault="00170245">
      <w:pPr>
        <w:pStyle w:val="Heading2"/>
        <w:rPr>
          <w:rFonts w:ascii="Times New Roman" w:hAnsi="Times New Roman" w:cs="Times New Roman"/>
        </w:rPr>
      </w:pPr>
      <w:r w:rsidRPr="008879BB">
        <w:rPr>
          <w:rFonts w:ascii="Times New Roman" w:hAnsi="Times New Roman" w:cs="Times New Roman"/>
        </w:rPr>
        <w:t>Chef Tip:</w:t>
      </w:r>
    </w:p>
    <w:p w:rsidR="006922CA" w:rsidRPr="008879BB" w:rsidRDefault="00170245">
      <w:pPr>
        <w:rPr>
          <w:rFonts w:ascii="Times New Roman" w:hAnsi="Times New Roman" w:cs="Times New Roman"/>
        </w:rPr>
      </w:pPr>
      <w:r w:rsidRPr="008879BB">
        <w:rPr>
          <w:rFonts w:ascii="Times New Roman" w:hAnsi="Times New Roman" w:cs="Times New Roman"/>
        </w:rPr>
        <w:t>For richer flavor, render out a little chicken fat at the start and use it in place of oil. Use authentic Hungarian sweet paprika if you can find it—it makes the dish. If making ahead, keep the sour cream out until reheating and add just before serving.</w:t>
      </w:r>
    </w:p>
    <w:sectPr w:rsidR="006922CA" w:rsidRPr="008879BB" w:rsidSect="0017024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7"/>
  <w:proofState w:spelling="clean" w:grammar="clean"/>
  <w:defaultTabStop w:val="720"/>
  <w:drawingGridHorizontalSpacing w:val="110"/>
  <w:displayHorizontalDrawingGridEvery w:val="2"/>
  <w:characterSpacingControl w:val="doNotCompress"/>
  <w:compat>
    <w:useFELayout/>
  </w:compat>
  <w:rsids>
    <w:rsidRoot w:val="00B47730"/>
    <w:rsid w:val="00034616"/>
    <w:rsid w:val="0006063C"/>
    <w:rsid w:val="0015074B"/>
    <w:rsid w:val="00170245"/>
    <w:rsid w:val="0029639D"/>
    <w:rsid w:val="00326F90"/>
    <w:rsid w:val="006922CA"/>
    <w:rsid w:val="008879BB"/>
    <w:rsid w:val="00AA1D8D"/>
    <w:rsid w:val="00B47730"/>
    <w:rsid w:val="00CB0664"/>
    <w:rsid w:val="00DF2B0A"/>
    <w:rsid w:val="00FC69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887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9BB"/>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Unisys</Company>
  <LinksUpToDate>false</LinksUpToDate>
  <CharactersWithSpaces>1493</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Bob</cp:lastModifiedBy>
  <cp:revision>3</cp:revision>
  <cp:lastPrinted>2025-09-07T19:29:00Z</cp:lastPrinted>
  <dcterms:created xsi:type="dcterms:W3CDTF">2025-09-07T19:29:00Z</dcterms:created>
  <dcterms:modified xsi:type="dcterms:W3CDTF">2025-09-15T22:09:00Z</dcterms:modified>
</cp:coreProperties>
</file>