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8A7" w:rsidRDefault="00103439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646430</wp:posOffset>
            </wp:positionV>
            <wp:extent cx="3803015" cy="2854960"/>
            <wp:effectExtent l="19050" t="0" r="6985" b="0"/>
            <wp:wrapNone/>
            <wp:docPr id="1" name="Picture 0" descr="IMG_1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85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3357">
        <w:t xml:space="preserve">Bob's </w:t>
      </w:r>
      <w:proofErr w:type="spellStart"/>
      <w:r w:rsidR="002B3357">
        <w:t>Gudakusan</w:t>
      </w:r>
      <w:proofErr w:type="spellEnd"/>
      <w:r w:rsidR="002B3357">
        <w:t xml:space="preserve"> Soup</w:t>
      </w:r>
    </w:p>
    <w:p w:rsidR="00E778A7" w:rsidRDefault="002B3357">
      <w:pPr>
        <w:pStyle w:val="Heading1"/>
      </w:pPr>
      <w:r>
        <w:t>Broth Base</w:t>
      </w:r>
    </w:p>
    <w:p w:rsidR="00E778A7" w:rsidRDefault="002B3357">
      <w:pPr>
        <w:pStyle w:val="ListBullet"/>
      </w:pPr>
      <w:r>
        <w:t>1 quart water</w:t>
      </w:r>
    </w:p>
    <w:p w:rsidR="00E778A7" w:rsidRDefault="002B3357">
      <w:pPr>
        <w:pStyle w:val="ListBullet"/>
      </w:pPr>
      <w:r>
        <w:t>Splash of sake</w:t>
      </w:r>
    </w:p>
    <w:p w:rsidR="00E778A7" w:rsidRDefault="002B3357">
      <w:pPr>
        <w:pStyle w:val="ListBullet"/>
      </w:pPr>
      <w:r>
        <w:t>4 Tbsp soy sauce</w:t>
      </w:r>
    </w:p>
    <w:p w:rsidR="00E778A7" w:rsidRDefault="002B3357">
      <w:pPr>
        <w:pStyle w:val="ListBullet"/>
      </w:pPr>
      <w:r>
        <w:t>¼ tsp fish sauce</w:t>
      </w:r>
    </w:p>
    <w:p w:rsidR="00E778A7" w:rsidRDefault="002B3357">
      <w:pPr>
        <w:pStyle w:val="ListBullet"/>
      </w:pPr>
      <w:r>
        <w:t>A few dashes Maggi seasoning</w:t>
      </w:r>
    </w:p>
    <w:p w:rsidR="00E778A7" w:rsidRDefault="002B3357">
      <w:pPr>
        <w:pStyle w:val="ListBullet"/>
      </w:pPr>
      <w:r>
        <w:t>1 heaping tsp chicken base</w:t>
      </w:r>
    </w:p>
    <w:p w:rsidR="00E778A7" w:rsidRDefault="002B3357">
      <w:pPr>
        <w:pStyle w:val="ListBullet"/>
      </w:pPr>
      <w:r>
        <w:t>1 heaping tsp beef base</w:t>
      </w:r>
    </w:p>
    <w:p w:rsidR="00E778A7" w:rsidRDefault="002B3357">
      <w:pPr>
        <w:pStyle w:val="ListBullet"/>
      </w:pPr>
      <w:r>
        <w:t>1 large clove garlic</w:t>
      </w:r>
    </w:p>
    <w:p w:rsidR="00E778A7" w:rsidRDefault="002B3357">
      <w:pPr>
        <w:pStyle w:val="ListBullet"/>
      </w:pPr>
      <w:r>
        <w:t>1 knob ginger (sliced or crushed)</w:t>
      </w:r>
    </w:p>
    <w:p w:rsidR="00E778A7" w:rsidRDefault="002B3357">
      <w:pPr>
        <w:pStyle w:val="Heading1"/>
      </w:pPr>
      <w:r>
        <w:t>Vegetables</w:t>
      </w:r>
    </w:p>
    <w:p w:rsidR="00E778A7" w:rsidRDefault="002B3357">
      <w:pPr>
        <w:pStyle w:val="ListBullet"/>
      </w:pPr>
      <w:r>
        <w:t>½ large onion, sliced</w:t>
      </w:r>
    </w:p>
    <w:p w:rsidR="00E778A7" w:rsidRDefault="002B3357">
      <w:pPr>
        <w:pStyle w:val="ListBullet"/>
      </w:pPr>
      <w:r>
        <w:t>¼ butternut squash, cubed ½" (skin on)</w:t>
      </w:r>
    </w:p>
    <w:p w:rsidR="00E778A7" w:rsidRDefault="002B3357">
      <w:pPr>
        <w:pStyle w:val="ListBullet"/>
      </w:pPr>
      <w:r>
        <w:t>2 medium carrots, sliced</w:t>
      </w:r>
    </w:p>
    <w:p w:rsidR="00E778A7" w:rsidRDefault="002B3357">
      <w:pPr>
        <w:pStyle w:val="ListBullet"/>
      </w:pPr>
      <w:r>
        <w:t>2 stalks celery, chopped</w:t>
      </w:r>
    </w:p>
    <w:p w:rsidR="00E778A7" w:rsidRDefault="002B3357">
      <w:pPr>
        <w:pStyle w:val="ListBullet"/>
      </w:pPr>
      <w:r>
        <w:t>¼ small cabbage, cut into ½" squares (added late)</w:t>
      </w:r>
    </w:p>
    <w:p w:rsidR="00E778A7" w:rsidRDefault="002B3357">
      <w:pPr>
        <w:pStyle w:val="Heading1"/>
      </w:pPr>
      <w:r>
        <w:t>Instructions</w:t>
      </w:r>
    </w:p>
    <w:p w:rsidR="00E778A7" w:rsidRDefault="002B3357">
      <w:pPr>
        <w:pStyle w:val="ListNumber"/>
      </w:pPr>
      <w:r>
        <w:t>In a stockpot, combine water, sake, soy sauce, fish sauce, Maggi, chicken base, beef base, garlic, and ginger. Bring to a simmer to build the broth.</w:t>
      </w:r>
    </w:p>
    <w:p w:rsidR="00E778A7" w:rsidRDefault="002B3357">
      <w:pPr>
        <w:pStyle w:val="ListNumber"/>
      </w:pPr>
      <w:r>
        <w:t>Add onion, butternut squash, carrots, and celery. Simmer until vegetables are just tender.</w:t>
      </w:r>
    </w:p>
    <w:p w:rsidR="00E778A7" w:rsidRDefault="002B3357">
      <w:pPr>
        <w:pStyle w:val="ListNumber"/>
      </w:pPr>
      <w:r>
        <w:t>Add cabbage last, cooking only until slightly softened but still vibrant.</w:t>
      </w:r>
    </w:p>
    <w:p w:rsidR="00E778A7" w:rsidRDefault="002B3357">
      <w:pPr>
        <w:pStyle w:val="ListNumber"/>
      </w:pPr>
      <w:r>
        <w:t>Adjust seasoning if needed.</w:t>
      </w:r>
    </w:p>
    <w:p w:rsidR="00E778A7" w:rsidRDefault="002B3357">
      <w:pPr>
        <w:pStyle w:val="ListNumber"/>
      </w:pPr>
      <w:r>
        <w:t>Serve hot. Optional: garnish with sesame seeds or shichimi togarashi.</w:t>
      </w:r>
    </w:p>
    <w:p w:rsidR="00E778A7" w:rsidRDefault="002B3357">
      <w:pPr>
        <w:pStyle w:val="Heading1"/>
      </w:pPr>
      <w:r>
        <w:t>Notes</w:t>
      </w:r>
    </w:p>
    <w:p w:rsidR="00E778A7" w:rsidRDefault="002B3357">
      <w:pPr>
        <w:pStyle w:val="ListBullet"/>
      </w:pPr>
      <w:r>
        <w:t>This broth blends Japanese influence (sake, soy, dashi style) with depth from chicken and beef base — hearty but still clean.</w:t>
      </w:r>
    </w:p>
    <w:p w:rsidR="00E778A7" w:rsidRDefault="002B3357">
      <w:pPr>
        <w:pStyle w:val="ListBullet"/>
      </w:pPr>
      <w:r>
        <w:t>Squash skin softens during cooking, adding texture and nutrients.</w:t>
      </w:r>
    </w:p>
    <w:p w:rsidR="00E778A7" w:rsidRDefault="002B3357">
      <w:pPr>
        <w:pStyle w:val="ListBullet"/>
      </w:pPr>
      <w:r>
        <w:t>Add heat with shichimi or chili oil if desired.</w:t>
      </w:r>
    </w:p>
    <w:sectPr w:rsidR="00E778A7" w:rsidSect="002B33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03439"/>
    <w:rsid w:val="0015074B"/>
    <w:rsid w:val="0029639D"/>
    <w:rsid w:val="002B3357"/>
    <w:rsid w:val="00326F90"/>
    <w:rsid w:val="00514A75"/>
    <w:rsid w:val="00AA1D8D"/>
    <w:rsid w:val="00B47730"/>
    <w:rsid w:val="00CB0664"/>
    <w:rsid w:val="00E778A7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0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Bob</cp:lastModifiedBy>
  <cp:revision>3</cp:revision>
  <dcterms:created xsi:type="dcterms:W3CDTF">2013-12-23T23:15:00Z</dcterms:created>
  <dcterms:modified xsi:type="dcterms:W3CDTF">2025-09-21T04:43:00Z</dcterms:modified>
  <cp:category/>
</cp:coreProperties>
</file>