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41C" w:rsidRPr="00AC4B47" w:rsidRDefault="00AC4B47">
      <w:pPr>
        <w:pStyle w:val="Heading1"/>
        <w:rPr>
          <w:rFonts w:ascii="Times New Roman" w:hAnsi="Times New Roman" w:cs="Times New Roman"/>
          <w:sz w:val="44"/>
          <w:szCs w:val="44"/>
        </w:rPr>
      </w:pPr>
      <w:r w:rsidRPr="00AC4B47">
        <w:rPr>
          <w:rFonts w:ascii="Times New Roman" w:hAnsi="Times New Roman" w:cs="Times New Roman"/>
          <w:sz w:val="44"/>
          <w:szCs w:val="44"/>
        </w:rPr>
        <w:t>Homemade Jerk Seasoning (Fish-Friendly)</w:t>
      </w:r>
    </w:p>
    <w:p w:rsidR="0072141C" w:rsidRPr="00AC4B47" w:rsidRDefault="00AC4B47">
      <w:pPr>
        <w:pStyle w:val="Heading2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Dry Ingredients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1 tsp allspice (core flavor)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 xml:space="preserve">½ tsp ground </w:t>
      </w:r>
      <w:r w:rsidRPr="00AC4B47">
        <w:rPr>
          <w:rFonts w:ascii="Times New Roman" w:hAnsi="Times New Roman" w:cs="Times New Roman"/>
        </w:rPr>
        <w:t>thyme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96520</wp:posOffset>
            </wp:positionV>
            <wp:extent cx="3609340" cy="2708275"/>
            <wp:effectExtent l="0" t="457200" r="0" b="434975"/>
            <wp:wrapNone/>
            <wp:docPr id="1" name="Picture 0" descr="IMG_36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5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9340" cy="270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C4B47">
        <w:rPr>
          <w:rFonts w:ascii="Times New Roman" w:hAnsi="Times New Roman" w:cs="Times New Roman"/>
        </w:rPr>
        <w:t>½ tsp smoked paprika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½ tsp garlic powder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½ tsp onion powder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¼ tsp ground cinnamon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¼ tsp ground nutmeg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¼ tsp black pepper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¼ tsp white pepper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¼ tsp cayenne (optional, go light)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1 tsp brown or coconut sugar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½ tsp kosher salt (adjust to taste)</w:t>
      </w:r>
    </w:p>
    <w:p w:rsidR="0072141C" w:rsidRPr="00AC4B47" w:rsidRDefault="00AC4B47">
      <w:pPr>
        <w:pStyle w:val="Heading2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Optional W</w:t>
      </w:r>
      <w:r w:rsidRPr="00AC4B47">
        <w:rPr>
          <w:rFonts w:ascii="Times New Roman" w:hAnsi="Times New Roman" w:cs="Times New Roman"/>
        </w:rPr>
        <w:t>et Paste (Recommended)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1–2 tsp olive or neutral oil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Zest of ½ lime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1 tsp fresh lime juice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½ tsp honey (optional)</w:t>
      </w:r>
    </w:p>
    <w:p w:rsidR="0072141C" w:rsidRPr="00AC4B47" w:rsidRDefault="00AC4B47">
      <w:pPr>
        <w:pStyle w:val="Heading2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Application for Halibut</w:t>
      </w:r>
    </w:p>
    <w:p w:rsidR="0072141C" w:rsidRPr="00AC4B47" w:rsidRDefault="00AC4B47">
      <w:pPr>
        <w:pStyle w:val="ListNumber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Thaw and pat halibut completely dry.</w:t>
      </w:r>
    </w:p>
    <w:p w:rsidR="0072141C" w:rsidRPr="00AC4B47" w:rsidRDefault="00AC4B47">
      <w:pPr>
        <w:pStyle w:val="ListNumber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Lightly oil the fish.</w:t>
      </w:r>
    </w:p>
    <w:p w:rsidR="0072141C" w:rsidRPr="00AC4B47" w:rsidRDefault="00AC4B47">
      <w:pPr>
        <w:pStyle w:val="ListNumber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Apply a thin smear of jerk paste — do not overcoat.</w:t>
      </w:r>
    </w:p>
    <w:p w:rsidR="0072141C" w:rsidRPr="00AC4B47" w:rsidRDefault="00AC4B47">
      <w:pPr>
        <w:pStyle w:val="ListNumber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Rest 10–</w:t>
      </w:r>
      <w:r w:rsidRPr="00AC4B47">
        <w:rPr>
          <w:rFonts w:ascii="Times New Roman" w:hAnsi="Times New Roman" w:cs="Times New Roman"/>
        </w:rPr>
        <w:t>15 minutes only.</w:t>
      </w:r>
    </w:p>
    <w:p w:rsidR="0072141C" w:rsidRPr="00AC4B47" w:rsidRDefault="00AC4B47">
      <w:pPr>
        <w:pStyle w:val="ListNumber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Cook hot and fast (cast iron or grill). Flip once.</w:t>
      </w:r>
    </w:p>
    <w:p w:rsidR="0072141C" w:rsidRPr="00AC4B47" w:rsidRDefault="00AC4B47">
      <w:pPr>
        <w:pStyle w:val="ListNumber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Remove as soon as the fish flakes easily.</w:t>
      </w:r>
    </w:p>
    <w:p w:rsidR="0072141C" w:rsidRPr="00AC4B47" w:rsidRDefault="00AC4B47">
      <w:pPr>
        <w:pStyle w:val="Heading2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Flavor Adjustments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Too spicy: add more lime juice or zest.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>Too dark or sweet: reduce sugar next time.</w:t>
      </w:r>
    </w:p>
    <w:p w:rsidR="0072141C" w:rsidRPr="00AC4B47" w:rsidRDefault="00AC4B47">
      <w:pPr>
        <w:pStyle w:val="ListBullet"/>
        <w:rPr>
          <w:rFonts w:ascii="Times New Roman" w:hAnsi="Times New Roman" w:cs="Times New Roman"/>
        </w:rPr>
      </w:pPr>
      <w:r w:rsidRPr="00AC4B47">
        <w:rPr>
          <w:rFonts w:ascii="Times New Roman" w:hAnsi="Times New Roman" w:cs="Times New Roman"/>
        </w:rPr>
        <w:t xml:space="preserve">Want more island depth: slightly increase </w:t>
      </w:r>
      <w:r w:rsidRPr="00AC4B47">
        <w:rPr>
          <w:rFonts w:ascii="Times New Roman" w:hAnsi="Times New Roman" w:cs="Times New Roman"/>
        </w:rPr>
        <w:t>allspice and thyme.</w:t>
      </w:r>
    </w:p>
    <w:sectPr w:rsidR="0072141C" w:rsidRPr="00AC4B47" w:rsidSect="00CF2D1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4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26F90"/>
    <w:rsid w:val="0072141C"/>
    <w:rsid w:val="00AA1D8D"/>
    <w:rsid w:val="00AC4B47"/>
    <w:rsid w:val="00B47730"/>
    <w:rsid w:val="00CB0664"/>
    <w:rsid w:val="00CF2D11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F2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884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3</cp:revision>
  <dcterms:created xsi:type="dcterms:W3CDTF">2026-01-26T08:20:00Z</dcterms:created>
  <dcterms:modified xsi:type="dcterms:W3CDTF">2026-01-26T08:21:00Z</dcterms:modified>
</cp:coreProperties>
</file>