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94C" w:rsidRDefault="00260AB1">
      <w:pPr>
        <w:pStyle w:val="Heading1"/>
      </w:pPr>
      <w:r w:rsidRPr="00260AB1">
        <w:rPr>
          <w:sz w:val="72"/>
          <w:szCs w:val="72"/>
        </w:rPr>
        <w:t>Bob’s Slaw</w:t>
      </w:r>
      <w:r>
        <w:t xml:space="preserve"> </w:t>
      </w:r>
      <w:r w:rsidR="00BC21EC" w:rsidRPr="00260AB1">
        <w:rPr>
          <w:sz w:val="22"/>
          <w:szCs w:val="22"/>
        </w:rPr>
        <w:t>Mediterranean-Inspired</w:t>
      </w:r>
      <w:r w:rsidR="00BC21EC">
        <w:t xml:space="preserve"> </w:t>
      </w:r>
    </w:p>
    <w:p w:rsidR="0085194C" w:rsidRDefault="00260AB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3793107</wp:posOffset>
            </wp:positionH>
            <wp:positionV relativeFrom="paragraph">
              <wp:posOffset>204841</wp:posOffset>
            </wp:positionV>
            <wp:extent cx="3034701" cy="2277374"/>
            <wp:effectExtent l="19050" t="0" r="0" b="0"/>
            <wp:wrapNone/>
            <wp:docPr id="1" name="Picture 0" descr="IMG_8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4701" cy="227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BC21EC">
        <w:t>A light, zesty slaw with a Mediterranean flair—perfect for potlucks, picnics, and everyday meals.</w:t>
      </w:r>
      <w:proofErr w:type="gramEnd"/>
    </w:p>
    <w:p w:rsidR="0085194C" w:rsidRDefault="00BC21EC">
      <w:pPr>
        <w:pStyle w:val="Heading2"/>
      </w:pPr>
      <w:r>
        <w:t>Ingredients</w:t>
      </w:r>
    </w:p>
    <w:p w:rsidR="0085194C" w:rsidRDefault="00BC21EC">
      <w:pPr>
        <w:pStyle w:val="ListBullet"/>
      </w:pPr>
      <w:r>
        <w:t>3 packages tricolor coleslaw mix</w:t>
      </w:r>
    </w:p>
    <w:p w:rsidR="0085194C" w:rsidRDefault="00BC21EC">
      <w:pPr>
        <w:pStyle w:val="ListBullet"/>
      </w:pPr>
      <w:r>
        <w:t>½ cup apple cider vinegar</w:t>
      </w:r>
    </w:p>
    <w:p w:rsidR="0085194C" w:rsidRDefault="00BC21EC">
      <w:pPr>
        <w:pStyle w:val="ListBullet"/>
      </w:pPr>
      <w:r>
        <w:t>¼ cup brown sugar</w:t>
      </w:r>
    </w:p>
    <w:p w:rsidR="0085194C" w:rsidRDefault="00BC21EC">
      <w:pPr>
        <w:pStyle w:val="ListBullet"/>
      </w:pPr>
      <w:r>
        <w:t>2 tbsp granulated garlic</w:t>
      </w:r>
    </w:p>
    <w:p w:rsidR="0085194C" w:rsidRDefault="00BC21EC">
      <w:pPr>
        <w:pStyle w:val="ListBullet"/>
      </w:pPr>
      <w:r>
        <w:t xml:space="preserve">2 tbsp </w:t>
      </w:r>
      <w:r>
        <w:t>granulated onion</w:t>
      </w:r>
    </w:p>
    <w:p w:rsidR="0085194C" w:rsidRDefault="00BC21EC">
      <w:pPr>
        <w:pStyle w:val="ListBullet"/>
      </w:pPr>
      <w:r>
        <w:t>2 tbsp coarse black pepper</w:t>
      </w:r>
    </w:p>
    <w:p w:rsidR="0085194C" w:rsidRDefault="00BC21EC">
      <w:pPr>
        <w:pStyle w:val="ListBullet"/>
      </w:pPr>
      <w:r>
        <w:t>1 tsp Himalayan pink salt (adjust to taste)</w:t>
      </w:r>
    </w:p>
    <w:p w:rsidR="0085194C" w:rsidRDefault="00BC21EC">
      <w:pPr>
        <w:pStyle w:val="ListBullet"/>
      </w:pPr>
      <w:r>
        <w:t>Drizzle of extra virgin olive oil (to coat evenly)</w:t>
      </w:r>
    </w:p>
    <w:p w:rsidR="0085194C" w:rsidRDefault="00BC21EC">
      <w:pPr>
        <w:pStyle w:val="Heading2"/>
      </w:pPr>
      <w:r>
        <w:t>Instructions</w:t>
      </w:r>
    </w:p>
    <w:p w:rsidR="0085194C" w:rsidRDefault="00BC21EC">
      <w:pPr>
        <w:pStyle w:val="ListNumber"/>
      </w:pPr>
      <w:r>
        <w:t>Prep the Slaw Base: Empty all three coleslaw packages into a large mixing bowl. Chop down the mix slight</w:t>
      </w:r>
      <w:r>
        <w:t>ly for uniform texture.</w:t>
      </w:r>
    </w:p>
    <w:p w:rsidR="0085194C" w:rsidRDefault="00BC21EC">
      <w:pPr>
        <w:pStyle w:val="ListNumber"/>
      </w:pPr>
      <w:r>
        <w:t>Rinse</w:t>
      </w:r>
      <w:r>
        <w:t xml:space="preserve">: Light rinse under cold water helps </w:t>
      </w:r>
      <w:proofErr w:type="gramStart"/>
      <w:r>
        <w:t>freshen</w:t>
      </w:r>
      <w:proofErr w:type="gramEnd"/>
      <w:r>
        <w:t xml:space="preserve"> the mix. Drain well before continuing.</w:t>
      </w:r>
    </w:p>
    <w:p w:rsidR="0085194C" w:rsidRDefault="00BC21EC">
      <w:pPr>
        <w:pStyle w:val="ListNumber"/>
      </w:pPr>
      <w:r>
        <w:t xml:space="preserve">Make the Dressing: In a separate bowl, whisk together apple cider vinegar, brown sugar, garlic, onion, pepper, and salt. Drizzle in </w:t>
      </w:r>
      <w:r>
        <w:t>olive oil until emulsified and smooth.</w:t>
      </w:r>
    </w:p>
    <w:p w:rsidR="0085194C" w:rsidRDefault="00BC21EC">
      <w:pPr>
        <w:pStyle w:val="ListNumber"/>
      </w:pPr>
      <w:r>
        <w:t>Combine: Pour the dressing over the slaw and toss thoroughly by hand to coat evenly.</w:t>
      </w:r>
    </w:p>
    <w:p w:rsidR="0085194C" w:rsidRDefault="00BC21EC">
      <w:pPr>
        <w:pStyle w:val="ListNumber"/>
      </w:pPr>
      <w:r>
        <w:t>Chill: For best Flavor, c</w:t>
      </w:r>
      <w:r>
        <w:t>over and refrigerate overnight. Stir once before serving to redistribute dressing.</w:t>
      </w:r>
    </w:p>
    <w:p w:rsidR="0085194C" w:rsidRDefault="00BC21EC">
      <w:pPr>
        <w:pStyle w:val="Heading2"/>
      </w:pPr>
      <w:r>
        <w:t>Optional Toppings</w:t>
      </w:r>
    </w:p>
    <w:p w:rsidR="0085194C" w:rsidRDefault="00BC21EC">
      <w:r>
        <w:t>Serve toppings on the s</w:t>
      </w:r>
      <w:r>
        <w:t>ide or mix them in right before serving:</w:t>
      </w:r>
    </w:p>
    <w:p w:rsidR="00260AB1" w:rsidRDefault="00260AB1">
      <w:pPr>
        <w:pStyle w:val="ListBullet"/>
      </w:pPr>
      <w:r>
        <w:t>Shredded chicken or sliced Salami</w:t>
      </w:r>
    </w:p>
    <w:p w:rsidR="0085194C" w:rsidRDefault="00BC21EC">
      <w:pPr>
        <w:pStyle w:val="ListBullet"/>
      </w:pPr>
      <w:r>
        <w:t>Toasted almonds</w:t>
      </w:r>
    </w:p>
    <w:p w:rsidR="0085194C" w:rsidRDefault="00BC21EC">
      <w:pPr>
        <w:pStyle w:val="ListBullet"/>
      </w:pPr>
      <w:r>
        <w:t>Sunflower seeds</w:t>
      </w:r>
    </w:p>
    <w:p w:rsidR="0085194C" w:rsidRDefault="00BC21EC">
      <w:pPr>
        <w:pStyle w:val="ListBullet"/>
      </w:pPr>
      <w:r>
        <w:t>Pumpkin seeds</w:t>
      </w:r>
    </w:p>
    <w:p w:rsidR="0085194C" w:rsidRDefault="00BC21EC">
      <w:pPr>
        <w:pStyle w:val="ListBullet"/>
      </w:pPr>
      <w:r>
        <w:t>Balsamic glaze drizzle</w:t>
      </w:r>
    </w:p>
    <w:p w:rsidR="0085194C" w:rsidRDefault="00BC21EC">
      <w:pPr>
        <w:pStyle w:val="Heading2"/>
      </w:pPr>
      <w:r>
        <w:t>Notes</w:t>
      </w:r>
    </w:p>
    <w:p w:rsidR="0085194C" w:rsidRDefault="00BC21EC">
      <w:pPr>
        <w:pStyle w:val="ListBullet"/>
      </w:pPr>
      <w:r>
        <w:t>Mayo-free: Safer for outdoor events</w:t>
      </w:r>
    </w:p>
    <w:p w:rsidR="0085194C" w:rsidRDefault="00BC21EC">
      <w:pPr>
        <w:pStyle w:val="ListBullet"/>
      </w:pPr>
      <w:r>
        <w:t>Budget-friendly, big-batch crowd pleaser</w:t>
      </w:r>
    </w:p>
    <w:p w:rsidR="0085194C" w:rsidRDefault="00BC21EC">
      <w:pPr>
        <w:pStyle w:val="ListBullet"/>
      </w:pPr>
      <w:r>
        <w:t>Kid-friendly flavor &amp; crunch</w:t>
      </w:r>
    </w:p>
    <w:p w:rsidR="0085194C" w:rsidRDefault="00BC21EC">
      <w:pPr>
        <w:pStyle w:val="ListBullet"/>
      </w:pPr>
      <w:r>
        <w:t>Lasts well in the fridge for 3–5 d</w:t>
      </w:r>
      <w:r>
        <w:t>ays</w:t>
      </w:r>
    </w:p>
    <w:p w:rsidR="00260AB1" w:rsidRDefault="00260AB1" w:rsidP="00260AB1">
      <w:pPr>
        <w:pStyle w:val="ListBullet"/>
        <w:numPr>
          <w:ilvl w:val="0"/>
          <w:numId w:val="0"/>
        </w:numPr>
        <w:ind w:left="360" w:hanging="360"/>
      </w:pPr>
    </w:p>
    <w:p w:rsidR="00260AB1" w:rsidRDefault="00260AB1" w:rsidP="00260AB1">
      <w:pPr>
        <w:pStyle w:val="ListBullet"/>
        <w:numPr>
          <w:ilvl w:val="0"/>
          <w:numId w:val="0"/>
        </w:numPr>
        <w:ind w:left="360" w:hanging="360"/>
      </w:pPr>
    </w:p>
    <w:sectPr w:rsidR="00260AB1" w:rsidSect="00260A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60AB1"/>
    <w:rsid w:val="0029639D"/>
    <w:rsid w:val="00326F90"/>
    <w:rsid w:val="0085194C"/>
    <w:rsid w:val="00AA1D8D"/>
    <w:rsid w:val="00B47730"/>
    <w:rsid w:val="00BC21EC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1323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2025-03-26T05:48:00Z</dcterms:created>
  <dcterms:modified xsi:type="dcterms:W3CDTF">2025-03-26T05:50:00Z</dcterms:modified>
</cp:coreProperties>
</file>