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28B" w:rsidRPr="0065143F" w:rsidRDefault="002A11E3">
      <w:pPr>
        <w:pStyle w:val="Heading1"/>
        <w:rPr>
          <w:rFonts w:ascii="Times New Roman" w:hAnsi="Times New Roman" w:cs="Times New Roman"/>
          <w:sz w:val="36"/>
          <w:szCs w:val="36"/>
        </w:rPr>
      </w:pPr>
      <w:r w:rsidRPr="0065143F">
        <w:rPr>
          <w:rFonts w:ascii="Times New Roman" w:hAnsi="Times New Roman" w:cs="Times New Roman"/>
          <w:sz w:val="36"/>
          <w:szCs w:val="36"/>
        </w:rPr>
        <w:t>Japanese Sa</w:t>
      </w:r>
      <w:r w:rsidR="0065143F" w:rsidRPr="0065143F">
        <w:rPr>
          <w:rFonts w:ascii="Times New Roman" w:hAnsi="Times New Roman" w:cs="Times New Roman"/>
          <w:sz w:val="36"/>
          <w:szCs w:val="36"/>
        </w:rPr>
        <w:t xml:space="preserve">lmon </w:t>
      </w:r>
      <w:proofErr w:type="spellStart"/>
      <w:r w:rsidR="0065143F" w:rsidRPr="0065143F">
        <w:rPr>
          <w:rFonts w:ascii="Times New Roman" w:hAnsi="Times New Roman" w:cs="Times New Roman"/>
          <w:sz w:val="36"/>
          <w:szCs w:val="36"/>
        </w:rPr>
        <w:t>Furikake</w:t>
      </w:r>
      <w:proofErr w:type="spellEnd"/>
    </w:p>
    <w:p w:rsidR="0065143F" w:rsidRDefault="0065143F" w:rsidP="0065143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980896</wp:posOffset>
            </wp:positionH>
            <wp:positionV relativeFrom="paragraph">
              <wp:posOffset>35608</wp:posOffset>
            </wp:positionV>
            <wp:extent cx="2164440" cy="1884872"/>
            <wp:effectExtent l="19050" t="0" r="7260" b="0"/>
            <wp:wrapNone/>
            <wp:docPr id="1" name="Picture 0" descr="Screenshot 2025-07-26 11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5-07-26 1152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440" cy="1884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143F" w:rsidRDefault="0065143F" w:rsidP="0065143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2924713</wp:posOffset>
            </wp:positionH>
            <wp:positionV relativeFrom="paragraph">
              <wp:posOffset>242270</wp:posOffset>
            </wp:positionV>
            <wp:extent cx="3052529" cy="2280837"/>
            <wp:effectExtent l="95250" t="95250" r="90721" b="100413"/>
            <wp:wrapNone/>
            <wp:docPr id="3" name="Picture 1" descr="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2529" cy="22808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5143F" w:rsidRDefault="0065143F" w:rsidP="0065143F"/>
    <w:p w:rsidR="0065143F" w:rsidRDefault="0065143F" w:rsidP="0065143F"/>
    <w:p w:rsidR="0065143F" w:rsidRDefault="0065143F" w:rsidP="0065143F"/>
    <w:p w:rsidR="0065143F" w:rsidRDefault="0065143F" w:rsidP="0065143F"/>
    <w:p w:rsidR="0065143F" w:rsidRDefault="0065143F" w:rsidP="0065143F"/>
    <w:p w:rsidR="0065143F" w:rsidRPr="0065143F" w:rsidRDefault="00E42CA4" w:rsidP="0065143F">
      <w:r w:rsidRPr="00E42CA4">
        <w:rPr>
          <w:rFonts w:ascii="Times New Roman" w:hAnsi="Times New Roman" w:cs="Times New Roman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1.6pt;margin-top:24.65pt;width:77.8pt;height:20.75pt;z-index:251661312;mso-width-relative:margin;mso-height-relative:margin" fillcolor="black [3200]" stroked="f" strokecolor="#f2f2f2 [3041]" strokeweight="3pt">
            <v:fill opacity=".5" color2="fill lighten(51)" o:opacity2="13107f" angle="-135" focusposition=".5,.5" focussize="" method="linear sigma" focus="100%" type="gradient"/>
            <v:shadow on="t" type="perspective" color="#7f7f7f [1601]" opacity=".5" offset="1pt" offset2="-1pt"/>
            <v:textbox>
              <w:txbxContent>
                <w:p w:rsidR="0065143F" w:rsidRPr="0065143F" w:rsidRDefault="0065143F">
                  <w:pPr>
                    <w:rPr>
                      <w:sz w:val="16"/>
                      <w:szCs w:val="16"/>
                    </w:rPr>
                  </w:pPr>
                  <w:r w:rsidRPr="0065143F">
                    <w:rPr>
                      <w:sz w:val="16"/>
                      <w:szCs w:val="16"/>
                    </w:rPr>
                    <w:t xml:space="preserve">Photo </w:t>
                  </w:r>
                  <w:proofErr w:type="gramStart"/>
                  <w:r w:rsidRPr="0065143F">
                    <w:rPr>
                      <w:sz w:val="16"/>
                      <w:szCs w:val="16"/>
                    </w:rPr>
                    <w:t>By</w:t>
                  </w:r>
                  <w:proofErr w:type="gramEnd"/>
                  <w:r w:rsidRPr="0065143F">
                    <w:rPr>
                      <w:sz w:val="16"/>
                      <w:szCs w:val="16"/>
                    </w:rPr>
                    <w:t xml:space="preserve"> Yu*me</w:t>
                  </w:r>
                </w:p>
              </w:txbxContent>
            </v:textbox>
          </v:shape>
        </w:pict>
      </w:r>
    </w:p>
    <w:p w:rsidR="009C128B" w:rsidRPr="0065143F" w:rsidRDefault="002A11E3">
      <w:pPr>
        <w:pStyle w:val="Heading2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Ingredients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2 small salmon fillets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Impor</w:t>
      </w:r>
      <w:r w:rsidR="0065143F">
        <w:rPr>
          <w:rFonts w:ascii="Times New Roman" w:hAnsi="Times New Roman" w:cs="Times New Roman"/>
        </w:rPr>
        <w:t xml:space="preserve">tant: Use </w:t>
      </w:r>
      <w:r w:rsidR="0065143F" w:rsidRPr="0065143F">
        <w:rPr>
          <w:rFonts w:ascii="Times New Roman" w:hAnsi="Times New Roman" w:cs="Times New Roman"/>
          <w:b/>
        </w:rPr>
        <w:t>Japanese-style cuts</w:t>
      </w:r>
      <w:r w:rsidR="0005612A">
        <w:rPr>
          <w:rFonts w:ascii="Times New Roman" w:hAnsi="Times New Roman" w:cs="Times New Roman"/>
          <w:b/>
        </w:rPr>
        <w:t xml:space="preserve"> “</w:t>
      </w:r>
      <w:proofErr w:type="spellStart"/>
      <w:r w:rsidR="0005612A">
        <w:rPr>
          <w:rFonts w:ascii="Times New Roman" w:hAnsi="Times New Roman" w:cs="Times New Roman"/>
          <w:b/>
        </w:rPr>
        <w:t>Kirimi</w:t>
      </w:r>
      <w:proofErr w:type="spellEnd"/>
      <w:r w:rsidR="0005612A">
        <w:rPr>
          <w:rFonts w:ascii="Times New Roman" w:hAnsi="Times New Roman" w:cs="Times New Roman"/>
          <w:b/>
        </w:rPr>
        <w:t>”</w:t>
      </w:r>
      <w:r w:rsidR="0065143F">
        <w:rPr>
          <w:rFonts w:ascii="Times New Roman" w:hAnsi="Times New Roman" w:cs="Times New Roman"/>
        </w:rPr>
        <w:t xml:space="preserve"> -</w:t>
      </w:r>
      <w:r w:rsidRPr="0065143F">
        <w:rPr>
          <w:rFonts w:ascii="Times New Roman" w:hAnsi="Times New Roman" w:cs="Times New Roman"/>
        </w:rPr>
        <w:t xml:space="preserve">smaller portions about 2 inches wide. Remove </w:t>
      </w:r>
      <w:r w:rsidRPr="0065143F">
        <w:rPr>
          <w:rFonts w:ascii="Times New Roman" w:hAnsi="Times New Roman" w:cs="Times New Roman"/>
          <w:b/>
        </w:rPr>
        <w:t>all bones and skin before cooking</w:t>
      </w:r>
      <w:r w:rsidRPr="0065143F">
        <w:rPr>
          <w:rFonts w:ascii="Times New Roman" w:hAnsi="Times New Roman" w:cs="Times New Roman"/>
        </w:rPr>
        <w:t>. The size matters for texture and even breakdown (see photo for reference).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3 Tbsp sake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3 Tbsp mirin</w:t>
      </w:r>
    </w:p>
    <w:p w:rsidR="009C128B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½ tsp salt</w:t>
      </w:r>
    </w:p>
    <w:p w:rsidR="0081112A" w:rsidRPr="0065143F" w:rsidRDefault="0081112A">
      <w:pPr>
        <w:pStyle w:val="ListBulle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½ tsp Low sodium Soy Sauce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½ Tbsp sesame oil</w:t>
      </w:r>
    </w:p>
    <w:p w:rsidR="009C128B" w:rsidRPr="0065143F" w:rsidRDefault="002A11E3">
      <w:pPr>
        <w:pStyle w:val="Heading2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Instructions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 xml:space="preserve">Cook the salmon: Place salmon in a skillet, add sake and mirin. Simmer over </w:t>
      </w:r>
      <w:r w:rsidRPr="0005612A">
        <w:rPr>
          <w:rFonts w:ascii="Times New Roman" w:hAnsi="Times New Roman" w:cs="Times New Roman"/>
          <w:b/>
        </w:rPr>
        <w:t>medium</w:t>
      </w:r>
      <w:r w:rsidRPr="0065143F">
        <w:rPr>
          <w:rFonts w:ascii="Times New Roman" w:hAnsi="Times New Roman" w:cs="Times New Roman"/>
        </w:rPr>
        <w:t xml:space="preserve"> heat. As the salmon cooks, use chopsticks or a spatula to break it into small flakes</w:t>
      </w:r>
      <w:r w:rsidR="0005612A">
        <w:rPr>
          <w:rFonts w:ascii="Times New Roman" w:hAnsi="Times New Roman" w:cs="Times New Roman"/>
        </w:rPr>
        <w:t xml:space="preserve"> (this is key)</w:t>
      </w:r>
      <w:r w:rsidRPr="0065143F">
        <w:rPr>
          <w:rFonts w:ascii="Times New Roman" w:hAnsi="Times New Roman" w:cs="Times New Roman"/>
        </w:rPr>
        <w:t>.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Season and reduce moisture</w:t>
      </w:r>
      <w:r w:rsidR="0005612A">
        <w:rPr>
          <w:rFonts w:ascii="Times New Roman" w:hAnsi="Times New Roman" w:cs="Times New Roman"/>
        </w:rPr>
        <w:t xml:space="preserve"> (simmer uncovered)</w:t>
      </w:r>
      <w:r w:rsidRPr="0065143F">
        <w:rPr>
          <w:rFonts w:ascii="Times New Roman" w:hAnsi="Times New Roman" w:cs="Times New Roman"/>
        </w:rPr>
        <w:t>: Add salt. Keep stirring and breaking it up until most of the moisture evaporates.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Add sesame oil: Toss in sesame oil and stir gently. Keep heat on low and continue mixing until the texture is dry but still a bit soft — not crunchy.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Cool and store: Let the flakes cool fully before storing. Use an airtight jar or container. Keeps in the fridge up to one week.</w:t>
      </w:r>
    </w:p>
    <w:p w:rsidR="009C128B" w:rsidRPr="0065143F" w:rsidRDefault="002A11E3">
      <w:pPr>
        <w:pStyle w:val="Heading2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Optional Additions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Toasted sesame seeds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Crushed nori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Bonito flakes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Chili flakes or ground shiso for a twist</w:t>
      </w:r>
    </w:p>
    <w:sectPr w:rsidR="009C128B" w:rsidRPr="0065143F" w:rsidSect="006514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5612A"/>
    <w:rsid w:val="0006063C"/>
    <w:rsid w:val="0015074B"/>
    <w:rsid w:val="0029639D"/>
    <w:rsid w:val="002A11E3"/>
    <w:rsid w:val="00326F90"/>
    <w:rsid w:val="0065143F"/>
    <w:rsid w:val="0081112A"/>
    <w:rsid w:val="009C128B"/>
    <w:rsid w:val="00AA1D8D"/>
    <w:rsid w:val="00B47730"/>
    <w:rsid w:val="00CB0664"/>
    <w:rsid w:val="00D87247"/>
    <w:rsid w:val="00E42CA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5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1061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2025-07-26T20:12:00Z</dcterms:created>
  <dcterms:modified xsi:type="dcterms:W3CDTF">2025-09-22T20:25:00Z</dcterms:modified>
</cp:coreProperties>
</file>