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29" w:rsidRPr="0081671B" w:rsidRDefault="0081671B">
      <w:pPr>
        <w:pStyle w:val="Heading1"/>
        <w:rPr>
          <w:rFonts w:ascii="Times New Roman" w:hAnsi="Times New Roman" w:cs="Times New Roman"/>
          <w:sz w:val="40"/>
          <w:szCs w:val="40"/>
        </w:rPr>
      </w:pPr>
      <w:r w:rsidRPr="0081671B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137795</wp:posOffset>
            </wp:positionV>
            <wp:extent cx="4054475" cy="3048635"/>
            <wp:effectExtent l="19050" t="0" r="3175" b="0"/>
            <wp:wrapSquare wrapText="bothSides"/>
            <wp:docPr id="1" name="Picture 0" descr="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304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40B3" w:rsidRPr="0081671B">
        <w:rPr>
          <w:rFonts w:ascii="Times New Roman" w:hAnsi="Times New Roman" w:cs="Times New Roman"/>
          <w:sz w:val="40"/>
          <w:szCs w:val="40"/>
        </w:rPr>
        <w:t>Salmon &amp; Roasted Veggie Bake</w:t>
      </w:r>
      <w:r w:rsidRPr="0081671B">
        <w:rPr>
          <w:rFonts w:ascii="Times New Roman" w:hAnsi="Times New Roman" w:cs="Times New Roman"/>
          <w:sz w:val="40"/>
          <w:szCs w:val="40"/>
        </w:rPr>
        <w:tab/>
      </w:r>
    </w:p>
    <w:p w:rsidR="00475329" w:rsidRPr="0081671B" w:rsidRDefault="001A40B3">
      <w:pPr>
        <w:rPr>
          <w:rFonts w:ascii="Times New Roman" w:hAnsi="Times New Roman" w:cs="Times New Roman"/>
        </w:rPr>
      </w:pPr>
      <w:r w:rsidRPr="0081671B">
        <w:rPr>
          <w:rFonts w:ascii="Times New Roman" w:hAnsi="Times New Roman" w:cs="Times New Roman"/>
        </w:rPr>
        <w:t>A hearty one-pan feast of roasted root vegetables topped with lemon-pepper salmon. Perfect for a balanced dinner with minimal cleanup!</w:t>
      </w:r>
    </w:p>
    <w:p w:rsidR="0081671B" w:rsidRPr="0081671B" w:rsidRDefault="0081671B">
      <w:pPr>
        <w:pStyle w:val="Heading2"/>
        <w:rPr>
          <w:rFonts w:ascii="Times New Roman" w:hAnsi="Times New Roman" w:cs="Times New Roman"/>
        </w:rPr>
        <w:sectPr w:rsidR="0081671B" w:rsidRPr="0081671B" w:rsidSect="0081671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1671B" w:rsidRPr="0081671B" w:rsidRDefault="0081671B">
      <w:pPr>
        <w:pStyle w:val="Heading2"/>
        <w:rPr>
          <w:rFonts w:ascii="Times New Roman" w:hAnsi="Times New Roman" w:cs="Times New Roman"/>
        </w:rPr>
      </w:pPr>
    </w:p>
    <w:p w:rsidR="0081671B" w:rsidRDefault="0081671B">
      <w:pPr>
        <w:pStyle w:val="Heading2"/>
        <w:rPr>
          <w:rFonts w:ascii="Times New Roman" w:hAnsi="Times New Roman" w:cs="Times New Roman"/>
        </w:rPr>
      </w:pPr>
    </w:p>
    <w:p w:rsidR="0081671B" w:rsidRDefault="0081671B" w:rsidP="0081671B"/>
    <w:p w:rsidR="0081671B" w:rsidRPr="0081671B" w:rsidRDefault="0081671B" w:rsidP="0081671B"/>
    <w:p w:rsidR="0081671B" w:rsidRPr="0081671B" w:rsidRDefault="0081671B">
      <w:pPr>
        <w:pStyle w:val="Heading2"/>
        <w:rPr>
          <w:rFonts w:ascii="Times New Roman" w:hAnsi="Times New Roman" w:cs="Times New Roman"/>
        </w:rPr>
      </w:pPr>
    </w:p>
    <w:p w:rsidR="00D67973" w:rsidRDefault="00D67973">
      <w:pPr>
        <w:pStyle w:val="Heading2"/>
        <w:rPr>
          <w:rFonts w:ascii="Times New Roman" w:hAnsi="Times New Roman" w:cs="Times New Roman"/>
        </w:rPr>
      </w:pPr>
    </w:p>
    <w:p w:rsidR="00475329" w:rsidRPr="0081671B" w:rsidRDefault="001A40B3">
      <w:pPr>
        <w:pStyle w:val="Heading2"/>
        <w:rPr>
          <w:rFonts w:ascii="Times New Roman" w:hAnsi="Times New Roman" w:cs="Times New Roman"/>
        </w:rPr>
      </w:pPr>
      <w:r w:rsidRPr="0081671B">
        <w:rPr>
          <w:rFonts w:ascii="Times New Roman" w:hAnsi="Times New Roman" w:cs="Times New Roman"/>
        </w:rPr>
        <w:t>Ingredients:</w:t>
      </w:r>
    </w:p>
    <w:p w:rsidR="0081671B" w:rsidRPr="0081671B" w:rsidRDefault="001A40B3">
      <w:pPr>
        <w:rPr>
          <w:rFonts w:ascii="Times New Roman" w:hAnsi="Times New Roman" w:cs="Times New Roman"/>
        </w:rPr>
      </w:pPr>
      <w:r w:rsidRPr="0081671B">
        <w:rPr>
          <w:rFonts w:ascii="Times New Roman" w:hAnsi="Times New Roman" w:cs="Times New Roman"/>
        </w:rPr>
        <w:t>- 1 salmon fillet (1–1.5 lbs), patted dry</w:t>
      </w:r>
      <w:r w:rsidRPr="0081671B">
        <w:rPr>
          <w:rFonts w:ascii="Times New Roman" w:hAnsi="Times New Roman" w:cs="Times New Roman"/>
        </w:rPr>
        <w:br/>
        <w:t xml:space="preserve">- 2–3 cups mixed potatoes (gold, </w:t>
      </w:r>
      <w:r w:rsidRPr="0081671B">
        <w:rPr>
          <w:rFonts w:ascii="Times New Roman" w:hAnsi="Times New Roman" w:cs="Times New Roman"/>
        </w:rPr>
        <w:t>red, or purple), halved</w:t>
      </w:r>
      <w:r w:rsidRPr="0081671B">
        <w:rPr>
          <w:rFonts w:ascii="Times New Roman" w:hAnsi="Times New Roman" w:cs="Times New Roman"/>
        </w:rPr>
        <w:br/>
      </w:r>
      <w:r w:rsidRPr="0081671B">
        <w:rPr>
          <w:rFonts w:ascii="Times New Roman" w:hAnsi="Times New Roman" w:cs="Times New Roman"/>
        </w:rPr>
        <w:t>- 1 cup butternut squash, cubed</w:t>
      </w:r>
      <w:r w:rsidRPr="0081671B">
        <w:rPr>
          <w:rFonts w:ascii="Times New Roman" w:hAnsi="Times New Roman" w:cs="Times New Roman"/>
        </w:rPr>
        <w:br/>
        <w:t>- 2 carrots, chopped</w:t>
      </w:r>
      <w:r w:rsidRPr="0081671B">
        <w:rPr>
          <w:rFonts w:ascii="Times New Roman" w:hAnsi="Times New Roman" w:cs="Times New Roman"/>
        </w:rPr>
        <w:br/>
        <w:t>- 1 cup cauliflower florets</w:t>
      </w:r>
      <w:r w:rsidRPr="0081671B">
        <w:rPr>
          <w:rFonts w:ascii="Times New Roman" w:hAnsi="Times New Roman" w:cs="Times New Roman"/>
        </w:rPr>
        <w:br/>
      </w:r>
    </w:p>
    <w:p w:rsidR="0081671B" w:rsidRPr="0081671B" w:rsidRDefault="0081671B">
      <w:pPr>
        <w:rPr>
          <w:rFonts w:ascii="Times New Roman" w:hAnsi="Times New Roman" w:cs="Times New Roman"/>
        </w:rPr>
      </w:pPr>
    </w:p>
    <w:p w:rsidR="0081671B" w:rsidRPr="0081671B" w:rsidRDefault="0081671B">
      <w:pPr>
        <w:rPr>
          <w:rFonts w:ascii="Times New Roman" w:hAnsi="Times New Roman" w:cs="Times New Roman"/>
        </w:rPr>
      </w:pPr>
    </w:p>
    <w:p w:rsidR="0081671B" w:rsidRDefault="0081671B">
      <w:pPr>
        <w:rPr>
          <w:rFonts w:ascii="Times New Roman" w:hAnsi="Times New Roman" w:cs="Times New Roman"/>
        </w:rPr>
      </w:pPr>
    </w:p>
    <w:p w:rsidR="00475329" w:rsidRPr="0081671B" w:rsidRDefault="001A40B3">
      <w:pPr>
        <w:rPr>
          <w:rFonts w:ascii="Times New Roman" w:hAnsi="Times New Roman" w:cs="Times New Roman"/>
        </w:rPr>
      </w:pPr>
      <w:r w:rsidRPr="0081671B">
        <w:rPr>
          <w:rFonts w:ascii="Times New Roman" w:hAnsi="Times New Roman" w:cs="Times New Roman"/>
        </w:rPr>
        <w:t>-</w:t>
      </w:r>
      <w:r w:rsidRPr="0081671B">
        <w:rPr>
          <w:rFonts w:ascii="Times New Roman" w:hAnsi="Times New Roman" w:cs="Times New Roman"/>
        </w:rPr>
        <w:t xml:space="preserve"> </w:t>
      </w:r>
      <w:r w:rsidRPr="0081671B">
        <w:rPr>
          <w:rFonts w:ascii="Times New Roman" w:hAnsi="Times New Roman" w:cs="Times New Roman"/>
        </w:rPr>
        <w:t>2</w:t>
      </w:r>
      <w:r w:rsidRPr="0081671B">
        <w:rPr>
          <w:rFonts w:ascii="Times New Roman" w:hAnsi="Times New Roman" w:cs="Times New Roman"/>
        </w:rPr>
        <w:t xml:space="preserve"> celery stalks, chopped</w:t>
      </w:r>
      <w:r w:rsidRPr="0081671B">
        <w:rPr>
          <w:rFonts w:ascii="Times New Roman" w:hAnsi="Times New Roman" w:cs="Times New Roman"/>
        </w:rPr>
        <w:br/>
        <w:t>- 1 onion, chopped</w:t>
      </w:r>
      <w:r w:rsidRPr="0081671B">
        <w:rPr>
          <w:rFonts w:ascii="Times New Roman" w:hAnsi="Times New Roman" w:cs="Times New Roman"/>
        </w:rPr>
        <w:br/>
        <w:t>- 2–3 tbsp olive oil</w:t>
      </w:r>
      <w:r w:rsidRPr="0081671B">
        <w:rPr>
          <w:rFonts w:ascii="Times New Roman" w:hAnsi="Times New Roman" w:cs="Times New Roman"/>
        </w:rPr>
        <w:br/>
        <w:t>- 1–2 tsp salt &amp; black pepper</w:t>
      </w:r>
      <w:r w:rsidRPr="0081671B">
        <w:rPr>
          <w:rFonts w:ascii="Times New Roman" w:hAnsi="Times New Roman" w:cs="Times New Roman"/>
        </w:rPr>
        <w:br/>
        <w:t>- 1–2 tsp lemon pepper seasoning salt (for salmon)</w:t>
      </w:r>
      <w:r w:rsidRPr="0081671B">
        <w:rPr>
          <w:rFonts w:ascii="Times New Roman" w:hAnsi="Times New Roman" w:cs="Times New Roman"/>
        </w:rPr>
        <w:br/>
        <w:t>- O</w:t>
      </w:r>
      <w:r w:rsidRPr="0081671B">
        <w:rPr>
          <w:rFonts w:ascii="Times New Roman" w:hAnsi="Times New Roman" w:cs="Times New Roman"/>
        </w:rPr>
        <w:t>ptional: pickled vegetables, salad, and bread for serving</w:t>
      </w:r>
    </w:p>
    <w:p w:rsidR="0081671B" w:rsidRPr="0081671B" w:rsidRDefault="0081671B">
      <w:pPr>
        <w:pStyle w:val="Heading2"/>
        <w:rPr>
          <w:rFonts w:ascii="Times New Roman" w:hAnsi="Times New Roman" w:cs="Times New Roman"/>
        </w:rPr>
        <w:sectPr w:rsidR="0081671B" w:rsidRPr="0081671B" w:rsidSect="0081671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1671B" w:rsidRPr="0081671B" w:rsidRDefault="0081671B" w:rsidP="0081671B">
      <w:pPr>
        <w:rPr>
          <w:rFonts w:ascii="Times New Roman" w:hAnsi="Times New Roman" w:cs="Times New Roman"/>
        </w:rPr>
      </w:pPr>
    </w:p>
    <w:p w:rsidR="00475329" w:rsidRPr="0081671B" w:rsidRDefault="001A40B3">
      <w:pPr>
        <w:pStyle w:val="Heading2"/>
        <w:rPr>
          <w:rFonts w:ascii="Times New Roman" w:hAnsi="Times New Roman" w:cs="Times New Roman"/>
        </w:rPr>
      </w:pPr>
      <w:r w:rsidRPr="0081671B">
        <w:rPr>
          <w:rFonts w:ascii="Times New Roman" w:hAnsi="Times New Roman" w:cs="Times New Roman"/>
        </w:rPr>
        <w:t>Method:</w:t>
      </w:r>
    </w:p>
    <w:p w:rsidR="00475329" w:rsidRPr="0081671B" w:rsidRDefault="001A40B3">
      <w:pPr>
        <w:rPr>
          <w:rFonts w:ascii="Times New Roman" w:hAnsi="Times New Roman" w:cs="Times New Roman"/>
        </w:rPr>
      </w:pPr>
      <w:r w:rsidRPr="0081671B">
        <w:rPr>
          <w:rFonts w:ascii="Times New Roman" w:hAnsi="Times New Roman" w:cs="Times New Roman"/>
        </w:rPr>
        <w:t>1. Preheat oven to 375°F (190°C).</w:t>
      </w:r>
      <w:r w:rsidRPr="0081671B">
        <w:rPr>
          <w:rFonts w:ascii="Times New Roman" w:hAnsi="Times New Roman" w:cs="Times New Roman"/>
        </w:rPr>
        <w:br/>
        <w:t>2. On a large sheet pan, spread the potatoes, squash, carrots, cauliflower, celery, and onion. Drizzle with olive oil, season with salt and pepper, and toss</w:t>
      </w:r>
      <w:r w:rsidRPr="0081671B">
        <w:rPr>
          <w:rFonts w:ascii="Times New Roman" w:hAnsi="Times New Roman" w:cs="Times New Roman"/>
        </w:rPr>
        <w:t xml:space="preserve"> well to coat.</w:t>
      </w:r>
      <w:r w:rsidRPr="0081671B">
        <w:rPr>
          <w:rFonts w:ascii="Times New Roman" w:hAnsi="Times New Roman" w:cs="Times New Roman"/>
        </w:rPr>
        <w:br/>
        <w:t>3. Roast vegetables for 30–40 minutes, stirring halfway through, until edges are golden and potatoes are tender.</w:t>
      </w:r>
      <w:r w:rsidRPr="0081671B">
        <w:rPr>
          <w:rFonts w:ascii="Times New Roman" w:hAnsi="Times New Roman" w:cs="Times New Roman"/>
        </w:rPr>
        <w:br/>
        <w:t>4. While vegetables roast, bring salmon to room temperature. Pat dry and season generously with lemon pepper seasoning salt.</w:t>
      </w:r>
      <w:r w:rsidRPr="0081671B">
        <w:rPr>
          <w:rFonts w:ascii="Times New Roman" w:hAnsi="Times New Roman" w:cs="Times New Roman"/>
        </w:rPr>
        <w:br/>
        <w:t xml:space="preserve">5. </w:t>
      </w:r>
      <w:r w:rsidRPr="0081671B">
        <w:rPr>
          <w:rFonts w:ascii="Times New Roman" w:hAnsi="Times New Roman" w:cs="Times New Roman"/>
        </w:rPr>
        <w:t>After veggies have roasted 30–40 minutes, place salmon fillet on top. Return to oven and roast another 18–22 minutes, or until salmon flakes easily with a fork.</w:t>
      </w:r>
      <w:r w:rsidRPr="0081671B">
        <w:rPr>
          <w:rFonts w:ascii="Times New Roman" w:hAnsi="Times New Roman" w:cs="Times New Roman"/>
        </w:rPr>
        <w:br/>
        <w:t>6. Serve hot with a crisp side salad, crusty bread, and pickled vegetables for contrast.</w:t>
      </w:r>
    </w:p>
    <w:p w:rsidR="00475329" w:rsidRPr="0081671B" w:rsidRDefault="001A40B3">
      <w:pPr>
        <w:pStyle w:val="Heading2"/>
        <w:rPr>
          <w:rFonts w:ascii="Times New Roman" w:hAnsi="Times New Roman" w:cs="Times New Roman"/>
        </w:rPr>
      </w:pPr>
      <w:r w:rsidRPr="0081671B">
        <w:rPr>
          <w:rFonts w:ascii="Times New Roman" w:hAnsi="Times New Roman" w:cs="Times New Roman"/>
        </w:rPr>
        <w:t>Notes:</w:t>
      </w:r>
    </w:p>
    <w:p w:rsidR="00475329" w:rsidRPr="0081671B" w:rsidRDefault="001A40B3">
      <w:pPr>
        <w:rPr>
          <w:rFonts w:ascii="Times New Roman" w:hAnsi="Times New Roman" w:cs="Times New Roman"/>
        </w:rPr>
      </w:pPr>
      <w:r w:rsidRPr="0081671B">
        <w:rPr>
          <w:rFonts w:ascii="Times New Roman" w:hAnsi="Times New Roman" w:cs="Times New Roman"/>
        </w:rPr>
        <w:t>- You can substitute salmon with another firm fish (snapper, cod, halibut).</w:t>
      </w:r>
      <w:r w:rsidRPr="0081671B">
        <w:rPr>
          <w:rFonts w:ascii="Times New Roman" w:hAnsi="Times New Roman" w:cs="Times New Roman"/>
        </w:rPr>
        <w:br/>
        <w:t>- Add rosemary, thyme, or garlic for extra depth.</w:t>
      </w:r>
      <w:r w:rsidRPr="0081671B">
        <w:rPr>
          <w:rFonts w:ascii="Times New Roman" w:hAnsi="Times New Roman" w:cs="Times New Roman"/>
        </w:rPr>
        <w:br/>
        <w:t>- Leftovers make a great next-day lunch bowl with rice or greens.</w:t>
      </w:r>
    </w:p>
    <w:sectPr w:rsidR="00475329" w:rsidRPr="0081671B" w:rsidSect="0081671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1A40B3"/>
    <w:rsid w:val="0029639D"/>
    <w:rsid w:val="00326F90"/>
    <w:rsid w:val="00475329"/>
    <w:rsid w:val="0081671B"/>
    <w:rsid w:val="00AA1D8D"/>
    <w:rsid w:val="00B47730"/>
    <w:rsid w:val="00CB0664"/>
    <w:rsid w:val="00D67973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1482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4</cp:revision>
  <cp:lastPrinted>2025-08-17T04:45:00Z</cp:lastPrinted>
  <dcterms:created xsi:type="dcterms:W3CDTF">2025-08-17T04:43:00Z</dcterms:created>
  <dcterms:modified xsi:type="dcterms:W3CDTF">2025-08-17T04:46:00Z</dcterms:modified>
</cp:coreProperties>
</file>