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5D4" w:rsidRPr="00885740" w:rsidRDefault="00885740">
      <w:pPr>
        <w:pStyle w:val="Heading1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4123267</wp:posOffset>
            </wp:positionH>
            <wp:positionV relativeFrom="paragraph">
              <wp:posOffset>-270932</wp:posOffset>
            </wp:positionV>
            <wp:extent cx="3014132" cy="2485168"/>
            <wp:effectExtent l="19050" t="0" r="0" b="0"/>
            <wp:wrapNone/>
            <wp:docPr id="1" name="Picture 0" descr="IMG_34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64.jpeg"/>
                    <pic:cNvPicPr/>
                  </pic:nvPicPr>
                  <pic:blipFill>
                    <a:blip r:embed="rId6"/>
                    <a:srcRect l="32457" t="18920" r="2826" b="10005"/>
                    <a:stretch>
                      <a:fillRect/>
                    </a:stretch>
                  </pic:blipFill>
                  <pic:spPr>
                    <a:xfrm>
                      <a:off x="0" y="0"/>
                      <a:ext cx="3014133" cy="24851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A79E4">
        <w:rPr>
          <w:rFonts w:ascii="Times New Roman" w:hAnsi="Times New Roman" w:cs="Times New Roman"/>
          <w:color w:val="auto"/>
        </w:rPr>
        <w:t xml:space="preserve">Double </w:t>
      </w:r>
      <w:r w:rsidR="003A79E4" w:rsidRPr="00885740">
        <w:rPr>
          <w:rFonts w:ascii="Times New Roman" w:hAnsi="Times New Roman" w:cs="Times New Roman"/>
          <w:color w:val="auto"/>
        </w:rPr>
        <w:t xml:space="preserve">Cheesy </w:t>
      </w:r>
      <w:r w:rsidR="003A79E4">
        <w:rPr>
          <w:rFonts w:ascii="Times New Roman" w:hAnsi="Times New Roman" w:cs="Times New Roman"/>
          <w:color w:val="auto"/>
        </w:rPr>
        <w:t>Potatoes</w:t>
      </w:r>
    </w:p>
    <w:p w:rsidR="00EF15D4" w:rsidRPr="00885740" w:rsidRDefault="003A79E4">
      <w:pPr>
        <w:rPr>
          <w:rFonts w:ascii="Times New Roman" w:hAnsi="Times New Roman" w:cs="Times New Roman"/>
        </w:rPr>
      </w:pPr>
      <w:r w:rsidRPr="003A79E4">
        <w:rPr>
          <w:rFonts w:ascii="Times New Roman" w:hAnsi="Times New Roman" w:cs="Times New Roman"/>
          <w:i/>
        </w:rPr>
        <w:t>Pressure Cooker Recipe</w:t>
      </w:r>
      <w:r w:rsidRPr="00885740">
        <w:rPr>
          <w:rFonts w:ascii="Times New Roman" w:hAnsi="Times New Roman" w:cs="Times New Roman"/>
        </w:rPr>
        <w:br/>
      </w:r>
      <w:r w:rsidRPr="00885740">
        <w:rPr>
          <w:rFonts w:ascii="Times New Roman" w:hAnsi="Times New Roman" w:cs="Times New Roman"/>
        </w:rPr>
        <w:br/>
        <w:t>Yield: 6–8 servings</w:t>
      </w:r>
      <w:r w:rsidRPr="00885740">
        <w:rPr>
          <w:rFonts w:ascii="Times New Roman" w:hAnsi="Times New Roman" w:cs="Times New Roman"/>
        </w:rPr>
        <w:br/>
        <w:t>Cook Time: ~30 minutes</w:t>
      </w:r>
      <w:r w:rsidRPr="00885740">
        <w:rPr>
          <w:rFonts w:ascii="Times New Roman" w:hAnsi="Times New Roman" w:cs="Times New Roman"/>
        </w:rPr>
        <w:br/>
        <w:t>Method: Pressure Cooker (Instant Pot–style)</w:t>
      </w:r>
      <w:r w:rsidRPr="00885740">
        <w:rPr>
          <w:rFonts w:ascii="Times New Roman" w:hAnsi="Times New Roman" w:cs="Times New Roman"/>
        </w:rPr>
        <w:br/>
      </w:r>
    </w:p>
    <w:p w:rsidR="00EF15D4" w:rsidRPr="00885740" w:rsidRDefault="003A79E4">
      <w:pPr>
        <w:pStyle w:val="Heading2"/>
        <w:rPr>
          <w:rFonts w:ascii="Times New Roman" w:hAnsi="Times New Roman" w:cs="Times New Roman"/>
          <w:color w:val="auto"/>
        </w:rPr>
      </w:pPr>
      <w:r w:rsidRPr="00885740">
        <w:rPr>
          <w:rFonts w:ascii="Times New Roman" w:hAnsi="Times New Roman" w:cs="Times New Roman"/>
          <w:color w:val="auto"/>
        </w:rPr>
        <w:t>Ingredients</w:t>
      </w:r>
    </w:p>
    <w:p w:rsidR="00EF15D4" w:rsidRPr="00885740" w:rsidRDefault="003A79E4">
      <w:pPr>
        <w:pStyle w:val="Heading3"/>
        <w:rPr>
          <w:rFonts w:ascii="Times New Roman" w:hAnsi="Times New Roman" w:cs="Times New Roman"/>
          <w:color w:val="auto"/>
        </w:rPr>
      </w:pPr>
      <w:r w:rsidRPr="00885740">
        <w:rPr>
          <w:rFonts w:ascii="Times New Roman" w:hAnsi="Times New Roman" w:cs="Times New Roman"/>
          <w:color w:val="auto"/>
        </w:rPr>
        <w:t>Base</w:t>
      </w:r>
    </w:p>
    <w:p w:rsidR="00885740" w:rsidRPr="00885740" w:rsidRDefault="00885740">
      <w:pPr>
        <w:pStyle w:val="ListBullet"/>
        <w:rPr>
          <w:rFonts w:ascii="Times New Roman" w:hAnsi="Times New Roman" w:cs="Times New Roman"/>
        </w:rPr>
        <w:sectPr w:rsidR="00885740" w:rsidRPr="00885740" w:rsidSect="00885740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EF15D4" w:rsidRPr="00885740" w:rsidRDefault="003A79E4">
      <w:pPr>
        <w:pStyle w:val="ListBullet"/>
        <w:rPr>
          <w:rFonts w:ascii="Times New Roman" w:hAnsi="Times New Roman" w:cs="Times New Roman"/>
        </w:rPr>
      </w:pPr>
      <w:r w:rsidRPr="00885740">
        <w:rPr>
          <w:rFonts w:ascii="Times New Roman" w:hAnsi="Times New Roman" w:cs="Times New Roman"/>
        </w:rPr>
        <w:lastRenderedPageBreak/>
        <w:t>2–2½ lb potatoes, sliced ¼"</w:t>
      </w:r>
    </w:p>
    <w:p w:rsidR="00EF15D4" w:rsidRPr="00885740" w:rsidRDefault="003A79E4">
      <w:pPr>
        <w:pStyle w:val="ListBullet"/>
        <w:rPr>
          <w:rFonts w:ascii="Times New Roman" w:hAnsi="Times New Roman" w:cs="Times New Roman"/>
        </w:rPr>
      </w:pPr>
      <w:r w:rsidRPr="00885740">
        <w:rPr>
          <w:rFonts w:ascii="Times New Roman" w:hAnsi="Times New Roman" w:cs="Times New Roman"/>
        </w:rPr>
        <w:t>1 large onion, sliced</w:t>
      </w:r>
    </w:p>
    <w:p w:rsidR="00EF15D4" w:rsidRPr="00885740" w:rsidRDefault="003A79E4">
      <w:pPr>
        <w:pStyle w:val="ListBullet"/>
        <w:rPr>
          <w:rFonts w:ascii="Times New Roman" w:hAnsi="Times New Roman" w:cs="Times New Roman"/>
        </w:rPr>
      </w:pPr>
      <w:r w:rsidRPr="00885740">
        <w:rPr>
          <w:rFonts w:ascii="Times New Roman" w:hAnsi="Times New Roman" w:cs="Times New Roman"/>
        </w:rPr>
        <w:t>1–2</w:t>
      </w:r>
      <w:r w:rsidRPr="00885740">
        <w:rPr>
          <w:rFonts w:ascii="Times New Roman" w:hAnsi="Times New Roman" w:cs="Times New Roman"/>
        </w:rPr>
        <w:t xml:space="preserve"> jalapeños, sliced (seeded for mild)</w:t>
      </w:r>
    </w:p>
    <w:p w:rsidR="00EF15D4" w:rsidRPr="00885740" w:rsidRDefault="003A79E4">
      <w:pPr>
        <w:pStyle w:val="ListBullet"/>
        <w:rPr>
          <w:rFonts w:ascii="Times New Roman" w:hAnsi="Times New Roman" w:cs="Times New Roman"/>
        </w:rPr>
      </w:pPr>
      <w:r w:rsidRPr="00885740">
        <w:rPr>
          <w:rFonts w:ascii="Times New Roman" w:hAnsi="Times New Roman" w:cs="Times New Roman"/>
        </w:rPr>
        <w:lastRenderedPageBreak/>
        <w:t>4–5 cloves garlic, minced</w:t>
      </w:r>
    </w:p>
    <w:p w:rsidR="00EF15D4" w:rsidRPr="00885740" w:rsidRDefault="003A79E4">
      <w:pPr>
        <w:pStyle w:val="ListBullet"/>
        <w:rPr>
          <w:rFonts w:ascii="Times New Roman" w:hAnsi="Times New Roman" w:cs="Times New Roman"/>
        </w:rPr>
      </w:pPr>
      <w:r w:rsidRPr="00885740">
        <w:rPr>
          <w:rFonts w:ascii="Times New Roman" w:hAnsi="Times New Roman" w:cs="Times New Roman"/>
        </w:rPr>
        <w:t>1½–2 lb chicken (thighs preferred; breasts ok)</w:t>
      </w:r>
    </w:p>
    <w:p w:rsidR="00EF15D4" w:rsidRPr="00885740" w:rsidRDefault="003A79E4">
      <w:pPr>
        <w:pStyle w:val="ListBullet"/>
        <w:rPr>
          <w:rFonts w:ascii="Times New Roman" w:hAnsi="Times New Roman" w:cs="Times New Roman"/>
        </w:rPr>
      </w:pPr>
      <w:r w:rsidRPr="00885740">
        <w:rPr>
          <w:rFonts w:ascii="Times New Roman" w:hAnsi="Times New Roman" w:cs="Times New Roman"/>
        </w:rPr>
        <w:t>Optional: ½–1 lb ground beef</w:t>
      </w:r>
    </w:p>
    <w:p w:rsidR="00885740" w:rsidRPr="00885740" w:rsidRDefault="00885740">
      <w:pPr>
        <w:pStyle w:val="Heading3"/>
        <w:rPr>
          <w:rFonts w:ascii="Times New Roman" w:hAnsi="Times New Roman" w:cs="Times New Roman"/>
          <w:color w:val="auto"/>
        </w:rPr>
        <w:sectPr w:rsidR="00885740" w:rsidRPr="00885740" w:rsidSect="00885740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EF15D4" w:rsidRPr="00885740" w:rsidRDefault="003A79E4">
      <w:pPr>
        <w:pStyle w:val="Heading3"/>
        <w:rPr>
          <w:rFonts w:ascii="Times New Roman" w:hAnsi="Times New Roman" w:cs="Times New Roman"/>
          <w:color w:val="auto"/>
        </w:rPr>
      </w:pPr>
      <w:r w:rsidRPr="00885740">
        <w:rPr>
          <w:rFonts w:ascii="Times New Roman" w:hAnsi="Times New Roman" w:cs="Times New Roman"/>
          <w:color w:val="auto"/>
        </w:rPr>
        <w:lastRenderedPageBreak/>
        <w:t>Flavor Profile</w:t>
      </w:r>
    </w:p>
    <w:p w:rsidR="00885740" w:rsidRPr="00885740" w:rsidRDefault="00885740">
      <w:pPr>
        <w:pStyle w:val="ListBullet"/>
        <w:rPr>
          <w:rFonts w:ascii="Times New Roman" w:hAnsi="Times New Roman" w:cs="Times New Roman"/>
        </w:rPr>
        <w:sectPr w:rsidR="00885740" w:rsidRPr="00885740" w:rsidSect="00885740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EF15D4" w:rsidRPr="00885740" w:rsidRDefault="003A79E4">
      <w:pPr>
        <w:pStyle w:val="ListBullet"/>
        <w:rPr>
          <w:rFonts w:ascii="Times New Roman" w:hAnsi="Times New Roman" w:cs="Times New Roman"/>
        </w:rPr>
      </w:pPr>
      <w:r w:rsidRPr="00885740">
        <w:rPr>
          <w:rFonts w:ascii="Times New Roman" w:hAnsi="Times New Roman" w:cs="Times New Roman"/>
        </w:rPr>
        <w:lastRenderedPageBreak/>
        <w:t>Juice of 2 limes</w:t>
      </w:r>
    </w:p>
    <w:p w:rsidR="00EF15D4" w:rsidRPr="00885740" w:rsidRDefault="003A79E4">
      <w:pPr>
        <w:pStyle w:val="ListBullet"/>
        <w:rPr>
          <w:rFonts w:ascii="Times New Roman" w:hAnsi="Times New Roman" w:cs="Times New Roman"/>
        </w:rPr>
      </w:pPr>
      <w:r w:rsidRPr="00885740">
        <w:rPr>
          <w:rFonts w:ascii="Times New Roman" w:hAnsi="Times New Roman" w:cs="Times New Roman"/>
        </w:rPr>
        <w:t>Juice of 1 orange</w:t>
      </w:r>
    </w:p>
    <w:p w:rsidR="00EF15D4" w:rsidRPr="00885740" w:rsidRDefault="003A79E4">
      <w:pPr>
        <w:pStyle w:val="ListBullet"/>
        <w:rPr>
          <w:rFonts w:ascii="Times New Roman" w:hAnsi="Times New Roman" w:cs="Times New Roman"/>
        </w:rPr>
      </w:pPr>
      <w:r w:rsidRPr="00885740">
        <w:rPr>
          <w:rFonts w:ascii="Times New Roman" w:hAnsi="Times New Roman" w:cs="Times New Roman"/>
        </w:rPr>
        <w:t>1½ tsp ground cumin</w:t>
      </w:r>
    </w:p>
    <w:p w:rsidR="00EF15D4" w:rsidRPr="00885740" w:rsidRDefault="003A79E4">
      <w:pPr>
        <w:pStyle w:val="ListBullet"/>
        <w:rPr>
          <w:rFonts w:ascii="Times New Roman" w:hAnsi="Times New Roman" w:cs="Times New Roman"/>
        </w:rPr>
      </w:pPr>
      <w:r w:rsidRPr="00885740">
        <w:rPr>
          <w:rFonts w:ascii="Times New Roman" w:hAnsi="Times New Roman" w:cs="Times New Roman"/>
        </w:rPr>
        <w:t>1 tsp chili powder</w:t>
      </w:r>
    </w:p>
    <w:p w:rsidR="00EF15D4" w:rsidRPr="00885740" w:rsidRDefault="003A79E4">
      <w:pPr>
        <w:pStyle w:val="ListBullet"/>
        <w:rPr>
          <w:rFonts w:ascii="Times New Roman" w:hAnsi="Times New Roman" w:cs="Times New Roman"/>
        </w:rPr>
      </w:pPr>
      <w:r w:rsidRPr="00885740">
        <w:rPr>
          <w:rFonts w:ascii="Times New Roman" w:hAnsi="Times New Roman" w:cs="Times New Roman"/>
        </w:rPr>
        <w:t>½ tsp smoked paprika</w:t>
      </w:r>
    </w:p>
    <w:p w:rsidR="00EF15D4" w:rsidRPr="00885740" w:rsidRDefault="003A79E4">
      <w:pPr>
        <w:pStyle w:val="ListBullet"/>
        <w:rPr>
          <w:rFonts w:ascii="Times New Roman" w:hAnsi="Times New Roman" w:cs="Times New Roman"/>
        </w:rPr>
      </w:pPr>
      <w:r w:rsidRPr="00885740">
        <w:rPr>
          <w:rFonts w:ascii="Times New Roman" w:hAnsi="Times New Roman" w:cs="Times New Roman"/>
        </w:rPr>
        <w:lastRenderedPageBreak/>
        <w:t>½ tsp M</w:t>
      </w:r>
      <w:r w:rsidRPr="00885740">
        <w:rPr>
          <w:rFonts w:ascii="Times New Roman" w:hAnsi="Times New Roman" w:cs="Times New Roman"/>
        </w:rPr>
        <w:t>exican oregano</w:t>
      </w:r>
    </w:p>
    <w:p w:rsidR="00EF15D4" w:rsidRPr="00885740" w:rsidRDefault="003A79E4">
      <w:pPr>
        <w:pStyle w:val="ListBullet"/>
        <w:rPr>
          <w:rFonts w:ascii="Times New Roman" w:hAnsi="Times New Roman" w:cs="Times New Roman"/>
        </w:rPr>
      </w:pPr>
      <w:r w:rsidRPr="00885740">
        <w:rPr>
          <w:rFonts w:ascii="Times New Roman" w:hAnsi="Times New Roman" w:cs="Times New Roman"/>
        </w:rPr>
        <w:t>½ tsp chipotle powder (or cayenne)</w:t>
      </w:r>
    </w:p>
    <w:p w:rsidR="00EF15D4" w:rsidRPr="00885740" w:rsidRDefault="003A79E4">
      <w:pPr>
        <w:pStyle w:val="ListBullet"/>
        <w:rPr>
          <w:rFonts w:ascii="Times New Roman" w:hAnsi="Times New Roman" w:cs="Times New Roman"/>
        </w:rPr>
      </w:pPr>
      <w:r w:rsidRPr="00885740">
        <w:rPr>
          <w:rFonts w:ascii="Times New Roman" w:hAnsi="Times New Roman" w:cs="Times New Roman"/>
        </w:rPr>
        <w:t>Salt and black pepper, to taste</w:t>
      </w:r>
    </w:p>
    <w:p w:rsidR="00EF15D4" w:rsidRPr="00885740" w:rsidRDefault="003A79E4">
      <w:pPr>
        <w:pStyle w:val="ListBullet"/>
        <w:rPr>
          <w:rFonts w:ascii="Times New Roman" w:hAnsi="Times New Roman" w:cs="Times New Roman"/>
        </w:rPr>
      </w:pPr>
      <w:r w:rsidRPr="00885740">
        <w:rPr>
          <w:rFonts w:ascii="Times New Roman" w:hAnsi="Times New Roman" w:cs="Times New Roman"/>
        </w:rPr>
        <w:t>1 tbsp olive oil</w:t>
      </w:r>
    </w:p>
    <w:p w:rsidR="00885740" w:rsidRPr="00885740" w:rsidRDefault="00885740">
      <w:pPr>
        <w:pStyle w:val="Heading3"/>
        <w:rPr>
          <w:rFonts w:ascii="Times New Roman" w:hAnsi="Times New Roman" w:cs="Times New Roman"/>
          <w:color w:val="auto"/>
        </w:rPr>
        <w:sectPr w:rsidR="00885740" w:rsidRPr="00885740" w:rsidSect="00885740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EF15D4" w:rsidRPr="00885740" w:rsidRDefault="003A79E4">
      <w:pPr>
        <w:pStyle w:val="Heading3"/>
        <w:rPr>
          <w:rFonts w:ascii="Times New Roman" w:hAnsi="Times New Roman" w:cs="Times New Roman"/>
          <w:color w:val="auto"/>
        </w:rPr>
      </w:pPr>
      <w:r w:rsidRPr="00885740">
        <w:rPr>
          <w:rFonts w:ascii="Times New Roman" w:hAnsi="Times New Roman" w:cs="Times New Roman"/>
          <w:color w:val="auto"/>
        </w:rPr>
        <w:lastRenderedPageBreak/>
        <w:t>Creamy Binder</w:t>
      </w:r>
    </w:p>
    <w:p w:rsidR="00885740" w:rsidRPr="00885740" w:rsidRDefault="00885740">
      <w:pPr>
        <w:pStyle w:val="ListBullet"/>
        <w:rPr>
          <w:rFonts w:ascii="Times New Roman" w:hAnsi="Times New Roman" w:cs="Times New Roman"/>
        </w:rPr>
        <w:sectPr w:rsidR="00885740" w:rsidRPr="00885740" w:rsidSect="00885740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EF15D4" w:rsidRPr="00885740" w:rsidRDefault="003A79E4">
      <w:pPr>
        <w:pStyle w:val="ListBullet"/>
        <w:rPr>
          <w:rFonts w:ascii="Times New Roman" w:hAnsi="Times New Roman" w:cs="Times New Roman"/>
        </w:rPr>
      </w:pPr>
      <w:r w:rsidRPr="00885740">
        <w:rPr>
          <w:rFonts w:ascii="Times New Roman" w:hAnsi="Times New Roman" w:cs="Times New Roman"/>
        </w:rPr>
        <w:lastRenderedPageBreak/>
        <w:t>1 can Campbell’s Cream of Chicken soup</w:t>
      </w:r>
    </w:p>
    <w:p w:rsidR="00EF15D4" w:rsidRPr="00885740" w:rsidRDefault="003A79E4">
      <w:pPr>
        <w:pStyle w:val="ListBullet"/>
        <w:rPr>
          <w:rFonts w:ascii="Times New Roman" w:hAnsi="Times New Roman" w:cs="Times New Roman"/>
        </w:rPr>
      </w:pPr>
      <w:r w:rsidRPr="00885740">
        <w:rPr>
          <w:rFonts w:ascii="Times New Roman" w:hAnsi="Times New Roman" w:cs="Times New Roman"/>
        </w:rPr>
        <w:t>1 can Campbell’s Cheddar Cheese soup</w:t>
      </w:r>
    </w:p>
    <w:p w:rsidR="00EF15D4" w:rsidRPr="00885740" w:rsidRDefault="003A79E4">
      <w:pPr>
        <w:pStyle w:val="ListBullet"/>
        <w:rPr>
          <w:rFonts w:ascii="Times New Roman" w:hAnsi="Times New Roman" w:cs="Times New Roman"/>
        </w:rPr>
      </w:pPr>
      <w:r w:rsidRPr="00885740">
        <w:rPr>
          <w:rFonts w:ascii="Times New Roman" w:hAnsi="Times New Roman" w:cs="Times New Roman"/>
        </w:rPr>
        <w:t>½ cup chicken broth</w:t>
      </w:r>
    </w:p>
    <w:p w:rsidR="00EF15D4" w:rsidRPr="00885740" w:rsidRDefault="003A79E4">
      <w:pPr>
        <w:pStyle w:val="ListBullet"/>
        <w:rPr>
          <w:rFonts w:ascii="Times New Roman" w:hAnsi="Times New Roman" w:cs="Times New Roman"/>
        </w:rPr>
      </w:pPr>
      <w:r w:rsidRPr="00885740">
        <w:rPr>
          <w:rFonts w:ascii="Times New Roman" w:hAnsi="Times New Roman" w:cs="Times New Roman"/>
        </w:rPr>
        <w:lastRenderedPageBreak/>
        <w:t>1–1½ cups shredded cheese (Monterey Jack, Mexic</w:t>
      </w:r>
      <w:r w:rsidRPr="00885740">
        <w:rPr>
          <w:rFonts w:ascii="Times New Roman" w:hAnsi="Times New Roman" w:cs="Times New Roman"/>
        </w:rPr>
        <w:t>an blend, or cheddar-jack)</w:t>
      </w:r>
    </w:p>
    <w:p w:rsidR="00885740" w:rsidRPr="00885740" w:rsidRDefault="00885740">
      <w:pPr>
        <w:pStyle w:val="Heading2"/>
        <w:rPr>
          <w:rFonts w:ascii="Times New Roman" w:hAnsi="Times New Roman" w:cs="Times New Roman"/>
          <w:color w:val="auto"/>
        </w:rPr>
        <w:sectPr w:rsidR="00885740" w:rsidRPr="00885740" w:rsidSect="00885740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EF15D4" w:rsidRPr="00885740" w:rsidRDefault="003A79E4">
      <w:pPr>
        <w:pStyle w:val="Heading2"/>
        <w:rPr>
          <w:rFonts w:ascii="Times New Roman" w:hAnsi="Times New Roman" w:cs="Times New Roman"/>
          <w:color w:val="auto"/>
        </w:rPr>
      </w:pPr>
      <w:r w:rsidRPr="00885740">
        <w:rPr>
          <w:rFonts w:ascii="Times New Roman" w:hAnsi="Times New Roman" w:cs="Times New Roman"/>
          <w:color w:val="auto"/>
        </w:rPr>
        <w:lastRenderedPageBreak/>
        <w:t>Instructions</w:t>
      </w:r>
    </w:p>
    <w:p w:rsidR="00EF15D4" w:rsidRPr="00885740" w:rsidRDefault="003A79E4">
      <w:pPr>
        <w:pStyle w:val="ListNumber"/>
        <w:rPr>
          <w:rFonts w:ascii="Times New Roman" w:hAnsi="Times New Roman" w:cs="Times New Roman"/>
        </w:rPr>
      </w:pPr>
      <w:r w:rsidRPr="00885740">
        <w:rPr>
          <w:rFonts w:ascii="Times New Roman" w:hAnsi="Times New Roman" w:cs="Times New Roman"/>
        </w:rPr>
        <w:t>Optional Beef Step: If using ground beef, set pressure cooker to Sauté, brown beef with a pinch of salt, cumin, and chili powder. Remove and set aside.</w:t>
      </w:r>
    </w:p>
    <w:p w:rsidR="00EF15D4" w:rsidRPr="00885740" w:rsidRDefault="003A79E4">
      <w:pPr>
        <w:pStyle w:val="ListNumber"/>
        <w:rPr>
          <w:rFonts w:ascii="Times New Roman" w:hAnsi="Times New Roman" w:cs="Times New Roman"/>
        </w:rPr>
      </w:pPr>
      <w:r w:rsidRPr="00885740">
        <w:rPr>
          <w:rFonts w:ascii="Times New Roman" w:hAnsi="Times New Roman" w:cs="Times New Roman"/>
        </w:rPr>
        <w:t xml:space="preserve">Build the Pot: Layer potatoes, onion/jalapeño/garlic, chicken, </w:t>
      </w:r>
      <w:r w:rsidRPr="00885740">
        <w:rPr>
          <w:rFonts w:ascii="Times New Roman" w:hAnsi="Times New Roman" w:cs="Times New Roman"/>
        </w:rPr>
        <w:t>and beef (if using). Sprinkle spices evenly. Drizzle olive oil and pour citrus juices over the top. Do not stir.</w:t>
      </w:r>
    </w:p>
    <w:p w:rsidR="00EF15D4" w:rsidRPr="00885740" w:rsidRDefault="003A79E4">
      <w:pPr>
        <w:pStyle w:val="ListNumber"/>
        <w:rPr>
          <w:rFonts w:ascii="Times New Roman" w:hAnsi="Times New Roman" w:cs="Times New Roman"/>
        </w:rPr>
      </w:pPr>
      <w:r w:rsidRPr="00885740">
        <w:rPr>
          <w:rFonts w:ascii="Times New Roman" w:hAnsi="Times New Roman" w:cs="Times New Roman"/>
        </w:rPr>
        <w:t>Add Creamy Base: Whisk soups and chicken broth together. Pour evenly over contents. Do not stir.</w:t>
      </w:r>
    </w:p>
    <w:p w:rsidR="00EF15D4" w:rsidRPr="00885740" w:rsidRDefault="003A79E4">
      <w:pPr>
        <w:pStyle w:val="ListNumber"/>
        <w:rPr>
          <w:rFonts w:ascii="Times New Roman" w:hAnsi="Times New Roman" w:cs="Times New Roman"/>
        </w:rPr>
      </w:pPr>
      <w:r w:rsidRPr="00885740">
        <w:rPr>
          <w:rFonts w:ascii="Times New Roman" w:hAnsi="Times New Roman" w:cs="Times New Roman"/>
        </w:rPr>
        <w:t>Pressure Cook: Seal lid and cook on High Press</w:t>
      </w:r>
      <w:r w:rsidRPr="00885740">
        <w:rPr>
          <w:rFonts w:ascii="Times New Roman" w:hAnsi="Times New Roman" w:cs="Times New Roman"/>
        </w:rPr>
        <w:t>ure for 12 minutes. Natural release 10 minutes, then quick release.</w:t>
      </w:r>
    </w:p>
    <w:p w:rsidR="00EF15D4" w:rsidRPr="00885740" w:rsidRDefault="003A79E4">
      <w:pPr>
        <w:pStyle w:val="ListNumber"/>
        <w:rPr>
          <w:rFonts w:ascii="Times New Roman" w:hAnsi="Times New Roman" w:cs="Times New Roman"/>
        </w:rPr>
      </w:pPr>
      <w:r w:rsidRPr="00885740">
        <w:rPr>
          <w:rFonts w:ascii="Times New Roman" w:hAnsi="Times New Roman" w:cs="Times New Roman"/>
        </w:rPr>
        <w:t>Shred &amp; Finish: Remove chicken and shred. Return to pot, stir everything together, add shredded cheese, and rest on Keep Warm for 5–10 minutes to thicken.</w:t>
      </w:r>
    </w:p>
    <w:p w:rsidR="00EF15D4" w:rsidRPr="00885740" w:rsidRDefault="003A79E4">
      <w:pPr>
        <w:pStyle w:val="Heading2"/>
        <w:rPr>
          <w:rFonts w:ascii="Times New Roman" w:hAnsi="Times New Roman" w:cs="Times New Roman"/>
          <w:color w:val="auto"/>
        </w:rPr>
      </w:pPr>
      <w:r w:rsidRPr="00885740">
        <w:rPr>
          <w:rFonts w:ascii="Times New Roman" w:hAnsi="Times New Roman" w:cs="Times New Roman"/>
          <w:color w:val="auto"/>
        </w:rPr>
        <w:t>Serve</w:t>
      </w:r>
    </w:p>
    <w:p w:rsidR="00EF15D4" w:rsidRPr="00885740" w:rsidRDefault="003A79E4">
      <w:pPr>
        <w:rPr>
          <w:rFonts w:ascii="Times New Roman" w:hAnsi="Times New Roman" w:cs="Times New Roman"/>
        </w:rPr>
      </w:pPr>
      <w:r w:rsidRPr="00885740">
        <w:rPr>
          <w:rFonts w:ascii="Times New Roman" w:hAnsi="Times New Roman" w:cs="Times New Roman"/>
        </w:rPr>
        <w:t>Finish with fresh lime juic</w:t>
      </w:r>
      <w:r w:rsidRPr="00885740">
        <w:rPr>
          <w:rFonts w:ascii="Times New Roman" w:hAnsi="Times New Roman" w:cs="Times New Roman"/>
        </w:rPr>
        <w:t>e. Optional toppings include cilantro, hot sauce, or pickled jalapeños. Serve in bowls, over tortillas, or straight up.</w:t>
      </w:r>
    </w:p>
    <w:p w:rsidR="00EF15D4" w:rsidRPr="00885740" w:rsidRDefault="003A79E4">
      <w:pPr>
        <w:pStyle w:val="Heading2"/>
        <w:rPr>
          <w:rFonts w:ascii="Times New Roman" w:hAnsi="Times New Roman" w:cs="Times New Roman"/>
          <w:color w:val="auto"/>
        </w:rPr>
      </w:pPr>
      <w:r w:rsidRPr="00885740">
        <w:rPr>
          <w:rFonts w:ascii="Times New Roman" w:hAnsi="Times New Roman" w:cs="Times New Roman"/>
          <w:color w:val="auto"/>
        </w:rPr>
        <w:t>Notes &amp; Variations</w:t>
      </w:r>
    </w:p>
    <w:p w:rsidR="00EF15D4" w:rsidRPr="00885740" w:rsidRDefault="003A79E4">
      <w:pPr>
        <w:pStyle w:val="ListBullet"/>
        <w:rPr>
          <w:rFonts w:ascii="Times New Roman" w:hAnsi="Times New Roman" w:cs="Times New Roman"/>
        </w:rPr>
      </w:pPr>
      <w:r w:rsidRPr="00885740">
        <w:rPr>
          <w:rFonts w:ascii="Times New Roman" w:hAnsi="Times New Roman" w:cs="Times New Roman"/>
        </w:rPr>
        <w:t>Chicken thighs provide richer flavor and better texture.</w:t>
      </w:r>
    </w:p>
    <w:p w:rsidR="00EF15D4" w:rsidRPr="00885740" w:rsidRDefault="003A79E4">
      <w:pPr>
        <w:pStyle w:val="ListBullet"/>
        <w:rPr>
          <w:rFonts w:ascii="Times New Roman" w:hAnsi="Times New Roman" w:cs="Times New Roman"/>
        </w:rPr>
      </w:pPr>
      <w:r w:rsidRPr="00885740">
        <w:rPr>
          <w:rFonts w:ascii="Times New Roman" w:hAnsi="Times New Roman" w:cs="Times New Roman"/>
        </w:rPr>
        <w:t>Add poblano or Anaheim chiles for deeper heat.</w:t>
      </w:r>
    </w:p>
    <w:p w:rsidR="00EF15D4" w:rsidRPr="00885740" w:rsidRDefault="003A79E4">
      <w:pPr>
        <w:pStyle w:val="ListBullet"/>
        <w:rPr>
          <w:rFonts w:ascii="Times New Roman" w:hAnsi="Times New Roman" w:cs="Times New Roman"/>
        </w:rPr>
      </w:pPr>
      <w:r w:rsidRPr="00885740">
        <w:rPr>
          <w:rFonts w:ascii="Times New Roman" w:hAnsi="Times New Roman" w:cs="Times New Roman"/>
        </w:rPr>
        <w:t>Leftovers mak</w:t>
      </w:r>
      <w:r w:rsidRPr="00885740">
        <w:rPr>
          <w:rFonts w:ascii="Times New Roman" w:hAnsi="Times New Roman" w:cs="Times New Roman"/>
        </w:rPr>
        <w:t>e excellent enchilada or burrito filling.</w:t>
      </w:r>
    </w:p>
    <w:p w:rsidR="00EF15D4" w:rsidRPr="00885740" w:rsidRDefault="003A79E4">
      <w:pPr>
        <w:pStyle w:val="ListBullet"/>
        <w:rPr>
          <w:rFonts w:ascii="Times New Roman" w:hAnsi="Times New Roman" w:cs="Times New Roman"/>
        </w:rPr>
      </w:pPr>
      <w:r w:rsidRPr="00885740">
        <w:rPr>
          <w:rFonts w:ascii="Times New Roman" w:hAnsi="Times New Roman" w:cs="Times New Roman"/>
        </w:rPr>
        <w:t>Dish thickens as it cools.</w:t>
      </w:r>
    </w:p>
    <w:sectPr w:rsidR="00EF15D4" w:rsidRPr="00885740" w:rsidSect="00885740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B47730"/>
    <w:rsid w:val="00034616"/>
    <w:rsid w:val="0006063C"/>
    <w:rsid w:val="0015074B"/>
    <w:rsid w:val="0029639D"/>
    <w:rsid w:val="00326F90"/>
    <w:rsid w:val="003A79E4"/>
    <w:rsid w:val="00885740"/>
    <w:rsid w:val="00AA1D8D"/>
    <w:rsid w:val="00B47730"/>
    <w:rsid w:val="00CB0664"/>
    <w:rsid w:val="00EF15D4"/>
    <w:rsid w:val="00FC69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885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7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Unisys</Company>
  <LinksUpToDate>false</LinksUpToDate>
  <CharactersWithSpaces>1813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Bob</cp:lastModifiedBy>
  <cp:revision>3</cp:revision>
  <dcterms:created xsi:type="dcterms:W3CDTF">2026-01-15T07:29:00Z</dcterms:created>
  <dcterms:modified xsi:type="dcterms:W3CDTF">2026-01-15T07:30:00Z</dcterms:modified>
</cp:coreProperties>
</file>