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56F" w:rsidRPr="004E1FF5" w:rsidRDefault="0033124A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4289126</wp:posOffset>
            </wp:positionH>
            <wp:positionV relativeFrom="paragraph">
              <wp:posOffset>-250167</wp:posOffset>
            </wp:positionV>
            <wp:extent cx="2896679" cy="2173857"/>
            <wp:effectExtent l="19050" t="0" r="0" b="0"/>
            <wp:wrapNone/>
            <wp:docPr id="1" name="Picture 0" descr="IMG_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6679" cy="2173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640D" w:rsidRPr="004E1FF5">
        <w:rPr>
          <w:rFonts w:ascii="Times New Roman" w:hAnsi="Times New Roman" w:cs="Times New Roman"/>
        </w:rPr>
        <w:t>Bob’s Famous Chicken Soup</w:t>
      </w:r>
    </w:p>
    <w:p w:rsidR="004E1FF5" w:rsidRPr="0033124A" w:rsidRDefault="0033124A">
      <w:pPr>
        <w:pStyle w:val="Heading2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33124A">
        <w:rPr>
          <w:rFonts w:ascii="Times New Roman" w:hAnsi="Times New Roman" w:cs="Times New Roman"/>
          <w:b w:val="0"/>
          <w:color w:val="auto"/>
          <w:sz w:val="20"/>
          <w:szCs w:val="20"/>
        </w:rPr>
        <w:t>Perfect for Chicken, Beef, Pork and Wild Game</w:t>
      </w:r>
    </w:p>
    <w:p w:rsidR="003521AD" w:rsidRPr="0033124A" w:rsidRDefault="0033124A" w:rsidP="003521AD">
      <w:pPr>
        <w:rPr>
          <w:rFonts w:ascii="Times New Roman" w:hAnsi="Times New Roman" w:cs="Times New Roman"/>
          <w:sz w:val="20"/>
          <w:szCs w:val="20"/>
        </w:rPr>
      </w:pPr>
      <w:r w:rsidRPr="0033124A">
        <w:rPr>
          <w:rFonts w:ascii="Times New Roman" w:hAnsi="Times New Roman" w:cs="Times New Roman"/>
          <w:sz w:val="20"/>
          <w:szCs w:val="20"/>
        </w:rPr>
        <w:t>Just adjust the seasoning accordingly</w:t>
      </w:r>
    </w:p>
    <w:p w:rsidR="003521AD" w:rsidRDefault="003521AD" w:rsidP="003521AD"/>
    <w:p w:rsidR="003521AD" w:rsidRDefault="003521AD" w:rsidP="003521AD"/>
    <w:p w:rsidR="003521AD" w:rsidRPr="003521AD" w:rsidRDefault="003521AD" w:rsidP="003521AD">
      <w:pPr>
        <w:sectPr w:rsidR="003521AD" w:rsidRPr="003521AD" w:rsidSect="004E1FF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C156F" w:rsidRPr="004E1FF5" w:rsidRDefault="00DF640D">
      <w:pPr>
        <w:pStyle w:val="Heading2"/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lastRenderedPageBreak/>
        <w:t>Ingredients</w:t>
      </w:r>
      <w:r w:rsidR="004E1FF5">
        <w:rPr>
          <w:rFonts w:ascii="Times New Roman" w:hAnsi="Times New Roman" w:cs="Times New Roman"/>
        </w:rPr>
        <w:t>:</w:t>
      </w:r>
    </w:p>
    <w:p w:rsidR="009C156F" w:rsidRPr="004E1FF5" w:rsidRDefault="00DF640D">
      <w:pPr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>• 1 whole chicken, broken down (breasts reserved for another meal, wings left meaty, thighs/legs/tenderloin cubed)</w:t>
      </w:r>
    </w:p>
    <w:p w:rsidR="009C156F" w:rsidRPr="004E1FF5" w:rsidRDefault="004E1FF5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• 2</w:t>
      </w:r>
      <w:r w:rsidR="00DF640D" w:rsidRPr="004E1FF5">
        <w:rPr>
          <w:rFonts w:ascii="Times New Roman" w:hAnsi="Times New Roman" w:cs="Times New Roman"/>
        </w:rPr>
        <w:t xml:space="preserve"> large onion</w:t>
      </w:r>
      <w:proofErr w:type="gramEnd"/>
      <w:r w:rsidR="00DF640D" w:rsidRPr="004E1FF5">
        <w:rPr>
          <w:rFonts w:ascii="Times New Roman" w:hAnsi="Times New Roman" w:cs="Times New Roman"/>
        </w:rPr>
        <w:t xml:space="preserve"> (skin on, cut in half)</w:t>
      </w:r>
    </w:p>
    <w:p w:rsidR="009C156F" w:rsidRPr="004E1FF5" w:rsidRDefault="004E1F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4</w:t>
      </w:r>
      <w:r w:rsidR="00DF640D" w:rsidRPr="004E1FF5">
        <w:rPr>
          <w:rFonts w:ascii="Times New Roman" w:hAnsi="Times New Roman" w:cs="Times New Roman"/>
        </w:rPr>
        <w:t xml:space="preserve"> carrots (rough chopped, plus extra fresh for later)</w:t>
      </w:r>
    </w:p>
    <w:p w:rsidR="009C156F" w:rsidRPr="004E1FF5" w:rsidRDefault="004E1F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6</w:t>
      </w:r>
      <w:r w:rsidR="00DF640D" w:rsidRPr="004E1FF5">
        <w:rPr>
          <w:rFonts w:ascii="Times New Roman" w:hAnsi="Times New Roman" w:cs="Times New Roman"/>
        </w:rPr>
        <w:t xml:space="preserve"> celery stalks (rough chopped, plus extra fresh for later)</w:t>
      </w:r>
    </w:p>
    <w:p w:rsidR="009C156F" w:rsidRPr="004E1FF5" w:rsidRDefault="00DF640D">
      <w:pPr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>• 1–2 cups mushrooms (rough chopped, plus extra fresh for later)</w:t>
      </w:r>
    </w:p>
    <w:p w:rsidR="009C156F" w:rsidRPr="004E1FF5" w:rsidRDefault="00DF640D">
      <w:pPr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>• 2 garlic cloves</w:t>
      </w:r>
    </w:p>
    <w:p w:rsidR="009C156F" w:rsidRPr="004E1FF5" w:rsidRDefault="00DF640D">
      <w:pPr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 xml:space="preserve">• </w:t>
      </w:r>
      <w:r w:rsidR="004E1FF5">
        <w:rPr>
          <w:rFonts w:ascii="Times New Roman" w:hAnsi="Times New Roman" w:cs="Times New Roman"/>
        </w:rPr>
        <w:t xml:space="preserve">1 </w:t>
      </w:r>
      <w:r w:rsidRPr="004E1FF5">
        <w:rPr>
          <w:rFonts w:ascii="Times New Roman" w:hAnsi="Times New Roman" w:cs="Times New Roman"/>
        </w:rPr>
        <w:t>Thumb-sized piece of fresh ginger</w:t>
      </w:r>
      <w:r w:rsidR="004E1FF5">
        <w:rPr>
          <w:rFonts w:ascii="Times New Roman" w:hAnsi="Times New Roman" w:cs="Times New Roman"/>
        </w:rPr>
        <w:t xml:space="preserve">, peeled and </w:t>
      </w:r>
      <w:proofErr w:type="spellStart"/>
      <w:r w:rsidR="004E1FF5">
        <w:rPr>
          <w:rFonts w:ascii="Times New Roman" w:hAnsi="Times New Roman" w:cs="Times New Roman"/>
        </w:rPr>
        <w:t>choped</w:t>
      </w:r>
      <w:proofErr w:type="spellEnd"/>
    </w:p>
    <w:p w:rsidR="004E1FF5" w:rsidRDefault="004E1FF5">
      <w:pPr>
        <w:rPr>
          <w:rFonts w:ascii="Times New Roman" w:hAnsi="Times New Roman" w:cs="Times New Roman"/>
        </w:rPr>
      </w:pPr>
    </w:p>
    <w:p w:rsidR="009C156F" w:rsidRPr="004E1FF5" w:rsidRDefault="00DF640D">
      <w:pPr>
        <w:rPr>
          <w:rFonts w:ascii="Times New Roman" w:hAnsi="Times New Roman" w:cs="Times New Roman"/>
          <w:sz w:val="16"/>
          <w:szCs w:val="16"/>
        </w:rPr>
      </w:pPr>
      <w:r w:rsidRPr="004E1FF5">
        <w:rPr>
          <w:rFonts w:ascii="Times New Roman" w:hAnsi="Times New Roman" w:cs="Times New Roman"/>
        </w:rPr>
        <w:t xml:space="preserve">• </w:t>
      </w:r>
      <w:r w:rsidRPr="004E1FF5">
        <w:rPr>
          <w:rFonts w:ascii="Times New Roman" w:hAnsi="Times New Roman" w:cs="Times New Roman"/>
          <w:sz w:val="16"/>
          <w:szCs w:val="16"/>
        </w:rPr>
        <w:t>1 tsp salt</w:t>
      </w:r>
    </w:p>
    <w:p w:rsidR="009C156F" w:rsidRPr="004E1FF5" w:rsidRDefault="00DF640D">
      <w:pPr>
        <w:rPr>
          <w:rFonts w:ascii="Times New Roman" w:hAnsi="Times New Roman" w:cs="Times New Roman"/>
          <w:sz w:val="16"/>
          <w:szCs w:val="16"/>
        </w:rPr>
      </w:pPr>
      <w:r w:rsidRPr="004E1FF5">
        <w:rPr>
          <w:rFonts w:ascii="Times New Roman" w:hAnsi="Times New Roman" w:cs="Times New Roman"/>
          <w:sz w:val="16"/>
          <w:szCs w:val="16"/>
        </w:rPr>
        <w:t>• 1 tsp black pepper</w:t>
      </w:r>
    </w:p>
    <w:p w:rsidR="009C156F" w:rsidRPr="004E1FF5" w:rsidRDefault="00DF640D">
      <w:pPr>
        <w:rPr>
          <w:rFonts w:ascii="Times New Roman" w:hAnsi="Times New Roman" w:cs="Times New Roman"/>
          <w:sz w:val="16"/>
          <w:szCs w:val="16"/>
        </w:rPr>
      </w:pPr>
      <w:r w:rsidRPr="004E1FF5">
        <w:rPr>
          <w:rFonts w:ascii="Times New Roman" w:hAnsi="Times New Roman" w:cs="Times New Roman"/>
          <w:sz w:val="16"/>
          <w:szCs w:val="16"/>
        </w:rPr>
        <w:t>• 1 tsp onion powder</w:t>
      </w:r>
    </w:p>
    <w:p w:rsidR="009C156F" w:rsidRPr="004E1FF5" w:rsidRDefault="00DF640D">
      <w:pPr>
        <w:rPr>
          <w:rFonts w:ascii="Times New Roman" w:hAnsi="Times New Roman" w:cs="Times New Roman"/>
          <w:sz w:val="16"/>
          <w:szCs w:val="16"/>
        </w:rPr>
      </w:pPr>
      <w:r w:rsidRPr="004E1FF5">
        <w:rPr>
          <w:rFonts w:ascii="Times New Roman" w:hAnsi="Times New Roman" w:cs="Times New Roman"/>
          <w:sz w:val="16"/>
          <w:szCs w:val="16"/>
        </w:rPr>
        <w:t>• 1 tsp garlic powder</w:t>
      </w:r>
    </w:p>
    <w:p w:rsidR="009C156F" w:rsidRPr="004E1FF5" w:rsidRDefault="00DF640D">
      <w:pPr>
        <w:rPr>
          <w:rFonts w:ascii="Times New Roman" w:hAnsi="Times New Roman" w:cs="Times New Roman"/>
          <w:sz w:val="16"/>
          <w:szCs w:val="16"/>
        </w:rPr>
      </w:pPr>
      <w:r w:rsidRPr="004E1FF5">
        <w:rPr>
          <w:rFonts w:ascii="Times New Roman" w:hAnsi="Times New Roman" w:cs="Times New Roman"/>
          <w:sz w:val="16"/>
          <w:szCs w:val="16"/>
        </w:rPr>
        <w:t>• 1 tsp Chinese 5 spice</w:t>
      </w:r>
    </w:p>
    <w:p w:rsidR="009C156F" w:rsidRPr="004E1FF5" w:rsidRDefault="00DF640D">
      <w:pPr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>• 1 tbsp soy sauce</w:t>
      </w:r>
    </w:p>
    <w:p w:rsidR="009C156F" w:rsidRPr="004E1FF5" w:rsidRDefault="00DF640D">
      <w:pPr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>• 1 shot sake</w:t>
      </w:r>
    </w:p>
    <w:p w:rsidR="009C156F" w:rsidRPr="004E1FF5" w:rsidRDefault="00DF640D">
      <w:pPr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>• 1 tsp Worcestershire sauce</w:t>
      </w:r>
    </w:p>
    <w:p w:rsidR="009C156F" w:rsidRPr="004E1FF5" w:rsidRDefault="00DF640D">
      <w:pPr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 xml:space="preserve">• Celery salt </w:t>
      </w:r>
      <w:r w:rsidRPr="003521AD">
        <w:rPr>
          <w:rFonts w:ascii="Times New Roman" w:hAnsi="Times New Roman" w:cs="Times New Roman"/>
        </w:rPr>
        <w:t>to taste</w:t>
      </w:r>
      <w:r w:rsidR="003521AD">
        <w:rPr>
          <w:rFonts w:ascii="Times New Roman" w:hAnsi="Times New Roman" w:cs="Times New Roman"/>
        </w:rPr>
        <w:t xml:space="preserve"> (</w:t>
      </w:r>
      <w:r w:rsidRPr="003521AD">
        <w:rPr>
          <w:rFonts w:ascii="Times New Roman" w:hAnsi="Times New Roman" w:cs="Times New Roman"/>
          <w:b/>
        </w:rPr>
        <w:t>key finishing seasoning)</w:t>
      </w:r>
    </w:p>
    <w:p w:rsidR="009C156F" w:rsidRPr="004E1FF5" w:rsidRDefault="00DF640D">
      <w:pPr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>• 1–2 tsp chicken</w:t>
      </w:r>
      <w:r w:rsidR="004E1FF5">
        <w:rPr>
          <w:rFonts w:ascii="Times New Roman" w:hAnsi="Times New Roman" w:cs="Times New Roman"/>
        </w:rPr>
        <w:t xml:space="preserve"> &amp; beef</w:t>
      </w:r>
      <w:r w:rsidRPr="004E1FF5">
        <w:rPr>
          <w:rFonts w:ascii="Times New Roman" w:hAnsi="Times New Roman" w:cs="Times New Roman"/>
        </w:rPr>
        <w:t xml:space="preserve"> bouillon (sparingly, near the end)</w:t>
      </w:r>
    </w:p>
    <w:p w:rsidR="004E1FF5" w:rsidRDefault="004E1FF5">
      <w:pPr>
        <w:pStyle w:val="Heading2"/>
        <w:rPr>
          <w:rFonts w:ascii="Times New Roman" w:hAnsi="Times New Roman" w:cs="Times New Roman"/>
        </w:rPr>
        <w:sectPr w:rsidR="004E1FF5" w:rsidSect="004E1FF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E1FF5" w:rsidRDefault="004E1FF5">
      <w:pPr>
        <w:pStyle w:val="Heading2"/>
        <w:rPr>
          <w:rFonts w:ascii="Times New Roman" w:hAnsi="Times New Roman" w:cs="Times New Roman"/>
        </w:rPr>
      </w:pPr>
    </w:p>
    <w:p w:rsidR="009C156F" w:rsidRPr="004E1FF5" w:rsidRDefault="00DF640D">
      <w:pPr>
        <w:pStyle w:val="Heading2"/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>Method</w:t>
      </w:r>
    </w:p>
    <w:p w:rsidR="009C156F" w:rsidRPr="004E1FF5" w:rsidRDefault="00DF640D">
      <w:pPr>
        <w:pStyle w:val="Heading3"/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>Stage 1 – The Base (30 minutes)</w:t>
      </w:r>
    </w:p>
    <w:p w:rsidR="009C156F" w:rsidRPr="004E1FF5" w:rsidRDefault="003521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Place the chicken carcass, 1 </w:t>
      </w:r>
      <w:r w:rsidR="00DF640D" w:rsidRPr="004E1FF5">
        <w:rPr>
          <w:rFonts w:ascii="Times New Roman" w:hAnsi="Times New Roman" w:cs="Times New Roman"/>
        </w:rPr>
        <w:t>onion (skin on)</w:t>
      </w:r>
      <w:proofErr w:type="gramStart"/>
      <w:r w:rsidR="00DF640D" w:rsidRPr="004E1FF5">
        <w:rPr>
          <w:rFonts w:ascii="Times New Roman" w:hAnsi="Times New Roman" w:cs="Times New Roman"/>
        </w:rPr>
        <w:t>,</w:t>
      </w:r>
      <w:proofErr w:type="gramEnd"/>
      <w:r w:rsidR="00DF640D" w:rsidRPr="004E1F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half of the carrots, celery, mushrooms. Add the g</w:t>
      </w:r>
      <w:r w:rsidR="00DF640D" w:rsidRPr="004E1FF5">
        <w:rPr>
          <w:rFonts w:ascii="Times New Roman" w:hAnsi="Times New Roman" w:cs="Times New Roman"/>
        </w:rPr>
        <w:t xml:space="preserve">arlic cloves, and ginger into </w:t>
      </w:r>
      <w:proofErr w:type="gramStart"/>
      <w:r w:rsidR="00DF640D" w:rsidRPr="004E1FF5">
        <w:rPr>
          <w:rFonts w:ascii="Times New Roman" w:hAnsi="Times New Roman" w:cs="Times New Roman"/>
        </w:rPr>
        <w:t>a</w:t>
      </w:r>
      <w:proofErr w:type="gramEnd"/>
      <w:r w:rsidR="00DF640D" w:rsidRPr="004E1FF5">
        <w:rPr>
          <w:rFonts w:ascii="Times New Roman" w:hAnsi="Times New Roman" w:cs="Times New Roman"/>
        </w:rPr>
        <w:t xml:space="preserve"> large pot. Add salt, pepper, onion powder, garlic powder, and Chinese 5 spice. </w:t>
      </w:r>
      <w:proofErr w:type="gramStart"/>
      <w:r w:rsidR="0033124A">
        <w:rPr>
          <w:rFonts w:ascii="Times New Roman" w:hAnsi="Times New Roman" w:cs="Times New Roman"/>
        </w:rPr>
        <w:t xml:space="preserve">A </w:t>
      </w:r>
      <w:r w:rsidR="00DF640D" w:rsidRPr="004E1FF5">
        <w:rPr>
          <w:rFonts w:ascii="Times New Roman" w:hAnsi="Times New Roman" w:cs="Times New Roman"/>
        </w:rPr>
        <w:t>Splash in soy sauce, sake, and Worcestershire.</w:t>
      </w:r>
      <w:proofErr w:type="gramEnd"/>
      <w:r w:rsidR="004E1F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Add enough water to cover and b</w:t>
      </w:r>
      <w:r w:rsidR="00DF640D" w:rsidRPr="004E1FF5">
        <w:rPr>
          <w:rFonts w:ascii="Times New Roman" w:hAnsi="Times New Roman" w:cs="Times New Roman"/>
        </w:rPr>
        <w:t>oil hard for 30 minutes. Strain out the bones and vegetables, leaving a rich clear broth.</w:t>
      </w:r>
      <w:r>
        <w:rPr>
          <w:rFonts w:ascii="Times New Roman" w:hAnsi="Times New Roman" w:cs="Times New Roman"/>
        </w:rPr>
        <w:t xml:space="preserve"> You can boil lower and slower if you have time and this will deepen the flavor.</w:t>
      </w:r>
    </w:p>
    <w:p w:rsidR="009C156F" w:rsidRPr="004E1FF5" w:rsidRDefault="00DF640D">
      <w:pPr>
        <w:pStyle w:val="Heading3"/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>Stage 2 – The Body (20–30 minutes)</w:t>
      </w:r>
    </w:p>
    <w:p w:rsidR="009C156F" w:rsidRPr="004E1FF5" w:rsidRDefault="00DF640D">
      <w:pPr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>Add fresh chopped onion, celery, carrots, mushrooms, and the cubed raw chicken</w:t>
      </w:r>
      <w:r w:rsidR="004E1FF5">
        <w:rPr>
          <w:rFonts w:ascii="Times New Roman" w:hAnsi="Times New Roman" w:cs="Times New Roman"/>
        </w:rPr>
        <w:t xml:space="preserve"> &amp; </w:t>
      </w:r>
      <w:r w:rsidR="004E1FF5" w:rsidRPr="004E1FF5">
        <w:rPr>
          <w:rFonts w:ascii="Times New Roman" w:hAnsi="Times New Roman" w:cs="Times New Roman"/>
        </w:rPr>
        <w:t>wings,</w:t>
      </w:r>
      <w:r w:rsidR="003521AD">
        <w:rPr>
          <w:rFonts w:ascii="Times New Roman" w:hAnsi="Times New Roman" w:cs="Times New Roman"/>
        </w:rPr>
        <w:t xml:space="preserve"> </w:t>
      </w:r>
      <w:r w:rsidR="003521AD" w:rsidRPr="004E1FF5">
        <w:rPr>
          <w:rFonts w:ascii="Times New Roman" w:hAnsi="Times New Roman" w:cs="Times New Roman"/>
        </w:rPr>
        <w:t>to the broth.</w:t>
      </w:r>
      <w:r w:rsidR="003521AD">
        <w:rPr>
          <w:rFonts w:ascii="Times New Roman" w:hAnsi="Times New Roman" w:cs="Times New Roman"/>
        </w:rPr>
        <w:t xml:space="preserve"> </w:t>
      </w:r>
      <w:r w:rsidR="004E1FF5" w:rsidRPr="004E1FF5">
        <w:rPr>
          <w:rFonts w:ascii="Times New Roman" w:hAnsi="Times New Roman" w:cs="Times New Roman"/>
        </w:rPr>
        <w:t xml:space="preserve"> </w:t>
      </w:r>
      <w:r w:rsidRPr="004E1FF5">
        <w:rPr>
          <w:rFonts w:ascii="Times New Roman" w:hAnsi="Times New Roman" w:cs="Times New Roman"/>
        </w:rPr>
        <w:t>Simmer 20–30 minutes until chicken is cooked and vegetables are tender but not mushy.</w:t>
      </w:r>
      <w:r w:rsidR="003521AD" w:rsidRPr="003521AD">
        <w:rPr>
          <w:rFonts w:ascii="Times New Roman" w:hAnsi="Times New Roman" w:cs="Times New Roman"/>
        </w:rPr>
        <w:t xml:space="preserve"> </w:t>
      </w:r>
      <w:r w:rsidR="003521AD">
        <w:rPr>
          <w:rFonts w:ascii="Times New Roman" w:hAnsi="Times New Roman" w:cs="Times New Roman"/>
        </w:rPr>
        <w:t xml:space="preserve">1” cubed Potatoes can be added here or cooked </w:t>
      </w:r>
      <w:proofErr w:type="gramStart"/>
      <w:r w:rsidR="003521AD">
        <w:rPr>
          <w:rFonts w:ascii="Times New Roman" w:hAnsi="Times New Roman" w:cs="Times New Roman"/>
        </w:rPr>
        <w:t>egg</w:t>
      </w:r>
      <w:proofErr w:type="gramEnd"/>
      <w:r w:rsidR="003521AD">
        <w:rPr>
          <w:rFonts w:ascii="Times New Roman" w:hAnsi="Times New Roman" w:cs="Times New Roman"/>
        </w:rPr>
        <w:t xml:space="preserve"> noodles separately when soup is complete if desired. Adding noodles in while cooking brings in the starch and affects the flavor. </w:t>
      </w:r>
    </w:p>
    <w:p w:rsidR="009C156F" w:rsidRPr="004E1FF5" w:rsidRDefault="00DF640D">
      <w:pPr>
        <w:pStyle w:val="Heading3"/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>Stage 3 – The Secret Finish</w:t>
      </w:r>
    </w:p>
    <w:p w:rsidR="009C156F" w:rsidRPr="004E1FF5" w:rsidRDefault="00DF640D">
      <w:pPr>
        <w:rPr>
          <w:rFonts w:ascii="Times New Roman" w:hAnsi="Times New Roman" w:cs="Times New Roman"/>
        </w:rPr>
      </w:pPr>
      <w:r w:rsidRPr="004E1FF5">
        <w:rPr>
          <w:rFonts w:ascii="Times New Roman" w:hAnsi="Times New Roman" w:cs="Times New Roman"/>
        </w:rPr>
        <w:t>Near the end of cooking, stir in a small amount of chicken and beef bouillon. Use sparingly to enhance flavor without overpowering the natural broth. Adjust seasoning with celery salt, salt, and pepper as needed.</w:t>
      </w:r>
      <w:r w:rsidR="003521AD">
        <w:rPr>
          <w:rFonts w:ascii="Times New Roman" w:hAnsi="Times New Roman" w:cs="Times New Roman"/>
        </w:rPr>
        <w:t xml:space="preserve"> We make </w:t>
      </w:r>
      <w:proofErr w:type="gramStart"/>
      <w:r w:rsidR="003521AD">
        <w:rPr>
          <w:rFonts w:ascii="Times New Roman" w:hAnsi="Times New Roman" w:cs="Times New Roman"/>
        </w:rPr>
        <w:t>a slurry</w:t>
      </w:r>
      <w:proofErr w:type="gramEnd"/>
      <w:r w:rsidR="003521AD">
        <w:rPr>
          <w:rFonts w:ascii="Times New Roman" w:hAnsi="Times New Roman" w:cs="Times New Roman"/>
        </w:rPr>
        <w:t xml:space="preserve"> with some of the hot broth and add small amounts at a time. </w:t>
      </w:r>
    </w:p>
    <w:sectPr w:rsidR="009C156F" w:rsidRPr="004E1FF5" w:rsidSect="004E1FF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33124A"/>
    <w:rsid w:val="003521AD"/>
    <w:rsid w:val="00376B12"/>
    <w:rsid w:val="004E1FF5"/>
    <w:rsid w:val="009C156F"/>
    <w:rsid w:val="00AA1D8D"/>
    <w:rsid w:val="00B47730"/>
    <w:rsid w:val="00CB0664"/>
    <w:rsid w:val="00DF640D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5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2029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2</cp:revision>
  <dcterms:created xsi:type="dcterms:W3CDTF">2025-08-16T20:34:00Z</dcterms:created>
  <dcterms:modified xsi:type="dcterms:W3CDTF">2025-08-16T20:34:00Z</dcterms:modified>
</cp:coreProperties>
</file>