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322" w:rsidRDefault="00F3452F">
      <w:pPr>
        <w:pStyle w:val="Title"/>
      </w:pPr>
      <w:r>
        <w:t>Bob’s Ultimate Cajun-Style Gumbo (Meat + Seafood)</w:t>
      </w:r>
    </w:p>
    <w:p w:rsidR="00FE5FDD" w:rsidRDefault="00F3452F">
      <w:pPr>
        <w:pStyle w:val="Heading1"/>
      </w:pPr>
      <w:r>
        <w:t>Ingredients</w:t>
      </w:r>
      <w:r w:rsidR="00FE5FDD">
        <w:t xml:space="preserve"> </w:t>
      </w:r>
    </w:p>
    <w:p w:rsidR="00376322" w:rsidRPr="00FE5FDD" w:rsidRDefault="00FE5FDD">
      <w:pPr>
        <w:pStyle w:val="Heading1"/>
        <w:rPr>
          <w:sz w:val="20"/>
          <w:szCs w:val="20"/>
        </w:rPr>
      </w:pPr>
      <w:r w:rsidRPr="00FE5FDD">
        <w:rPr>
          <w:sz w:val="20"/>
          <w:szCs w:val="20"/>
        </w:rPr>
        <w:t>– Adjust Portions as needed-</w:t>
      </w:r>
    </w:p>
    <w:p w:rsidR="00376322" w:rsidRDefault="00FE5FDD">
      <w:pPr>
        <w:pStyle w:val="Heading2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3142048</wp:posOffset>
            </wp:positionH>
            <wp:positionV relativeFrom="paragraph">
              <wp:posOffset>144700</wp:posOffset>
            </wp:positionV>
            <wp:extent cx="4474802" cy="3359989"/>
            <wp:effectExtent l="0" t="552450" r="0" b="545261"/>
            <wp:wrapNone/>
            <wp:docPr id="1" name="Picture 0" descr="IMG_86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61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77019" cy="3361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3452F">
        <w:t>Protein</w:t>
      </w:r>
    </w:p>
    <w:p w:rsidR="00376322" w:rsidRDefault="00AD2D5F">
      <w:pPr>
        <w:pStyle w:val="ListBullet"/>
      </w:pPr>
      <w:r>
        <w:t xml:space="preserve">1 lb </w:t>
      </w:r>
      <w:proofErr w:type="spellStart"/>
      <w:r>
        <w:t>A</w:t>
      </w:r>
      <w:r w:rsidR="00F3452F">
        <w:t>ndouille</w:t>
      </w:r>
      <w:proofErr w:type="spellEnd"/>
      <w:r w:rsidR="00F3452F">
        <w:t xml:space="preserve"> sausage, sliced</w:t>
      </w:r>
    </w:p>
    <w:p w:rsidR="00376322" w:rsidRDefault="00F3452F">
      <w:pPr>
        <w:pStyle w:val="ListBullet"/>
      </w:pPr>
      <w:r>
        <w:t>1 lb shrimp, peeled &amp; deveined</w:t>
      </w:r>
    </w:p>
    <w:p w:rsidR="00376322" w:rsidRDefault="00F3452F">
      <w:pPr>
        <w:pStyle w:val="ListBullet"/>
      </w:pPr>
      <w:r>
        <w:t>1 lb cr</w:t>
      </w:r>
      <w:r w:rsidR="00FE5FDD">
        <w:t xml:space="preserve">ab meat </w:t>
      </w:r>
    </w:p>
    <w:p w:rsidR="00376322" w:rsidRDefault="00F3452F">
      <w:pPr>
        <w:pStyle w:val="Heading2"/>
      </w:pPr>
      <w:r>
        <w:t>Veggies &amp; Aromatics</w:t>
      </w:r>
    </w:p>
    <w:p w:rsidR="00376322" w:rsidRDefault="00F3452F">
      <w:pPr>
        <w:pStyle w:val="ListBullet"/>
      </w:pPr>
      <w:r>
        <w:t>1 large onion, diced</w:t>
      </w:r>
    </w:p>
    <w:p w:rsidR="00FE5FDD" w:rsidRDefault="00FE5FDD">
      <w:pPr>
        <w:pStyle w:val="ListBullet"/>
      </w:pPr>
      <w:r>
        <w:t>3 large Carrots cut into Diamonds</w:t>
      </w:r>
    </w:p>
    <w:p w:rsidR="00376322" w:rsidRDefault="00F3452F">
      <w:pPr>
        <w:pStyle w:val="ListBullet"/>
      </w:pPr>
      <w:r>
        <w:t>1 green bell pepper, diced</w:t>
      </w:r>
    </w:p>
    <w:p w:rsidR="00376322" w:rsidRDefault="00F3452F">
      <w:pPr>
        <w:pStyle w:val="ListBullet"/>
      </w:pPr>
      <w:r>
        <w:t>1 yellow or red bell pepper, diced</w:t>
      </w:r>
    </w:p>
    <w:p w:rsidR="00376322" w:rsidRDefault="00F3452F">
      <w:pPr>
        <w:pStyle w:val="ListBullet"/>
      </w:pPr>
      <w:r>
        <w:t>3 celery stalks, chopped</w:t>
      </w:r>
    </w:p>
    <w:p w:rsidR="00376322" w:rsidRDefault="00F3452F">
      <w:pPr>
        <w:pStyle w:val="ListBullet"/>
      </w:pPr>
      <w:r>
        <w:t>4 cloves garlic, minced</w:t>
      </w:r>
    </w:p>
    <w:p w:rsidR="00376322" w:rsidRDefault="00F3452F">
      <w:pPr>
        <w:pStyle w:val="ListBullet"/>
      </w:pPr>
      <w:r>
        <w:t>½ cup green onions,</w:t>
      </w:r>
      <w:r w:rsidR="00FE5FDD">
        <w:t xml:space="preserve"> chopped </w:t>
      </w:r>
    </w:p>
    <w:p w:rsidR="00376322" w:rsidRDefault="00F3452F">
      <w:pPr>
        <w:pStyle w:val="ListBullet"/>
      </w:pPr>
      <w:r>
        <w:t>¼ cup fresh parsley, chopped</w:t>
      </w:r>
    </w:p>
    <w:p w:rsidR="00376322" w:rsidRDefault="00F3452F">
      <w:pPr>
        <w:pStyle w:val="Heading2"/>
      </w:pPr>
      <w:r>
        <w:t>Roux</w:t>
      </w:r>
    </w:p>
    <w:p w:rsidR="00376322" w:rsidRDefault="00F3452F">
      <w:pPr>
        <w:pStyle w:val="ListBullet"/>
      </w:pPr>
      <w:r>
        <w:t>¾ cup vegetable oil</w:t>
      </w:r>
    </w:p>
    <w:p w:rsidR="00376322" w:rsidRDefault="00F3452F">
      <w:pPr>
        <w:pStyle w:val="ListBullet"/>
      </w:pPr>
      <w:r>
        <w:t>¾ cup all-purpose flour</w:t>
      </w:r>
    </w:p>
    <w:p w:rsidR="00376322" w:rsidRDefault="00F3452F" w:rsidP="00FE5FDD">
      <w:pPr>
        <w:pStyle w:val="Heading2"/>
      </w:pPr>
      <w:r>
        <w:t>Liquids</w:t>
      </w:r>
    </w:p>
    <w:p w:rsidR="00376322" w:rsidRDefault="009D229C">
      <w:pPr>
        <w:pStyle w:val="ListBullet"/>
      </w:pPr>
      <w:r>
        <w:t xml:space="preserve">4 Cups or </w:t>
      </w:r>
      <w:r w:rsidR="00FE5FDD">
        <w:t>1 box of</w:t>
      </w:r>
      <w:r w:rsidR="00F3452F">
        <w:t xml:space="preserve"> seafood stock </w:t>
      </w:r>
    </w:p>
    <w:p w:rsidR="00376322" w:rsidRDefault="00F3452F">
      <w:pPr>
        <w:pStyle w:val="ListBullet"/>
      </w:pPr>
      <w:r>
        <w:t>1 can (14.5 oz) diced tomatoes</w:t>
      </w:r>
    </w:p>
    <w:p w:rsidR="00376322" w:rsidRDefault="00F3452F">
      <w:pPr>
        <w:pStyle w:val="Heading2"/>
      </w:pPr>
      <w:r>
        <w:t>Seasoning</w:t>
      </w:r>
    </w:p>
    <w:p w:rsidR="00376322" w:rsidRDefault="00F3452F">
      <w:pPr>
        <w:pStyle w:val="ListBullet"/>
      </w:pPr>
      <w:r>
        <w:t>1 tbsp Worcestershire sauce</w:t>
      </w:r>
    </w:p>
    <w:p w:rsidR="00376322" w:rsidRDefault="00F3452F">
      <w:pPr>
        <w:pStyle w:val="ListBullet"/>
      </w:pPr>
      <w:r>
        <w:t>2 tsp Cajun season</w:t>
      </w:r>
      <w:r w:rsidR="00FE5FDD">
        <w:t xml:space="preserve">ing - Tony </w:t>
      </w:r>
      <w:proofErr w:type="spellStart"/>
      <w:r w:rsidR="00FE5FDD">
        <w:t>Chachere’s</w:t>
      </w:r>
      <w:proofErr w:type="spellEnd"/>
      <w:r w:rsidR="00FE5FDD">
        <w:t xml:space="preserve"> Creole Seasoning</w:t>
      </w:r>
    </w:p>
    <w:p w:rsidR="00376322" w:rsidRDefault="00F3452F">
      <w:pPr>
        <w:pStyle w:val="ListBullet"/>
      </w:pPr>
      <w:r>
        <w:t xml:space="preserve">1 tsp </w:t>
      </w:r>
      <w:r w:rsidR="00FE5FDD">
        <w:t xml:space="preserve">Hot </w:t>
      </w:r>
      <w:r>
        <w:t>smoked paprika</w:t>
      </w:r>
      <w:r w:rsidR="00FE5FDD">
        <w:t xml:space="preserve"> </w:t>
      </w:r>
    </w:p>
    <w:p w:rsidR="00376322" w:rsidRDefault="00F3452F">
      <w:pPr>
        <w:pStyle w:val="ListBullet"/>
      </w:pPr>
      <w:r>
        <w:t>½ tsp dried thyme</w:t>
      </w:r>
    </w:p>
    <w:p w:rsidR="00376322" w:rsidRDefault="00F3452F">
      <w:pPr>
        <w:pStyle w:val="ListBullet"/>
      </w:pPr>
      <w:r>
        <w:t>2–3 bay leaves</w:t>
      </w:r>
    </w:p>
    <w:p w:rsidR="00376322" w:rsidRDefault="00F3452F">
      <w:pPr>
        <w:pStyle w:val="ListBullet"/>
      </w:pPr>
      <w:r>
        <w:t>Salt &amp; black pepper to taste</w:t>
      </w:r>
    </w:p>
    <w:p w:rsidR="00376322" w:rsidRDefault="00F3452F">
      <w:pPr>
        <w:pStyle w:val="ListBullet"/>
      </w:pPr>
      <w:r>
        <w:t>Optional: Dash of hot sauce or cayenne for kick</w:t>
      </w:r>
    </w:p>
    <w:p w:rsidR="00376322" w:rsidRDefault="00F3452F">
      <w:pPr>
        <w:pStyle w:val="Heading2"/>
      </w:pPr>
      <w:r>
        <w:t>To Serve</w:t>
      </w:r>
    </w:p>
    <w:p w:rsidR="00376322" w:rsidRDefault="00F3452F">
      <w:pPr>
        <w:pStyle w:val="ListBullet"/>
      </w:pPr>
      <w:r>
        <w:t>White rice</w:t>
      </w:r>
    </w:p>
    <w:p w:rsidR="00376322" w:rsidRDefault="00F3452F">
      <w:pPr>
        <w:pStyle w:val="ListBullet"/>
      </w:pPr>
      <w:r>
        <w:t>Chopped green onions &amp; parsley for garnish</w:t>
      </w:r>
    </w:p>
    <w:p w:rsidR="00FE5FDD" w:rsidRDefault="00FE5FDD">
      <w:pPr>
        <w:pStyle w:val="Heading1"/>
      </w:pPr>
      <w:r>
        <w:object w:dxaOrig="10800" w:dyaOrig="1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83.55pt" o:ole="">
            <v:imagedata r:id="rId7" o:title=""/>
          </v:shape>
          <o:OLEObject Type="Embed" ProgID="Word.Document.12" ShapeID="_x0000_i1025" DrawAspect="Content" ObjectID="_1805523622" r:id="rId8"/>
        </w:object>
      </w:r>
    </w:p>
    <w:p w:rsidR="00376322" w:rsidRDefault="00F3452F">
      <w:pPr>
        <w:pStyle w:val="Heading1"/>
      </w:pPr>
      <w:r>
        <w:t>Instructions</w:t>
      </w:r>
    </w:p>
    <w:p w:rsidR="00376322" w:rsidRDefault="00F3452F">
      <w:pPr>
        <w:pStyle w:val="ListNumber"/>
      </w:pPr>
      <w:r>
        <w:t xml:space="preserve"> Cook the rice: In a pot, bring 4 cups water, 2 cups rice, and ½ tsp salt to a boil. Cover, reduce heat, and simmer 15 minutes or until tender. Fluff and set aside.</w:t>
      </w:r>
    </w:p>
    <w:p w:rsidR="00376322" w:rsidRDefault="00F3452F">
      <w:pPr>
        <w:pStyle w:val="ListNumber"/>
      </w:pPr>
      <w:r>
        <w:t>Make the roux: In a large heavy pot, heat ¾ cup oil over medium heat. Add flour and stir constantly for 15–25 minutes until it’s deep brown—like melted chocolate. Don’t rush this.</w:t>
      </w:r>
    </w:p>
    <w:p w:rsidR="00376322" w:rsidRDefault="00F3452F">
      <w:pPr>
        <w:pStyle w:val="ListNumber"/>
      </w:pPr>
      <w:r>
        <w:t>Build the base: Add onion, peppers, celery, and garlic to the roux. Stir and cook 3–5 minutes until softened.</w:t>
      </w:r>
    </w:p>
    <w:p w:rsidR="00F3452F" w:rsidRDefault="00F3452F" w:rsidP="00F3452F">
      <w:pPr>
        <w:pStyle w:val="ListNumber"/>
      </w:pPr>
      <w:r>
        <w:t>In a separate pan add olive oil and fry the meats</w:t>
      </w:r>
      <w:r w:rsidR="009D229C">
        <w:t>,</w:t>
      </w:r>
      <w:r>
        <w:t xml:space="preserve"> </w:t>
      </w:r>
      <w:r w:rsidR="009D229C">
        <w:t xml:space="preserve">garlic, and bay leaf </w:t>
      </w:r>
      <w:r>
        <w:t xml:space="preserve">to brown </w:t>
      </w:r>
      <w:r w:rsidR="009D229C">
        <w:t xml:space="preserve">until golden </w:t>
      </w:r>
      <w:r>
        <w:t xml:space="preserve">on all sides. </w:t>
      </w:r>
    </w:p>
    <w:p w:rsidR="00376322" w:rsidRDefault="00F3452F">
      <w:pPr>
        <w:pStyle w:val="ListNumber"/>
      </w:pPr>
      <w:r>
        <w:t>Add the mea</w:t>
      </w:r>
      <w:r w:rsidR="008A51FF">
        <w:t>ts:</w:t>
      </w:r>
      <w:r>
        <w:t xml:space="preserve"> Cook 5–7 minutes. Then add tomatoes, broth, Worcestershire, and all seasonings. Bring to a boil, reduce to simmer.</w:t>
      </w:r>
    </w:p>
    <w:p w:rsidR="00376322" w:rsidRDefault="00F3452F">
      <w:pPr>
        <w:pStyle w:val="ListNumber"/>
      </w:pPr>
      <w:r>
        <w:t>Simmer: Cover and simmer low for 45 minutes, stirring occasionally.</w:t>
      </w:r>
    </w:p>
    <w:p w:rsidR="00376322" w:rsidRDefault="00F3452F">
      <w:pPr>
        <w:pStyle w:val="ListNumber"/>
      </w:pPr>
      <w:r>
        <w:t xml:space="preserve"> Final touch: Remove bay leaves. Stir in green onions and parsley. Taste and adjust seasoning.</w:t>
      </w:r>
    </w:p>
    <w:p w:rsidR="00376322" w:rsidRDefault="00F3452F">
      <w:pPr>
        <w:pStyle w:val="ListNumber"/>
      </w:pPr>
      <w:r>
        <w:t>Serve hot: Over rice. Garnish with more parsley and green onion.</w:t>
      </w:r>
    </w:p>
    <w:sectPr w:rsidR="00376322" w:rsidSect="00FE5FD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7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47730"/>
    <w:rsid w:val="00034616"/>
    <w:rsid w:val="0006063C"/>
    <w:rsid w:val="0015074B"/>
    <w:rsid w:val="0029639D"/>
    <w:rsid w:val="00326F90"/>
    <w:rsid w:val="00376322"/>
    <w:rsid w:val="008A51FF"/>
    <w:rsid w:val="009D229C"/>
    <w:rsid w:val="00AA1D8D"/>
    <w:rsid w:val="00AD2D5F"/>
    <w:rsid w:val="00B47730"/>
    <w:rsid w:val="00CB0664"/>
    <w:rsid w:val="00F3452F"/>
    <w:rsid w:val="00FC693F"/>
    <w:rsid w:val="00FE5FDD"/>
    <w:rsid w:val="00FF3A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E5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F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Word_Document1.docx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Unisys</Company>
  <LinksUpToDate>false</LinksUpToDate>
  <CharactersWithSpaces>1800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Bob</cp:lastModifiedBy>
  <cp:revision>3</cp:revision>
  <dcterms:created xsi:type="dcterms:W3CDTF">2025-04-07T17:34:00Z</dcterms:created>
  <dcterms:modified xsi:type="dcterms:W3CDTF">2025-04-07T17:34:00Z</dcterms:modified>
</cp:coreProperties>
</file>