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952" w:rsidRPr="00FA1B66" w:rsidRDefault="00FA1B66">
      <w:pPr>
        <w:pStyle w:val="Heading1"/>
        <w:rPr>
          <w:rFonts w:ascii="Times New Roman" w:hAnsi="Times New Roman" w:cs="Times New Roman"/>
          <w:sz w:val="48"/>
          <w:szCs w:val="48"/>
        </w:rPr>
      </w:pPr>
      <w:r w:rsidRPr="00FA1B66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249555</wp:posOffset>
            </wp:positionV>
            <wp:extent cx="3547745" cy="2660650"/>
            <wp:effectExtent l="19050" t="0" r="0" b="0"/>
            <wp:wrapNone/>
            <wp:docPr id="1" name="Picture 0" descr="IMG_2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0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A1B66">
        <w:rPr>
          <w:rFonts w:ascii="Times New Roman" w:hAnsi="Times New Roman" w:cs="Times New Roman"/>
          <w:sz w:val="48"/>
          <w:szCs w:val="48"/>
        </w:rPr>
        <w:t>NQP Root Medley</w:t>
      </w:r>
    </w:p>
    <w:p w:rsidR="00D81952" w:rsidRPr="00FA1B66" w:rsidRDefault="00FA1B66">
      <w:pPr>
        <w:pStyle w:val="Heading2"/>
        <w:rPr>
          <w:rFonts w:ascii="Times New Roman" w:hAnsi="Times New Roman" w:cs="Times New Roman"/>
        </w:rPr>
      </w:pPr>
      <w:r w:rsidRPr="00FA1B66">
        <w:rPr>
          <w:rFonts w:ascii="Times New Roman" w:hAnsi="Times New Roman" w:cs="Times New Roman"/>
        </w:rPr>
        <w:t>Ingredients</w:t>
      </w:r>
    </w:p>
    <w:p w:rsidR="00D81952" w:rsidRPr="00FA1B66" w:rsidRDefault="00FA1B66">
      <w:pPr>
        <w:pStyle w:val="ListBullet"/>
        <w:rPr>
          <w:rFonts w:ascii="Times New Roman" w:hAnsi="Times New Roman" w:cs="Times New Roman"/>
        </w:rPr>
      </w:pPr>
      <w:r w:rsidRPr="00FA1B66">
        <w:rPr>
          <w:rFonts w:ascii="Times New Roman" w:hAnsi="Times New Roman" w:cs="Times New Roman"/>
        </w:rPr>
        <w:t>2 medium potatoes, cubed</w:t>
      </w:r>
    </w:p>
    <w:p w:rsidR="00D81952" w:rsidRPr="00FA1B66" w:rsidRDefault="00FA1B66">
      <w:pPr>
        <w:pStyle w:val="ListBullet"/>
        <w:rPr>
          <w:rFonts w:ascii="Times New Roman" w:hAnsi="Times New Roman" w:cs="Times New Roman"/>
        </w:rPr>
      </w:pPr>
      <w:r w:rsidRPr="00FA1B66">
        <w:rPr>
          <w:rFonts w:ascii="Times New Roman" w:hAnsi="Times New Roman" w:cs="Times New Roman"/>
        </w:rPr>
        <w:t>1 medium rutabaga, peeled &amp; cubed</w:t>
      </w:r>
    </w:p>
    <w:p w:rsidR="00D81952" w:rsidRPr="00FA1B66" w:rsidRDefault="00FA1B66">
      <w:pPr>
        <w:pStyle w:val="ListBullet"/>
        <w:rPr>
          <w:rFonts w:ascii="Times New Roman" w:hAnsi="Times New Roman" w:cs="Times New Roman"/>
        </w:rPr>
      </w:pPr>
      <w:r w:rsidRPr="00FA1B66">
        <w:rPr>
          <w:rFonts w:ascii="Times New Roman" w:hAnsi="Times New Roman" w:cs="Times New Roman"/>
        </w:rPr>
        <w:t>3 carrots, peeled &amp; cut into chunks</w:t>
      </w:r>
    </w:p>
    <w:p w:rsidR="00D81952" w:rsidRPr="00FA1B66" w:rsidRDefault="00FA1B66">
      <w:pPr>
        <w:pStyle w:val="ListBullet"/>
        <w:rPr>
          <w:rFonts w:ascii="Times New Roman" w:hAnsi="Times New Roman" w:cs="Times New Roman"/>
        </w:rPr>
      </w:pPr>
      <w:r w:rsidRPr="00FA1B66">
        <w:rPr>
          <w:rFonts w:ascii="Times New Roman" w:hAnsi="Times New Roman" w:cs="Times New Roman"/>
        </w:rPr>
        <w:t>2 parsnips, peeled &amp; cut into chunks</w:t>
      </w:r>
    </w:p>
    <w:p w:rsidR="00D81952" w:rsidRPr="00FA1B66" w:rsidRDefault="00FA1B66">
      <w:pPr>
        <w:pStyle w:val="ListBullet"/>
        <w:rPr>
          <w:rFonts w:ascii="Times New Roman" w:hAnsi="Times New Roman" w:cs="Times New Roman"/>
        </w:rPr>
      </w:pPr>
      <w:r w:rsidRPr="00FA1B66">
        <w:rPr>
          <w:rFonts w:ascii="Times New Roman" w:hAnsi="Times New Roman" w:cs="Times New Roman"/>
        </w:rPr>
        <w:t>1 sweet potato, peeled &amp; cubed</w:t>
      </w:r>
    </w:p>
    <w:p w:rsidR="00D81952" w:rsidRPr="00FA1B66" w:rsidRDefault="00FA1B66">
      <w:pPr>
        <w:pStyle w:val="ListBullet"/>
        <w:rPr>
          <w:rFonts w:ascii="Times New Roman" w:hAnsi="Times New Roman" w:cs="Times New Roman"/>
        </w:rPr>
      </w:pPr>
      <w:r w:rsidRPr="00FA1B66">
        <w:rPr>
          <w:rFonts w:ascii="Times New Roman" w:hAnsi="Times New Roman" w:cs="Times New Roman"/>
        </w:rPr>
        <w:t>2 cups butternut or kabocha squash, cubed</w:t>
      </w:r>
    </w:p>
    <w:p w:rsidR="00D81952" w:rsidRPr="00FA1B66" w:rsidRDefault="00FA1B66">
      <w:pPr>
        <w:pStyle w:val="ListBullet"/>
        <w:rPr>
          <w:rFonts w:ascii="Times New Roman" w:hAnsi="Times New Roman" w:cs="Times New Roman"/>
        </w:rPr>
      </w:pPr>
      <w:r w:rsidRPr="00FA1B66">
        <w:rPr>
          <w:rFonts w:ascii="Times New Roman" w:hAnsi="Times New Roman" w:cs="Times New Roman"/>
        </w:rPr>
        <w:t xml:space="preserve">1 large onion, cut </w:t>
      </w:r>
      <w:r w:rsidRPr="00FA1B66">
        <w:rPr>
          <w:rFonts w:ascii="Times New Roman" w:hAnsi="Times New Roman" w:cs="Times New Roman"/>
        </w:rPr>
        <w:t>into wedges</w:t>
      </w:r>
    </w:p>
    <w:p w:rsidR="00D81952" w:rsidRPr="00FA1B66" w:rsidRDefault="00FA1B66">
      <w:pPr>
        <w:pStyle w:val="ListBullet"/>
        <w:rPr>
          <w:rFonts w:ascii="Times New Roman" w:hAnsi="Times New Roman" w:cs="Times New Roman"/>
        </w:rPr>
      </w:pPr>
      <w:r w:rsidRPr="00FA1B66">
        <w:rPr>
          <w:rFonts w:ascii="Times New Roman" w:hAnsi="Times New Roman" w:cs="Times New Roman"/>
        </w:rPr>
        <w:t>2–3 tbsp olive oil</w:t>
      </w:r>
    </w:p>
    <w:p w:rsidR="00D81952" w:rsidRPr="00FA1B66" w:rsidRDefault="00FA1B66">
      <w:pPr>
        <w:pStyle w:val="ListBullet"/>
        <w:rPr>
          <w:rFonts w:ascii="Times New Roman" w:hAnsi="Times New Roman" w:cs="Times New Roman"/>
        </w:rPr>
      </w:pPr>
      <w:r w:rsidRPr="00FA1B66">
        <w:rPr>
          <w:rFonts w:ascii="Times New Roman" w:hAnsi="Times New Roman" w:cs="Times New Roman"/>
        </w:rPr>
        <w:t>Dad’s Dry Seasoning Mix*</w:t>
      </w:r>
    </w:p>
    <w:p w:rsidR="00D81952" w:rsidRPr="00FA1B66" w:rsidRDefault="00FA1B66">
      <w:pPr>
        <w:pStyle w:val="ListBullet"/>
        <w:rPr>
          <w:rFonts w:ascii="Times New Roman" w:hAnsi="Times New Roman" w:cs="Times New Roman"/>
        </w:rPr>
      </w:pPr>
      <w:r w:rsidRPr="00FA1B66">
        <w:rPr>
          <w:rFonts w:ascii="Times New Roman" w:hAnsi="Times New Roman" w:cs="Times New Roman"/>
        </w:rPr>
        <w:t>Salt &amp; black pepper, to taste</w:t>
      </w:r>
    </w:p>
    <w:p w:rsidR="00D81952" w:rsidRPr="00FA1B66" w:rsidRDefault="00FA1B66">
      <w:pPr>
        <w:rPr>
          <w:rFonts w:ascii="Times New Roman" w:hAnsi="Times New Roman" w:cs="Times New Roman"/>
        </w:rPr>
      </w:pPr>
      <w:r w:rsidRPr="00FA1B66">
        <w:rPr>
          <w:rFonts w:ascii="Times New Roman" w:hAnsi="Times New Roman" w:cs="Times New Roman"/>
        </w:rPr>
        <w:t>*Dad’s Dry Seasoning Mix: 2 tsp black pepper • 1½ tsp salt • ¼ tsp white pepper • ¼ tsp ground tarragon • 1 tsp paprika • 1 tsp dried thyme • ½ tsp dry mustard • pinch cl</w:t>
      </w:r>
      <w:r w:rsidRPr="00FA1B66">
        <w:rPr>
          <w:rFonts w:ascii="Times New Roman" w:hAnsi="Times New Roman" w:cs="Times New Roman"/>
        </w:rPr>
        <w:t>oves</w:t>
      </w:r>
    </w:p>
    <w:p w:rsidR="00D81952" w:rsidRPr="00FA1B66" w:rsidRDefault="00FA1B66">
      <w:pPr>
        <w:pStyle w:val="Heading2"/>
        <w:rPr>
          <w:rFonts w:ascii="Times New Roman" w:hAnsi="Times New Roman" w:cs="Times New Roman"/>
        </w:rPr>
      </w:pPr>
      <w:r w:rsidRPr="00FA1B66">
        <w:rPr>
          <w:rFonts w:ascii="Times New Roman" w:hAnsi="Times New Roman" w:cs="Times New Roman"/>
        </w:rPr>
        <w:t>Instructions</w:t>
      </w:r>
    </w:p>
    <w:p w:rsidR="00D81952" w:rsidRPr="00FA1B66" w:rsidRDefault="00FA1B66">
      <w:pPr>
        <w:pStyle w:val="ListNumber"/>
        <w:rPr>
          <w:rFonts w:ascii="Times New Roman" w:hAnsi="Times New Roman" w:cs="Times New Roman"/>
        </w:rPr>
      </w:pPr>
      <w:r w:rsidRPr="00FA1B66">
        <w:rPr>
          <w:rFonts w:ascii="Times New Roman" w:hAnsi="Times New Roman" w:cs="Times New Roman"/>
        </w:rPr>
        <w:t>Preheat oven to 325°F.</w:t>
      </w:r>
    </w:p>
    <w:p w:rsidR="00D81952" w:rsidRPr="00FA1B66" w:rsidRDefault="00FA1B66">
      <w:pPr>
        <w:pStyle w:val="ListNumber"/>
        <w:rPr>
          <w:rFonts w:ascii="Times New Roman" w:hAnsi="Times New Roman" w:cs="Times New Roman"/>
        </w:rPr>
      </w:pPr>
      <w:r w:rsidRPr="00FA1B66">
        <w:rPr>
          <w:rFonts w:ascii="Times New Roman" w:hAnsi="Times New Roman" w:cs="Times New Roman"/>
        </w:rPr>
        <w:t>Toss all vegetables with olive oil, Dad’s Dry Seasoning Mix, salt, and pepper.</w:t>
      </w:r>
    </w:p>
    <w:p w:rsidR="00D81952" w:rsidRPr="00FA1B66" w:rsidRDefault="00FA1B66">
      <w:pPr>
        <w:pStyle w:val="ListNumber"/>
        <w:rPr>
          <w:rFonts w:ascii="Times New Roman" w:hAnsi="Times New Roman" w:cs="Times New Roman"/>
        </w:rPr>
      </w:pPr>
      <w:r w:rsidRPr="00FA1B66">
        <w:rPr>
          <w:rFonts w:ascii="Times New Roman" w:hAnsi="Times New Roman" w:cs="Times New Roman"/>
        </w:rPr>
        <w:t>Spread in single layer on baking sheet.</w:t>
      </w:r>
    </w:p>
    <w:p w:rsidR="00D81952" w:rsidRPr="00FA1B66" w:rsidRDefault="00FA1B66">
      <w:pPr>
        <w:pStyle w:val="ListNumber"/>
        <w:rPr>
          <w:rFonts w:ascii="Times New Roman" w:hAnsi="Times New Roman" w:cs="Times New Roman"/>
        </w:rPr>
      </w:pPr>
      <w:r w:rsidRPr="00FA1B66">
        <w:rPr>
          <w:rFonts w:ascii="Times New Roman" w:hAnsi="Times New Roman" w:cs="Times New Roman"/>
        </w:rPr>
        <w:t>Roast ~1 hour, checking with fork — tender but still holding shape.</w:t>
      </w:r>
    </w:p>
    <w:p w:rsidR="00D81952" w:rsidRPr="00FA1B66" w:rsidRDefault="00FA1B66">
      <w:pPr>
        <w:pStyle w:val="ListNumber"/>
        <w:rPr>
          <w:rFonts w:ascii="Times New Roman" w:hAnsi="Times New Roman" w:cs="Times New Roman"/>
        </w:rPr>
      </w:pPr>
      <w:r w:rsidRPr="00FA1B66">
        <w:rPr>
          <w:rFonts w:ascii="Times New Roman" w:hAnsi="Times New Roman" w:cs="Times New Roman"/>
        </w:rPr>
        <w:t>Optional: raise to 400°F for</w:t>
      </w:r>
      <w:r w:rsidRPr="00FA1B66">
        <w:rPr>
          <w:rFonts w:ascii="Times New Roman" w:hAnsi="Times New Roman" w:cs="Times New Roman"/>
        </w:rPr>
        <w:t xml:space="preserve"> last 5–8 min for extra caramelization.</w:t>
      </w:r>
    </w:p>
    <w:p w:rsidR="00D81952" w:rsidRPr="00FA1B66" w:rsidRDefault="00FA1B66">
      <w:pPr>
        <w:pStyle w:val="Heading2"/>
        <w:rPr>
          <w:rFonts w:ascii="Times New Roman" w:hAnsi="Times New Roman" w:cs="Times New Roman"/>
        </w:rPr>
      </w:pPr>
      <w:r w:rsidRPr="00FA1B66">
        <w:rPr>
          <w:rFonts w:ascii="Times New Roman" w:hAnsi="Times New Roman" w:cs="Times New Roman"/>
        </w:rPr>
        <w:t>Notes</w:t>
      </w:r>
    </w:p>
    <w:p w:rsidR="00D81952" w:rsidRPr="00FA1B66" w:rsidRDefault="00FA1B66">
      <w:pPr>
        <w:rPr>
          <w:rFonts w:ascii="Times New Roman" w:hAnsi="Times New Roman" w:cs="Times New Roman"/>
        </w:rPr>
      </w:pPr>
      <w:r w:rsidRPr="00FA1B66">
        <w:rPr>
          <w:rFonts w:ascii="Times New Roman" w:hAnsi="Times New Roman" w:cs="Times New Roman"/>
        </w:rPr>
        <w:t>Pairs perfectly with Dad’s Pork Loin. Makes a hearty, colorful side. Great for prepping ahead — cut and season veg earlier in the day, roast before serving.</w:t>
      </w:r>
    </w:p>
    <w:sectPr w:rsidR="00D81952" w:rsidRPr="00FA1B66" w:rsidSect="00FA1B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D81952"/>
    <w:rsid w:val="00FA1B66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A1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B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Unisys</Company>
  <LinksUpToDate>false</LinksUpToDate>
  <CharactersWithSpaces>967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Bob</cp:lastModifiedBy>
  <cp:revision>2</cp:revision>
  <dcterms:created xsi:type="dcterms:W3CDTF">2025-09-27T07:09:00Z</dcterms:created>
  <dcterms:modified xsi:type="dcterms:W3CDTF">2025-09-27T07:09:00Z</dcterms:modified>
</cp:coreProperties>
</file>