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6E" w:rsidRPr="009B3A39" w:rsidRDefault="009B3A39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Oven-Braised</w:t>
      </w:r>
      <w:r w:rsidR="00F04E23" w:rsidRPr="009B3A39">
        <w:rPr>
          <w:rFonts w:ascii="Times New Roman" w:hAnsi="Times New Roman" w:cs="Times New Roman"/>
        </w:rPr>
        <w:t xml:space="preserve"> Rib Fingers</w:t>
      </w:r>
    </w:p>
    <w:p w:rsidR="00E7096E" w:rsidRPr="009B3A39" w:rsidRDefault="006306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367665</wp:posOffset>
            </wp:positionV>
            <wp:extent cx="1877060" cy="4064000"/>
            <wp:effectExtent l="19050" t="0" r="8890" b="0"/>
            <wp:wrapNone/>
            <wp:docPr id="1" name="Picture 0" descr="IMG_3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4E23" w:rsidRPr="009B3A39">
        <w:rPr>
          <w:rFonts w:ascii="Times New Roman" w:hAnsi="Times New Roman" w:cs="Times New Roman"/>
        </w:rPr>
        <w:t>This method is designed for collagen-heavy beef rib fingers. The goal is controlled collagen breakdown followed by a hard finish for texture and flavor.</w:t>
      </w:r>
    </w:p>
    <w:p w:rsidR="00E7096E" w:rsidRPr="009B3A39" w:rsidRDefault="009B3A39">
      <w:pPr>
        <w:pStyle w:val="Heading2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1</w:t>
      </w:r>
      <w:r w:rsidR="00F04E23" w:rsidRPr="009B3A39">
        <w:rPr>
          <w:rFonts w:ascii="Times New Roman" w:hAnsi="Times New Roman" w:cs="Times New Roman"/>
        </w:rPr>
        <w:t>. Pan Setup</w:t>
      </w:r>
    </w:p>
    <w:p w:rsidR="00E7096E" w:rsidRPr="009B3A39" w:rsidRDefault="00F04E23" w:rsidP="009B3A39">
      <w:pPr>
        <w:pStyle w:val="NoSpacing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Use a Dutch oven or deep roasting pan with a tight-fitting lid or heavy foil.</w:t>
      </w:r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  <w:b/>
        </w:rPr>
        <w:t>Add</w:t>
      </w:r>
      <w:proofErr w:type="gramStart"/>
      <w:r w:rsidRPr="009B3A39">
        <w:rPr>
          <w:rFonts w:ascii="Times New Roman" w:hAnsi="Times New Roman" w:cs="Times New Roman"/>
          <w:b/>
        </w:rPr>
        <w:t>:</w:t>
      </w:r>
      <w:proofErr w:type="gramEnd"/>
      <w:r w:rsidRPr="009B3A39">
        <w:rPr>
          <w:rFonts w:ascii="Times New Roman" w:hAnsi="Times New Roman" w:cs="Times New Roman"/>
        </w:rPr>
        <w:br/>
        <w:t>- Rib fingers in a single layer if possible</w:t>
      </w:r>
      <w:r w:rsidRPr="009B3A39">
        <w:rPr>
          <w:rFonts w:ascii="Times New Roman" w:hAnsi="Times New Roman" w:cs="Times New Roman"/>
        </w:rPr>
        <w:br/>
        <w:t>- ½–1 cup beef stock or diluted marinade (1:1 with water or stock)</w:t>
      </w:r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br/>
        <w:t>Liquid should reach only ¼–⅓ up the meat.</w:t>
      </w:r>
    </w:p>
    <w:p w:rsidR="00E7096E" w:rsidRPr="009B3A39" w:rsidRDefault="009B3A39">
      <w:pPr>
        <w:pStyle w:val="Heading2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2</w:t>
      </w:r>
      <w:r w:rsidR="00F04E23" w:rsidRPr="009B3A39">
        <w:rPr>
          <w:rFonts w:ascii="Times New Roman" w:hAnsi="Times New Roman" w:cs="Times New Roman"/>
        </w:rPr>
        <w:t>. Covered Oven Braise</w:t>
      </w:r>
    </w:p>
    <w:p w:rsidR="00E7096E" w:rsidRPr="009B3A39" w:rsidRDefault="00F04E23">
      <w:pPr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- Oven temperature: 300°F (150°C)</w:t>
      </w:r>
      <w:r w:rsidRPr="009B3A39">
        <w:rPr>
          <w:rFonts w:ascii="Times New Roman" w:hAnsi="Times New Roman" w:cs="Times New Roman"/>
        </w:rPr>
        <w:br/>
        <w:t>- Covered</w:t>
      </w:r>
      <w:r w:rsidRPr="009B3A39">
        <w:rPr>
          <w:rFonts w:ascii="Times New Roman" w:hAnsi="Times New Roman" w:cs="Times New Roman"/>
        </w:rPr>
        <w:br/>
        <w:t xml:space="preserve">- Cook time: </w:t>
      </w:r>
      <w:r w:rsidRPr="009B3A39">
        <w:rPr>
          <w:rFonts w:ascii="Times New Roman" w:hAnsi="Times New Roman" w:cs="Times New Roman"/>
          <w:b/>
        </w:rPr>
        <w:t>2½–3 hours</w:t>
      </w:r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br/>
        <w:t>Check for doneness:</w:t>
      </w:r>
      <w:r w:rsidRPr="009B3A39">
        <w:rPr>
          <w:rFonts w:ascii="Times New Roman" w:hAnsi="Times New Roman" w:cs="Times New Roman"/>
        </w:rPr>
        <w:br/>
        <w:t xml:space="preserve">- Fork slides in with </w:t>
      </w:r>
      <w:r w:rsidRPr="009B3A39">
        <w:rPr>
          <w:rFonts w:ascii="Times New Roman" w:hAnsi="Times New Roman" w:cs="Times New Roman"/>
          <w:b/>
        </w:rPr>
        <w:t>no resistance</w:t>
      </w:r>
      <w:r w:rsidRPr="009B3A39">
        <w:rPr>
          <w:rFonts w:ascii="Times New Roman" w:hAnsi="Times New Roman" w:cs="Times New Roman"/>
        </w:rPr>
        <w:br/>
        <w:t>- Meat bends easily</w:t>
      </w:r>
      <w:r w:rsidRPr="009B3A39">
        <w:rPr>
          <w:rFonts w:ascii="Times New Roman" w:hAnsi="Times New Roman" w:cs="Times New Roman"/>
        </w:rPr>
        <w:br/>
        <w:t>- Internal temp typically 195–203°F</w:t>
      </w:r>
    </w:p>
    <w:p w:rsidR="00E7096E" w:rsidRPr="009B3A39" w:rsidRDefault="009B3A39">
      <w:pPr>
        <w:pStyle w:val="Heading2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3</w:t>
      </w:r>
      <w:r w:rsidR="00F04E23" w:rsidRPr="009B3A39">
        <w:rPr>
          <w:rFonts w:ascii="Times New Roman" w:hAnsi="Times New Roman" w:cs="Times New Roman"/>
        </w:rPr>
        <w:t>. Rest</w:t>
      </w:r>
    </w:p>
    <w:p w:rsidR="00E7096E" w:rsidRPr="009B3A39" w:rsidRDefault="00F04E23">
      <w:pPr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 xml:space="preserve">Remove from oven and </w:t>
      </w:r>
      <w:r w:rsidRPr="009B3A39">
        <w:rPr>
          <w:rFonts w:ascii="Times New Roman" w:hAnsi="Times New Roman" w:cs="Times New Roman"/>
          <w:b/>
        </w:rPr>
        <w:t>rest covered for 15 minutes</w:t>
      </w:r>
      <w:r w:rsidRPr="009B3A39">
        <w:rPr>
          <w:rFonts w:ascii="Times New Roman" w:hAnsi="Times New Roman" w:cs="Times New Roman"/>
        </w:rPr>
        <w:t>.</w:t>
      </w:r>
      <w:r w:rsidRPr="009B3A39">
        <w:rPr>
          <w:rFonts w:ascii="Times New Roman" w:hAnsi="Times New Roman" w:cs="Times New Roman"/>
        </w:rPr>
        <w:br/>
        <w:t>This allows gelatin to redistribute into the meat.</w:t>
      </w:r>
    </w:p>
    <w:p w:rsidR="00E7096E" w:rsidRPr="009B3A39" w:rsidRDefault="009B3A39">
      <w:pPr>
        <w:pStyle w:val="Heading2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4</w:t>
      </w:r>
      <w:r w:rsidR="00F04E23" w:rsidRPr="009B3A39">
        <w:rPr>
          <w:rFonts w:ascii="Times New Roman" w:hAnsi="Times New Roman" w:cs="Times New Roman"/>
        </w:rPr>
        <w:t>. Hard Finish Options</w:t>
      </w:r>
    </w:p>
    <w:p w:rsidR="00E7096E" w:rsidRPr="009B3A39" w:rsidRDefault="00F04E23">
      <w:pPr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Choose one</w:t>
      </w:r>
      <w:proofErr w:type="gramStart"/>
      <w:r w:rsidRPr="009B3A39">
        <w:rPr>
          <w:rFonts w:ascii="Times New Roman" w:hAnsi="Times New Roman" w:cs="Times New Roman"/>
        </w:rPr>
        <w:t>:</w:t>
      </w:r>
      <w:proofErr w:type="gramEnd"/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br/>
      </w:r>
      <w:r w:rsidRPr="0063065B">
        <w:rPr>
          <w:rFonts w:ascii="Times New Roman" w:hAnsi="Times New Roman" w:cs="Times New Roman"/>
        </w:rPr>
        <w:t>A. Broiler:</w:t>
      </w:r>
      <w:r w:rsidRPr="0063065B">
        <w:rPr>
          <w:rFonts w:ascii="Times New Roman" w:hAnsi="Times New Roman" w:cs="Times New Roman"/>
        </w:rPr>
        <w:br/>
        <w:t>- Broil on high, 3–5 minutes per side</w:t>
      </w:r>
      <w:r w:rsidRPr="009B3A39">
        <w:rPr>
          <w:rFonts w:ascii="Times New Roman" w:hAnsi="Times New Roman" w:cs="Times New Roman"/>
          <w:b/>
        </w:rPr>
        <w:br/>
      </w:r>
      <w:r w:rsidRPr="009B3A39">
        <w:rPr>
          <w:rFonts w:ascii="Times New Roman" w:hAnsi="Times New Roman" w:cs="Times New Roman"/>
        </w:rPr>
        <w:br/>
      </w:r>
      <w:r w:rsidRPr="0063065B">
        <w:rPr>
          <w:rFonts w:ascii="Times New Roman" w:hAnsi="Times New Roman" w:cs="Times New Roman"/>
          <w:b/>
        </w:rPr>
        <w:t>B. Cast Iron:</w:t>
      </w:r>
      <w:r w:rsidR="0063065B">
        <w:rPr>
          <w:rFonts w:ascii="Times New Roman" w:hAnsi="Times New Roman" w:cs="Times New Roman"/>
        </w:rPr>
        <w:t xml:space="preserve"> </w:t>
      </w:r>
      <w:r w:rsidR="0063065B">
        <w:rPr>
          <w:rFonts w:ascii="Times New Roman" w:hAnsi="Times New Roman" w:cs="Times New Roman"/>
          <w:b/>
        </w:rPr>
        <w:t>This was perfect!!</w:t>
      </w:r>
      <w:r w:rsidRPr="0063065B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t>- Rip-hot pan with minimal oil</w:t>
      </w:r>
      <w:r w:rsidRPr="009B3A39">
        <w:rPr>
          <w:rFonts w:ascii="Times New Roman" w:hAnsi="Times New Roman" w:cs="Times New Roman"/>
        </w:rPr>
        <w:br/>
        <w:t>- Sear 60–90 seconds per side</w:t>
      </w:r>
      <w:r w:rsidRPr="009B3A39">
        <w:rPr>
          <w:rFonts w:ascii="Times New Roman" w:hAnsi="Times New Roman" w:cs="Times New Roman"/>
        </w:rPr>
        <w:br/>
      </w:r>
      <w:r w:rsidRPr="009B3A39">
        <w:rPr>
          <w:rFonts w:ascii="Times New Roman" w:hAnsi="Times New Roman" w:cs="Times New Roman"/>
        </w:rPr>
        <w:br/>
        <w:t>C. Oven Roast</w:t>
      </w:r>
      <w:proofErr w:type="gramStart"/>
      <w:r w:rsidRPr="009B3A39">
        <w:rPr>
          <w:rFonts w:ascii="Times New Roman" w:hAnsi="Times New Roman" w:cs="Times New Roman"/>
        </w:rPr>
        <w:t>:</w:t>
      </w:r>
      <w:proofErr w:type="gramEnd"/>
      <w:r w:rsidRPr="009B3A39">
        <w:rPr>
          <w:rFonts w:ascii="Times New Roman" w:hAnsi="Times New Roman" w:cs="Times New Roman"/>
        </w:rPr>
        <w:br/>
        <w:t>- 425°F, uncovered, 10–15 minutes, flip once</w:t>
      </w:r>
    </w:p>
    <w:p w:rsidR="00E7096E" w:rsidRPr="009B3A39" w:rsidRDefault="00F04E23">
      <w:pPr>
        <w:pStyle w:val="Heading2"/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Key Notes</w:t>
      </w:r>
    </w:p>
    <w:p w:rsidR="00E7096E" w:rsidRPr="009B3A39" w:rsidRDefault="00F04E23">
      <w:pPr>
        <w:rPr>
          <w:rFonts w:ascii="Times New Roman" w:hAnsi="Times New Roman" w:cs="Times New Roman"/>
        </w:rPr>
      </w:pPr>
      <w:r w:rsidRPr="009B3A39">
        <w:rPr>
          <w:rFonts w:ascii="Times New Roman" w:hAnsi="Times New Roman" w:cs="Times New Roman"/>
        </w:rPr>
        <w:t>- Do not cook uncovered the entire time</w:t>
      </w:r>
      <w:r w:rsidRPr="009B3A39">
        <w:rPr>
          <w:rFonts w:ascii="Times New Roman" w:hAnsi="Times New Roman" w:cs="Times New Roman"/>
        </w:rPr>
        <w:br/>
        <w:t>- Do not exceed 325°F early</w:t>
      </w:r>
      <w:r w:rsidRPr="009B3A39">
        <w:rPr>
          <w:rFonts w:ascii="Times New Roman" w:hAnsi="Times New Roman" w:cs="Times New Roman"/>
        </w:rPr>
        <w:br/>
        <w:t>- Do not skip resting</w:t>
      </w:r>
      <w:r w:rsidRPr="009B3A39">
        <w:rPr>
          <w:rFonts w:ascii="Times New Roman" w:hAnsi="Times New Roman" w:cs="Times New Roman"/>
        </w:rPr>
        <w:br/>
        <w:t>- Rib fingers are not steak—treat them accordingly</w:t>
      </w:r>
    </w:p>
    <w:sectPr w:rsidR="00E7096E" w:rsidRPr="009B3A39" w:rsidSect="009B3A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63065B"/>
    <w:rsid w:val="009B3A39"/>
    <w:rsid w:val="00AA1D8D"/>
    <w:rsid w:val="00B47730"/>
    <w:rsid w:val="00CB0664"/>
    <w:rsid w:val="00E7096E"/>
    <w:rsid w:val="00F04E23"/>
    <w:rsid w:val="00F165E1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1134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2026-02-01T22:57:00Z</dcterms:created>
  <dcterms:modified xsi:type="dcterms:W3CDTF">2026-02-02T05:18:00Z</dcterms:modified>
</cp:coreProperties>
</file>