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6E9" w:rsidRDefault="00C92D5D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556260</wp:posOffset>
            </wp:positionV>
            <wp:extent cx="2813050" cy="2113280"/>
            <wp:effectExtent l="38100" t="0" r="25400" b="629920"/>
            <wp:wrapNone/>
            <wp:docPr id="1" name="Picture 0" descr="IMG_87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6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13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909EC">
        <w:t xml:space="preserve">Freestyle </w:t>
      </w:r>
      <w:proofErr w:type="spellStart"/>
      <w:r w:rsidR="00C909EC">
        <w:t>Kimchi</w:t>
      </w:r>
      <w:proofErr w:type="spellEnd"/>
      <w:r w:rsidR="00C909EC">
        <w:t xml:space="preserve"> Recipe</w:t>
      </w:r>
    </w:p>
    <w:p w:rsidR="007C26E9" w:rsidRDefault="00C909EC">
      <w:pPr>
        <w:pStyle w:val="Heading1"/>
      </w:pPr>
      <w:r>
        <w:t>Ingredients (You Have)</w:t>
      </w:r>
    </w:p>
    <w:p w:rsidR="007C26E9" w:rsidRDefault="00C909EC">
      <w:r>
        <w:t>- Carrots (julienned</w:t>
      </w:r>
      <w:proofErr w:type="gramStart"/>
      <w:r>
        <w:t>)</w:t>
      </w:r>
      <w:proofErr w:type="gramEnd"/>
      <w:r>
        <w:br/>
        <w:t>- Green onions (sliced)</w:t>
      </w:r>
      <w:r>
        <w:br/>
        <w:t>- Onion (thinly sliced)</w:t>
      </w:r>
      <w:r>
        <w:br/>
        <w:t>- Cabbage (any kind, chopped)</w:t>
      </w:r>
      <w:r>
        <w:br/>
        <w:t>- Cucumber (matchsticks or sliced)</w:t>
      </w:r>
      <w:r>
        <w:br/>
        <w:t>- Celery (thinly sliced)</w:t>
      </w:r>
    </w:p>
    <w:p w:rsidR="007C26E9" w:rsidRDefault="00C909EC">
      <w:pPr>
        <w:pStyle w:val="Heading1"/>
      </w:pPr>
      <w:r>
        <w:t>Step 1: Salt + Soak (3–6 hours)</w:t>
      </w:r>
    </w:p>
    <w:p w:rsidR="007C26E9" w:rsidRDefault="00C909EC">
      <w:r>
        <w:t>1. Toss all veggies together in a large bowl.</w:t>
      </w:r>
      <w:r>
        <w:br/>
        <w:t>2. Add kosher salt — about 1 tablespoon per 2 lbs of vegetables.</w:t>
      </w:r>
      <w:r>
        <w:br/>
        <w:t>3. Massage the salt into the veggies until they start to release liquid.</w:t>
      </w:r>
      <w:r>
        <w:br/>
        <w:t>4. Let them soak in that brine for 3–6 hours (or overnight in the fridge).</w:t>
      </w:r>
      <w:r>
        <w:br/>
        <w:t>5. Rinse thoroughly after soaking to remove excess salt and drain well.</w:t>
      </w:r>
    </w:p>
    <w:p w:rsidR="007C26E9" w:rsidRDefault="00C909EC">
      <w:pPr>
        <w:pStyle w:val="Heading1"/>
      </w:pPr>
      <w:r>
        <w:t>Step 2: Make the Kimchi Paste</w:t>
      </w:r>
    </w:p>
    <w:p w:rsidR="007C26E9" w:rsidRDefault="00C909EC">
      <w:r>
        <w:t>- 1 tbsp sugar</w:t>
      </w:r>
      <w:r>
        <w:br/>
        <w:t>- 2–4 cloves garlic (minced)</w:t>
      </w:r>
      <w:r>
        <w:br/>
        <w:t>- 1 thumb-sized piece of ginger (grated)</w:t>
      </w:r>
      <w:r>
        <w:br/>
        <w:t>- 2 tbsp gochugaru (Korean chili flakes), adjust to taste</w:t>
      </w:r>
      <w:r>
        <w:br/>
        <w:t>- 1–2 tbsp fish sauce (or soy sauce if vegan)</w:t>
      </w:r>
      <w:r>
        <w:br/>
        <w:t>- 1 tbsp rice vinegar or lemon juice</w:t>
      </w:r>
      <w:r>
        <w:br/>
        <w:t>- Optional: 1 tsp miso paste or a little oyster sauce for umami</w:t>
      </w:r>
      <w:r>
        <w:br/>
      </w:r>
      <w:r>
        <w:br/>
        <w:t>Mix all into a thick paste. Add a splash of water if too thick.</w:t>
      </w:r>
      <w:r w:rsidR="00FD386A">
        <w:t xml:space="preserve"> Season to taste!</w:t>
      </w:r>
    </w:p>
    <w:p w:rsidR="007C26E9" w:rsidRDefault="00C909EC">
      <w:pPr>
        <w:pStyle w:val="Heading1"/>
      </w:pPr>
      <w:r>
        <w:t>Step 3: Combine + Pack</w:t>
      </w:r>
    </w:p>
    <w:p w:rsidR="007C26E9" w:rsidRDefault="00C909EC">
      <w:r>
        <w:t>1. Mix the paste thoroughly into the drained veggie mix.</w:t>
      </w:r>
      <w:r>
        <w:br/>
        <w:t>2. Use gloves and coat everything evenly.</w:t>
      </w:r>
      <w:r>
        <w:br/>
        <w:t>3. Pack tightly into a jar or fermenting crock, pressing down to remove air bubbles.</w:t>
      </w:r>
      <w:r>
        <w:br/>
        <w:t>4. Leave 1–2 inches of space at the top.</w:t>
      </w:r>
      <w:r>
        <w:br/>
        <w:t>5. Seal loosely (or use a fermentation lid) and set at room temp.</w:t>
      </w:r>
    </w:p>
    <w:p w:rsidR="007C26E9" w:rsidRDefault="00C909EC">
      <w:pPr>
        <w:pStyle w:val="Heading1"/>
      </w:pPr>
      <w:r>
        <w:t>Step 4: Ferment</w:t>
      </w:r>
    </w:p>
    <w:p w:rsidR="007C26E9" w:rsidRDefault="00C909EC">
      <w:r>
        <w:t>- Let it ferment for 2–5 days at room temperature.</w:t>
      </w:r>
      <w:r>
        <w:br/>
        <w:t>- Open daily to press down and release gas.</w:t>
      </w:r>
      <w:r>
        <w:br/>
        <w:t>- Once it smells tangy and tastes slightly sour, move it to the fridge.</w:t>
      </w:r>
      <w:r>
        <w:br/>
        <w:t>- Flavor will deepen over time and last for weeks.</w:t>
      </w:r>
    </w:p>
    <w:sectPr w:rsidR="007C26E9" w:rsidSect="00C90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1E4C55"/>
    <w:rsid w:val="0029639D"/>
    <w:rsid w:val="00326F90"/>
    <w:rsid w:val="007C26E9"/>
    <w:rsid w:val="00AA1D8D"/>
    <w:rsid w:val="00B47730"/>
    <w:rsid w:val="00C909EC"/>
    <w:rsid w:val="00C92D5D"/>
    <w:rsid w:val="00CB0664"/>
    <w:rsid w:val="00FC693F"/>
    <w:rsid w:val="00FD38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9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Bob</cp:lastModifiedBy>
  <cp:revision>4</cp:revision>
  <cp:lastPrinted>2025-04-13T19:49:00Z</cp:lastPrinted>
  <dcterms:created xsi:type="dcterms:W3CDTF">2013-12-23T23:15:00Z</dcterms:created>
  <dcterms:modified xsi:type="dcterms:W3CDTF">2025-04-13T19:51:00Z</dcterms:modified>
  <cp:category/>
</cp:coreProperties>
</file>