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64" w:rsidRPr="004C7019" w:rsidRDefault="00107B4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3702529</wp:posOffset>
            </wp:positionH>
            <wp:positionV relativeFrom="paragraph">
              <wp:posOffset>30192</wp:posOffset>
            </wp:positionV>
            <wp:extent cx="3297807" cy="2941607"/>
            <wp:effectExtent l="19050" t="0" r="0" b="0"/>
            <wp:wrapNone/>
            <wp:docPr id="1" name="Picture 0" descr="IMG_19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2.jpeg"/>
                    <pic:cNvPicPr/>
                  </pic:nvPicPr>
                  <pic:blipFill>
                    <a:blip r:embed="rId6"/>
                    <a:srcRect t="9054" r="2346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97807" cy="294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7019" w:rsidRPr="004C7019">
        <w:rPr>
          <w:rFonts w:ascii="Times New Roman" w:hAnsi="Times New Roman" w:cs="Times New Roman"/>
          <w:sz w:val="52"/>
          <w:szCs w:val="52"/>
        </w:rPr>
        <w:t>Simple Skillet Flatbread</w:t>
      </w:r>
      <w:r w:rsidR="004C7019" w:rsidRPr="004C7019">
        <w:rPr>
          <w:rFonts w:ascii="Times New Roman" w:hAnsi="Times New Roman" w:cs="Times New Roman"/>
        </w:rPr>
        <w:t xml:space="preserve"> </w:t>
      </w:r>
    </w:p>
    <w:p w:rsidR="004C7019" w:rsidRPr="004C7019" w:rsidRDefault="004C7019" w:rsidP="004C7019">
      <w:pPr>
        <w:rPr>
          <w:rFonts w:ascii="Times New Roman" w:hAnsi="Times New Roman" w:cs="Times New Roman"/>
        </w:rPr>
      </w:pPr>
    </w:p>
    <w:p w:rsidR="004C7019" w:rsidRPr="004C7019" w:rsidRDefault="004C7019" w:rsidP="004C7019">
      <w:pPr>
        <w:rPr>
          <w:rFonts w:ascii="Times New Roman" w:hAnsi="Times New Roman" w:cs="Times New Roman"/>
        </w:rPr>
      </w:pPr>
    </w:p>
    <w:p w:rsidR="00D83264" w:rsidRPr="004C7019" w:rsidRDefault="004C7019">
      <w:pPr>
        <w:pStyle w:val="Heading3"/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Ingredients: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• 2 cups all-purpose flour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• 1 tsp baking powder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• 1 tsp salt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• 2 tbsp olive oil (or melted butter)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• ¾ cup warm water (add a splash more if needed)</w:t>
      </w:r>
    </w:p>
    <w:p w:rsidR="00D83264" w:rsidRPr="004C7019" w:rsidRDefault="004C7019">
      <w:pPr>
        <w:pStyle w:val="Heading3"/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Steps: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1. In a bowl, mix flour, baking powder, and salt.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2. Stir in olive oil and warm water until a soft dough forms.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3. Knead on a lightly floured surface for 2–3 minutes until smooth.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4. Divide into 6–8 pieces, roll each into a ball, then flatten into thin rounds (about ⅛–¼ inch thick).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5. Heat a dry skillet (cast iron if possible) over medium-high heat.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6. Cook each flatbread 1–2 minutes per side until golden spots appear and bread puffs slightly.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7. Keep warm in a towel until serving.</w:t>
      </w:r>
    </w:p>
    <w:p w:rsidR="00D83264" w:rsidRPr="004C7019" w:rsidRDefault="004C7019">
      <w:pPr>
        <w:pStyle w:val="Heading3"/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Chef Tip:</w:t>
      </w:r>
    </w:p>
    <w:p w:rsidR="00D83264" w:rsidRPr="004C7019" w:rsidRDefault="004C7019">
      <w:pPr>
        <w:rPr>
          <w:rFonts w:ascii="Times New Roman" w:hAnsi="Times New Roman" w:cs="Times New Roman"/>
        </w:rPr>
      </w:pPr>
      <w:r w:rsidRPr="004C7019">
        <w:rPr>
          <w:rFonts w:ascii="Times New Roman" w:hAnsi="Times New Roman" w:cs="Times New Roman"/>
        </w:rPr>
        <w:t>Brush with garlic butter or sprinkle parsley right after cooking for extra flavor. If you want a softer texture, cover the stack of flatbreads with a towel to trap steam.</w:t>
      </w:r>
    </w:p>
    <w:sectPr w:rsidR="00D83264" w:rsidRPr="004C7019" w:rsidSect="004C70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07B47"/>
    <w:rsid w:val="0015074B"/>
    <w:rsid w:val="0029639D"/>
    <w:rsid w:val="00326F90"/>
    <w:rsid w:val="004C7019"/>
    <w:rsid w:val="006D0975"/>
    <w:rsid w:val="00AA1D8D"/>
    <w:rsid w:val="00B47730"/>
    <w:rsid w:val="00CB0664"/>
    <w:rsid w:val="00D83264"/>
    <w:rsid w:val="00E0226D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0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832413-DD0F-4A37-B903-BEF9DEAB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866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2025-09-15T22:14:00Z</dcterms:created>
  <dcterms:modified xsi:type="dcterms:W3CDTF">2025-09-15T22:14:00Z</dcterms:modified>
</cp:coreProperties>
</file>