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E4058" w14:textId="77777777" w:rsidR="00517416" w:rsidRPr="004201F8" w:rsidRDefault="00237EC7">
      <w:pPr>
        <w:spacing w:after="20"/>
        <w:jc w:val="center"/>
        <w:rPr>
          <w:sz w:val="40"/>
          <w:szCs w:val="40"/>
        </w:rPr>
      </w:pPr>
      <w:r w:rsidRPr="004201F8">
        <w:rPr>
          <w:b/>
          <w:color w:val="174A35"/>
          <w:sz w:val="40"/>
          <w:szCs w:val="40"/>
        </w:rPr>
        <w:t>STILL WATERS, QUIET STRENGTH</w:t>
      </w:r>
    </w:p>
    <w:p w14:paraId="33973F3E" w14:textId="77777777" w:rsidR="00517416" w:rsidRPr="004201F8" w:rsidRDefault="00237EC7">
      <w:pPr>
        <w:spacing w:after="40"/>
        <w:jc w:val="center"/>
        <w:rPr>
          <w:sz w:val="32"/>
          <w:szCs w:val="32"/>
        </w:rPr>
      </w:pPr>
      <w:r w:rsidRPr="004201F8">
        <w:rPr>
          <w:b/>
          <w:color w:val="B18A3C"/>
          <w:sz w:val="32"/>
          <w:szCs w:val="32"/>
        </w:rPr>
        <w:t>A SIX-WEEK BIBLE STUDY</w:t>
      </w:r>
    </w:p>
    <w:p w14:paraId="4C620E1B" w14:textId="77777777" w:rsidR="00517416" w:rsidRPr="004201F8" w:rsidRDefault="00237EC7">
      <w:pPr>
        <w:spacing w:after="120"/>
        <w:jc w:val="center"/>
        <w:rPr>
          <w:sz w:val="28"/>
          <w:szCs w:val="28"/>
        </w:rPr>
      </w:pPr>
      <w:r w:rsidRPr="004201F8">
        <w:rPr>
          <w:b/>
          <w:i/>
          <w:color w:val="174A35"/>
          <w:sz w:val="28"/>
          <w:szCs w:val="28"/>
        </w:rPr>
        <w:t>Leader Announcement Template</w:t>
      </w:r>
    </w:p>
    <w:p w14:paraId="68C400D1" w14:textId="3C8C6699" w:rsidR="00517416" w:rsidRPr="004201F8" w:rsidRDefault="00237EC7">
      <w:pPr>
        <w:spacing w:after="100"/>
        <w:rPr>
          <w:sz w:val="24"/>
          <w:szCs w:val="24"/>
        </w:rPr>
      </w:pPr>
      <w:r w:rsidRPr="004201F8">
        <w:rPr>
          <w:color w:val="292929"/>
          <w:sz w:val="24"/>
          <w:szCs w:val="24"/>
        </w:rPr>
        <w:t>Use this page to prepare the details for your group announcement. Complete the information below, then share the details with prospective participants</w:t>
      </w:r>
      <w:r w:rsidR="00AA622A">
        <w:rPr>
          <w:color w:val="292929"/>
          <w:sz w:val="24"/>
          <w:szCs w:val="24"/>
        </w:rPr>
        <w:t xml:space="preserve"> in a flyer, event post, etc. that you design.</w:t>
      </w:r>
    </w:p>
    <w:p w14:paraId="4260380E" w14:textId="77777777" w:rsidR="00517416" w:rsidRPr="004201F8" w:rsidRDefault="00237EC7">
      <w:pPr>
        <w:spacing w:after="60"/>
        <w:jc w:val="center"/>
        <w:rPr>
          <w:sz w:val="24"/>
          <w:szCs w:val="24"/>
        </w:rPr>
      </w:pPr>
      <w:r w:rsidRPr="004201F8">
        <w:rPr>
          <w:b/>
          <w:color w:val="174A35"/>
          <w:sz w:val="24"/>
          <w:szCs w:val="24"/>
        </w:rPr>
        <w:t>BIBLE STUDY DETAILS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27"/>
        <w:gridCol w:w="5227"/>
      </w:tblGrid>
      <w:tr w:rsidR="00517416" w:rsidRPr="004201F8" w14:paraId="23AE97AF" w14:textId="77777777">
        <w:trPr>
          <w:jc w:val="center"/>
        </w:trPr>
        <w:tc>
          <w:tcPr>
            <w:tcW w:w="5227" w:type="dxa"/>
            <w:vAlign w:val="center"/>
          </w:tcPr>
          <w:p w14:paraId="00533AAB" w14:textId="77777777" w:rsidR="00517416" w:rsidRPr="004201F8" w:rsidRDefault="00237EC7">
            <w:pPr>
              <w:rPr>
                <w:sz w:val="24"/>
                <w:szCs w:val="24"/>
              </w:rPr>
            </w:pPr>
            <w:r w:rsidRPr="004201F8">
              <w:rPr>
                <w:b/>
                <w:color w:val="174A35"/>
                <w:sz w:val="24"/>
                <w:szCs w:val="24"/>
              </w:rPr>
              <w:t>Facilitator:</w:t>
            </w:r>
          </w:p>
        </w:tc>
        <w:tc>
          <w:tcPr>
            <w:tcW w:w="5227" w:type="dxa"/>
            <w:vAlign w:val="center"/>
          </w:tcPr>
          <w:p w14:paraId="13FE73D6" w14:textId="193CCF39" w:rsidR="00517416" w:rsidRPr="004201F8" w:rsidRDefault="00237EC7">
            <w:pPr>
              <w:rPr>
                <w:sz w:val="24"/>
                <w:szCs w:val="24"/>
              </w:rPr>
            </w:pPr>
            <w:r w:rsidRPr="004201F8">
              <w:rPr>
                <w:color w:val="174A35"/>
                <w:sz w:val="24"/>
                <w:szCs w:val="24"/>
              </w:rPr>
              <w:t>_________________________________________</w:t>
            </w:r>
          </w:p>
        </w:tc>
      </w:tr>
      <w:tr w:rsidR="00517416" w:rsidRPr="004201F8" w14:paraId="2A24304C" w14:textId="77777777">
        <w:trPr>
          <w:jc w:val="center"/>
        </w:trPr>
        <w:tc>
          <w:tcPr>
            <w:tcW w:w="5227" w:type="dxa"/>
            <w:vAlign w:val="center"/>
          </w:tcPr>
          <w:p w14:paraId="7BFDEC98" w14:textId="77777777" w:rsidR="00517416" w:rsidRPr="004201F8" w:rsidRDefault="00237EC7">
            <w:pPr>
              <w:rPr>
                <w:sz w:val="24"/>
                <w:szCs w:val="24"/>
              </w:rPr>
            </w:pPr>
            <w:r w:rsidRPr="004201F8">
              <w:rPr>
                <w:b/>
                <w:color w:val="174A35"/>
                <w:sz w:val="24"/>
                <w:szCs w:val="24"/>
              </w:rPr>
              <w:t>Email / Phone:</w:t>
            </w:r>
          </w:p>
        </w:tc>
        <w:tc>
          <w:tcPr>
            <w:tcW w:w="5227" w:type="dxa"/>
            <w:vAlign w:val="center"/>
          </w:tcPr>
          <w:p w14:paraId="576A7555" w14:textId="4CE682A4" w:rsidR="00517416" w:rsidRPr="004201F8" w:rsidRDefault="00237EC7">
            <w:pPr>
              <w:rPr>
                <w:sz w:val="24"/>
                <w:szCs w:val="24"/>
              </w:rPr>
            </w:pPr>
            <w:r w:rsidRPr="004201F8">
              <w:rPr>
                <w:color w:val="174A35"/>
                <w:sz w:val="24"/>
                <w:szCs w:val="24"/>
              </w:rPr>
              <w:t>_________________________________________</w:t>
            </w:r>
          </w:p>
        </w:tc>
      </w:tr>
      <w:tr w:rsidR="00517416" w:rsidRPr="004201F8" w14:paraId="41D834B4" w14:textId="77777777">
        <w:trPr>
          <w:jc w:val="center"/>
        </w:trPr>
        <w:tc>
          <w:tcPr>
            <w:tcW w:w="5227" w:type="dxa"/>
            <w:vAlign w:val="center"/>
          </w:tcPr>
          <w:p w14:paraId="495D9519" w14:textId="2F27BC73" w:rsidR="00517416" w:rsidRPr="004201F8" w:rsidRDefault="004201F8">
            <w:pPr>
              <w:rPr>
                <w:sz w:val="24"/>
                <w:szCs w:val="24"/>
              </w:rPr>
            </w:pPr>
            <w:r>
              <w:rPr>
                <w:b/>
                <w:color w:val="174A35"/>
                <w:sz w:val="24"/>
                <w:szCs w:val="24"/>
              </w:rPr>
              <w:t xml:space="preserve">Date </w:t>
            </w:r>
            <w:r w:rsidR="00237EC7" w:rsidRPr="004201F8">
              <w:rPr>
                <w:b/>
                <w:color w:val="174A35"/>
                <w:sz w:val="24"/>
                <w:szCs w:val="24"/>
              </w:rPr>
              <w:t>Study Begins:</w:t>
            </w:r>
          </w:p>
        </w:tc>
        <w:tc>
          <w:tcPr>
            <w:tcW w:w="5227" w:type="dxa"/>
            <w:vAlign w:val="center"/>
          </w:tcPr>
          <w:p w14:paraId="262DB07B" w14:textId="422EAB9D" w:rsidR="00517416" w:rsidRPr="004201F8" w:rsidRDefault="00237EC7">
            <w:pPr>
              <w:rPr>
                <w:sz w:val="24"/>
                <w:szCs w:val="24"/>
              </w:rPr>
            </w:pPr>
            <w:r w:rsidRPr="004201F8">
              <w:rPr>
                <w:color w:val="174A35"/>
                <w:sz w:val="24"/>
                <w:szCs w:val="24"/>
              </w:rPr>
              <w:t>_________________________________________</w:t>
            </w:r>
          </w:p>
        </w:tc>
      </w:tr>
      <w:tr w:rsidR="00517416" w:rsidRPr="004201F8" w14:paraId="41CD0BE0" w14:textId="77777777">
        <w:trPr>
          <w:jc w:val="center"/>
        </w:trPr>
        <w:tc>
          <w:tcPr>
            <w:tcW w:w="5227" w:type="dxa"/>
            <w:vAlign w:val="center"/>
          </w:tcPr>
          <w:p w14:paraId="1E6AA4F3" w14:textId="38CC3D31" w:rsidR="00517416" w:rsidRPr="004201F8" w:rsidRDefault="004201F8">
            <w:pPr>
              <w:rPr>
                <w:sz w:val="24"/>
                <w:szCs w:val="24"/>
              </w:rPr>
            </w:pPr>
            <w:r>
              <w:rPr>
                <w:b/>
                <w:color w:val="174A35"/>
                <w:sz w:val="24"/>
                <w:szCs w:val="24"/>
              </w:rPr>
              <w:t xml:space="preserve">Date </w:t>
            </w:r>
            <w:r w:rsidR="00237EC7" w:rsidRPr="004201F8">
              <w:rPr>
                <w:b/>
                <w:color w:val="174A35"/>
                <w:sz w:val="24"/>
                <w:szCs w:val="24"/>
              </w:rPr>
              <w:t>Study Ends:</w:t>
            </w:r>
          </w:p>
        </w:tc>
        <w:tc>
          <w:tcPr>
            <w:tcW w:w="5227" w:type="dxa"/>
            <w:vAlign w:val="center"/>
          </w:tcPr>
          <w:p w14:paraId="7C46C3A8" w14:textId="137A7E4E" w:rsidR="00517416" w:rsidRPr="004201F8" w:rsidRDefault="00237EC7">
            <w:pPr>
              <w:rPr>
                <w:sz w:val="24"/>
                <w:szCs w:val="24"/>
              </w:rPr>
            </w:pPr>
            <w:r w:rsidRPr="004201F8">
              <w:rPr>
                <w:color w:val="174A35"/>
                <w:sz w:val="24"/>
                <w:szCs w:val="24"/>
              </w:rPr>
              <w:t>_________________________________________</w:t>
            </w:r>
          </w:p>
        </w:tc>
      </w:tr>
      <w:tr w:rsidR="00517416" w:rsidRPr="004201F8" w14:paraId="569F8F58" w14:textId="77777777">
        <w:trPr>
          <w:jc w:val="center"/>
        </w:trPr>
        <w:tc>
          <w:tcPr>
            <w:tcW w:w="5227" w:type="dxa"/>
            <w:vAlign w:val="center"/>
          </w:tcPr>
          <w:p w14:paraId="724D765A" w14:textId="42037218" w:rsidR="00517416" w:rsidRPr="004201F8" w:rsidRDefault="004201F8">
            <w:pPr>
              <w:rPr>
                <w:sz w:val="24"/>
                <w:szCs w:val="24"/>
              </w:rPr>
            </w:pPr>
            <w:r>
              <w:rPr>
                <w:b/>
                <w:color w:val="174A35"/>
                <w:sz w:val="24"/>
                <w:szCs w:val="24"/>
              </w:rPr>
              <w:t xml:space="preserve">Meeting </w:t>
            </w:r>
            <w:r w:rsidR="00237EC7" w:rsidRPr="004201F8">
              <w:rPr>
                <w:b/>
                <w:color w:val="174A35"/>
                <w:sz w:val="24"/>
                <w:szCs w:val="24"/>
              </w:rPr>
              <w:t>Day of the Week:</w:t>
            </w:r>
          </w:p>
        </w:tc>
        <w:tc>
          <w:tcPr>
            <w:tcW w:w="5227" w:type="dxa"/>
            <w:vAlign w:val="center"/>
          </w:tcPr>
          <w:p w14:paraId="20C23CB4" w14:textId="5D4C28C3" w:rsidR="00517416" w:rsidRPr="004201F8" w:rsidRDefault="00237EC7">
            <w:pPr>
              <w:rPr>
                <w:sz w:val="24"/>
                <w:szCs w:val="24"/>
              </w:rPr>
            </w:pPr>
            <w:r w:rsidRPr="004201F8">
              <w:rPr>
                <w:color w:val="174A35"/>
                <w:sz w:val="24"/>
                <w:szCs w:val="24"/>
              </w:rPr>
              <w:t>_________________________________________</w:t>
            </w:r>
          </w:p>
        </w:tc>
      </w:tr>
      <w:tr w:rsidR="00517416" w:rsidRPr="004201F8" w14:paraId="022004C5" w14:textId="77777777">
        <w:trPr>
          <w:jc w:val="center"/>
        </w:trPr>
        <w:tc>
          <w:tcPr>
            <w:tcW w:w="5227" w:type="dxa"/>
            <w:vAlign w:val="center"/>
          </w:tcPr>
          <w:p w14:paraId="424B0786" w14:textId="77777777" w:rsidR="00517416" w:rsidRPr="004201F8" w:rsidRDefault="00237EC7">
            <w:pPr>
              <w:rPr>
                <w:sz w:val="24"/>
                <w:szCs w:val="24"/>
              </w:rPr>
            </w:pPr>
            <w:r w:rsidRPr="004201F8">
              <w:rPr>
                <w:b/>
                <w:color w:val="174A35"/>
                <w:sz w:val="24"/>
                <w:szCs w:val="24"/>
              </w:rPr>
              <w:t>Meeting Time:</w:t>
            </w:r>
          </w:p>
        </w:tc>
        <w:tc>
          <w:tcPr>
            <w:tcW w:w="5227" w:type="dxa"/>
            <w:vAlign w:val="center"/>
          </w:tcPr>
          <w:p w14:paraId="536C7060" w14:textId="4DC4A40B" w:rsidR="00517416" w:rsidRPr="004201F8" w:rsidRDefault="00237EC7">
            <w:pPr>
              <w:rPr>
                <w:sz w:val="24"/>
                <w:szCs w:val="24"/>
              </w:rPr>
            </w:pPr>
            <w:r w:rsidRPr="004201F8">
              <w:rPr>
                <w:color w:val="174A35"/>
                <w:sz w:val="24"/>
                <w:szCs w:val="24"/>
              </w:rPr>
              <w:t>_________________________________________</w:t>
            </w:r>
          </w:p>
        </w:tc>
      </w:tr>
      <w:tr w:rsidR="00517416" w:rsidRPr="004201F8" w14:paraId="23417B44" w14:textId="77777777">
        <w:trPr>
          <w:jc w:val="center"/>
        </w:trPr>
        <w:tc>
          <w:tcPr>
            <w:tcW w:w="5227" w:type="dxa"/>
            <w:vAlign w:val="center"/>
          </w:tcPr>
          <w:p w14:paraId="2163B0A4" w14:textId="77777777" w:rsidR="00517416" w:rsidRPr="004201F8" w:rsidRDefault="00237EC7">
            <w:pPr>
              <w:rPr>
                <w:sz w:val="24"/>
                <w:szCs w:val="24"/>
              </w:rPr>
            </w:pPr>
            <w:r w:rsidRPr="004201F8">
              <w:rPr>
                <w:b/>
                <w:color w:val="174A35"/>
                <w:sz w:val="24"/>
                <w:szCs w:val="24"/>
              </w:rPr>
              <w:t>Meeting Length:</w:t>
            </w:r>
          </w:p>
        </w:tc>
        <w:tc>
          <w:tcPr>
            <w:tcW w:w="5227" w:type="dxa"/>
            <w:vAlign w:val="center"/>
          </w:tcPr>
          <w:p w14:paraId="087C4A77" w14:textId="0BD626B8" w:rsidR="00517416" w:rsidRPr="004201F8" w:rsidRDefault="00237EC7">
            <w:pPr>
              <w:rPr>
                <w:sz w:val="24"/>
                <w:szCs w:val="24"/>
              </w:rPr>
            </w:pPr>
            <w:r w:rsidRPr="004201F8">
              <w:rPr>
                <w:color w:val="174A35"/>
                <w:sz w:val="24"/>
                <w:szCs w:val="24"/>
              </w:rPr>
              <w:t>_________________________________________</w:t>
            </w:r>
          </w:p>
        </w:tc>
      </w:tr>
    </w:tbl>
    <w:p w14:paraId="2222B6D9" w14:textId="77777777" w:rsidR="00517416" w:rsidRDefault="00517416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27"/>
        <w:gridCol w:w="5227"/>
      </w:tblGrid>
      <w:tr w:rsidR="00517416" w14:paraId="008DB470" w14:textId="77777777">
        <w:trPr>
          <w:jc w:val="center"/>
        </w:trPr>
        <w:tc>
          <w:tcPr>
            <w:tcW w:w="5227" w:type="dxa"/>
            <w:shd w:val="clear" w:color="auto" w:fill="F3EBD9"/>
          </w:tcPr>
          <w:p w14:paraId="28CD5FD3" w14:textId="77777777" w:rsidR="00517416" w:rsidRPr="004201F8" w:rsidRDefault="00237EC7">
            <w:pPr>
              <w:jc w:val="center"/>
              <w:rPr>
                <w:sz w:val="24"/>
                <w:szCs w:val="24"/>
              </w:rPr>
            </w:pPr>
            <w:r w:rsidRPr="004201F8">
              <w:rPr>
                <w:b/>
                <w:color w:val="174A35"/>
                <w:sz w:val="24"/>
                <w:szCs w:val="24"/>
              </w:rPr>
              <w:t>FOR IN-PERSON GROUPS</w:t>
            </w:r>
          </w:p>
          <w:p w14:paraId="69E1F5F2" w14:textId="77777777" w:rsidR="00517416" w:rsidRPr="004201F8" w:rsidRDefault="00237EC7">
            <w:pPr>
              <w:spacing w:after="20"/>
              <w:rPr>
                <w:sz w:val="24"/>
                <w:szCs w:val="24"/>
              </w:rPr>
            </w:pPr>
            <w:r w:rsidRPr="004201F8">
              <w:rPr>
                <w:color w:val="292929"/>
                <w:sz w:val="24"/>
                <w:szCs w:val="24"/>
              </w:rPr>
              <w:t>Location:  __________________________</w:t>
            </w:r>
          </w:p>
          <w:p w14:paraId="1CA52C05" w14:textId="7D7336BA" w:rsidR="00517416" w:rsidRPr="004201F8" w:rsidRDefault="00237EC7">
            <w:pPr>
              <w:spacing w:after="20"/>
              <w:rPr>
                <w:sz w:val="24"/>
                <w:szCs w:val="24"/>
              </w:rPr>
            </w:pPr>
            <w:r w:rsidRPr="004201F8">
              <w:rPr>
                <w:color w:val="292929"/>
                <w:sz w:val="24"/>
                <w:szCs w:val="24"/>
              </w:rPr>
              <w:t>Address:  __________________________</w:t>
            </w:r>
            <w:r w:rsidR="004201F8">
              <w:rPr>
                <w:color w:val="292929"/>
                <w:sz w:val="24"/>
                <w:szCs w:val="24"/>
              </w:rPr>
              <w:t>________________________________________________________</w:t>
            </w:r>
          </w:p>
        </w:tc>
        <w:tc>
          <w:tcPr>
            <w:tcW w:w="5227" w:type="dxa"/>
            <w:shd w:val="clear" w:color="auto" w:fill="F3EBD9"/>
          </w:tcPr>
          <w:p w14:paraId="07966CE6" w14:textId="77777777" w:rsidR="00517416" w:rsidRPr="004201F8" w:rsidRDefault="00237EC7">
            <w:pPr>
              <w:jc w:val="center"/>
              <w:rPr>
                <w:sz w:val="24"/>
                <w:szCs w:val="24"/>
              </w:rPr>
            </w:pPr>
            <w:r w:rsidRPr="004201F8">
              <w:rPr>
                <w:b/>
                <w:color w:val="174A35"/>
                <w:sz w:val="24"/>
                <w:szCs w:val="24"/>
              </w:rPr>
              <w:t>FOR VIRTUAL GROUPS</w:t>
            </w:r>
          </w:p>
          <w:p w14:paraId="30DC660F" w14:textId="77777777" w:rsidR="00517416" w:rsidRPr="004201F8" w:rsidRDefault="00237EC7">
            <w:pPr>
              <w:spacing w:after="20"/>
              <w:rPr>
                <w:sz w:val="24"/>
                <w:szCs w:val="24"/>
              </w:rPr>
            </w:pPr>
            <w:r w:rsidRPr="004201F8">
              <w:rPr>
                <w:color w:val="292929"/>
                <w:sz w:val="24"/>
                <w:szCs w:val="24"/>
              </w:rPr>
              <w:t>Virtual Platform:  __________________________</w:t>
            </w:r>
          </w:p>
          <w:p w14:paraId="12441143" w14:textId="02FC578C" w:rsidR="00517416" w:rsidRPr="004201F8" w:rsidRDefault="00237EC7">
            <w:pPr>
              <w:spacing w:after="20"/>
              <w:rPr>
                <w:sz w:val="24"/>
                <w:szCs w:val="24"/>
              </w:rPr>
            </w:pPr>
            <w:r w:rsidRPr="004201F8">
              <w:rPr>
                <w:color w:val="292929"/>
                <w:sz w:val="24"/>
                <w:szCs w:val="24"/>
              </w:rPr>
              <w:t>Meeting Link:  __________________________</w:t>
            </w:r>
            <w:r w:rsidR="004201F8">
              <w:rPr>
                <w:color w:val="292929"/>
                <w:sz w:val="24"/>
                <w:szCs w:val="24"/>
              </w:rPr>
              <w:t>__</w:t>
            </w:r>
          </w:p>
          <w:p w14:paraId="5856F993" w14:textId="3DE9C9B6" w:rsidR="00517416" w:rsidRPr="004201F8" w:rsidRDefault="00237EC7">
            <w:pPr>
              <w:spacing w:after="20"/>
              <w:rPr>
                <w:sz w:val="24"/>
                <w:szCs w:val="24"/>
              </w:rPr>
            </w:pPr>
            <w:r w:rsidRPr="004201F8">
              <w:rPr>
                <w:color w:val="292929"/>
                <w:sz w:val="24"/>
                <w:szCs w:val="24"/>
              </w:rPr>
              <w:t>Meeting ID:  __________________________</w:t>
            </w:r>
            <w:r w:rsidR="004201F8">
              <w:rPr>
                <w:color w:val="292929"/>
                <w:sz w:val="24"/>
                <w:szCs w:val="24"/>
              </w:rPr>
              <w:t>____</w:t>
            </w:r>
          </w:p>
          <w:p w14:paraId="1BB16C1F" w14:textId="45DBBAD1" w:rsidR="00517416" w:rsidRPr="004201F8" w:rsidRDefault="00237EC7">
            <w:pPr>
              <w:spacing w:after="20"/>
              <w:rPr>
                <w:sz w:val="24"/>
                <w:szCs w:val="24"/>
              </w:rPr>
            </w:pPr>
            <w:r w:rsidRPr="004201F8">
              <w:rPr>
                <w:color w:val="292929"/>
                <w:sz w:val="24"/>
                <w:szCs w:val="24"/>
              </w:rPr>
              <w:t>Passcode:  __________________________</w:t>
            </w:r>
            <w:r w:rsidR="004201F8">
              <w:rPr>
                <w:color w:val="292929"/>
                <w:sz w:val="24"/>
                <w:szCs w:val="24"/>
              </w:rPr>
              <w:t>______</w:t>
            </w:r>
          </w:p>
        </w:tc>
      </w:tr>
    </w:tbl>
    <w:p w14:paraId="574FD1A0" w14:textId="77777777" w:rsidR="00517416" w:rsidRPr="004201F8" w:rsidRDefault="00237EC7">
      <w:pPr>
        <w:spacing w:before="80" w:after="40"/>
        <w:jc w:val="center"/>
        <w:rPr>
          <w:sz w:val="24"/>
          <w:szCs w:val="24"/>
        </w:rPr>
      </w:pPr>
      <w:r w:rsidRPr="004201F8">
        <w:rPr>
          <w:b/>
          <w:color w:val="174A35"/>
          <w:sz w:val="24"/>
          <w:szCs w:val="24"/>
        </w:rPr>
        <w:t>WHAT PARTICIPANTS WILL NEED</w:t>
      </w:r>
    </w:p>
    <w:p w14:paraId="2C29D606" w14:textId="37AEA25A" w:rsidR="00517416" w:rsidRPr="004201F8" w:rsidRDefault="00237EC7">
      <w:pPr>
        <w:spacing w:after="20"/>
        <w:rPr>
          <w:sz w:val="24"/>
          <w:szCs w:val="24"/>
        </w:rPr>
      </w:pPr>
      <w:r w:rsidRPr="004201F8">
        <w:rPr>
          <w:color w:val="292929"/>
          <w:sz w:val="24"/>
          <w:szCs w:val="24"/>
        </w:rPr>
        <w:t xml:space="preserve">• </w:t>
      </w:r>
      <w:r w:rsidRPr="00AA622A">
        <w:rPr>
          <w:i/>
          <w:iCs/>
          <w:color w:val="292929"/>
          <w:sz w:val="24"/>
          <w:szCs w:val="24"/>
        </w:rPr>
        <w:t xml:space="preserve">Still Waters, Quiet Strength: </w:t>
      </w:r>
      <w:r w:rsidR="00AA622A" w:rsidRPr="00AA622A">
        <w:rPr>
          <w:i/>
          <w:iCs/>
          <w:color w:val="292929"/>
          <w:sz w:val="24"/>
          <w:szCs w:val="24"/>
        </w:rPr>
        <w:t>30 Days of Developing Deep Roots in Difficult Seasons</w:t>
      </w:r>
      <w:r w:rsidRPr="004201F8">
        <w:rPr>
          <w:color w:val="292929"/>
          <w:sz w:val="24"/>
          <w:szCs w:val="24"/>
        </w:rPr>
        <w:t xml:space="preserve"> </w:t>
      </w:r>
      <w:r w:rsidR="00AA622A">
        <w:rPr>
          <w:color w:val="292929"/>
          <w:sz w:val="24"/>
          <w:szCs w:val="24"/>
        </w:rPr>
        <w:t xml:space="preserve">(30-Day Devotional) </w:t>
      </w:r>
      <w:r w:rsidRPr="004201F8">
        <w:rPr>
          <w:color w:val="292929"/>
          <w:sz w:val="24"/>
          <w:szCs w:val="24"/>
        </w:rPr>
        <w:t xml:space="preserve">by </w:t>
      </w:r>
      <w:r w:rsidRPr="004201F8">
        <w:rPr>
          <w:color w:val="292929"/>
          <w:sz w:val="24"/>
          <w:szCs w:val="24"/>
        </w:rPr>
        <w:t>Dr. Paula S. Newman</w:t>
      </w:r>
    </w:p>
    <w:p w14:paraId="5C045C86" w14:textId="77777777" w:rsidR="00517416" w:rsidRPr="004201F8" w:rsidRDefault="00237EC7">
      <w:pPr>
        <w:spacing w:after="20"/>
        <w:rPr>
          <w:sz w:val="24"/>
          <w:szCs w:val="24"/>
        </w:rPr>
      </w:pPr>
      <w:r w:rsidRPr="004201F8">
        <w:rPr>
          <w:color w:val="292929"/>
          <w:sz w:val="24"/>
          <w:szCs w:val="24"/>
        </w:rPr>
        <w:t xml:space="preserve">• </w:t>
      </w:r>
      <w:r w:rsidRPr="00AA622A">
        <w:rPr>
          <w:i/>
          <w:iCs/>
          <w:color w:val="292929"/>
          <w:sz w:val="24"/>
          <w:szCs w:val="24"/>
        </w:rPr>
        <w:t>Still Waters, Quiet Strength: A Six-Week Bible Study Guide</w:t>
      </w:r>
      <w:r w:rsidRPr="004201F8">
        <w:rPr>
          <w:color w:val="292929"/>
          <w:sz w:val="24"/>
          <w:szCs w:val="24"/>
        </w:rPr>
        <w:t xml:space="preserve"> by Dr. Paula S. Newman</w:t>
      </w:r>
    </w:p>
    <w:p w14:paraId="2E5E714C" w14:textId="0AC5CBEC" w:rsidR="00517416" w:rsidRDefault="00237EC7">
      <w:pPr>
        <w:spacing w:after="80"/>
        <w:rPr>
          <w:color w:val="292929"/>
          <w:sz w:val="24"/>
          <w:szCs w:val="24"/>
        </w:rPr>
      </w:pPr>
      <w:r w:rsidRPr="004201F8">
        <w:rPr>
          <w:color w:val="292929"/>
          <w:sz w:val="24"/>
          <w:szCs w:val="24"/>
        </w:rPr>
        <w:t xml:space="preserve">• </w:t>
      </w:r>
      <w:bookmarkStart w:id="0" w:name="_Hlk241085111"/>
      <w:r w:rsidRPr="004201F8">
        <w:rPr>
          <w:color w:val="292929"/>
          <w:sz w:val="24"/>
          <w:szCs w:val="24"/>
        </w:rPr>
        <w:t xml:space="preserve">A Bible </w:t>
      </w:r>
      <w:r w:rsidR="004201F8">
        <w:rPr>
          <w:color w:val="292929"/>
          <w:sz w:val="24"/>
          <w:szCs w:val="24"/>
        </w:rPr>
        <w:t>or Bible App</w:t>
      </w:r>
      <w:bookmarkEnd w:id="0"/>
    </w:p>
    <w:p w14:paraId="782D4AAC" w14:textId="77777777" w:rsidR="00517416" w:rsidRPr="004201F8" w:rsidRDefault="00237EC7" w:rsidP="00AA622A">
      <w:pPr>
        <w:spacing w:after="40"/>
        <w:jc w:val="center"/>
        <w:rPr>
          <w:sz w:val="24"/>
          <w:szCs w:val="24"/>
        </w:rPr>
      </w:pPr>
      <w:r w:rsidRPr="004201F8">
        <w:rPr>
          <w:b/>
          <w:color w:val="174A35"/>
          <w:sz w:val="24"/>
          <w:szCs w:val="24"/>
        </w:rPr>
        <w:t>O</w:t>
      </w:r>
      <w:r w:rsidRPr="004201F8">
        <w:rPr>
          <w:b/>
          <w:color w:val="174A35"/>
          <w:sz w:val="24"/>
          <w:szCs w:val="24"/>
        </w:rPr>
        <w:t>PTIONAL ANNOUNCEMENT WORDING</w:t>
      </w:r>
    </w:p>
    <w:p w14:paraId="7C968F0F" w14:textId="1AB20AE8" w:rsidR="00517416" w:rsidRPr="004201F8" w:rsidRDefault="00237EC7">
      <w:pPr>
        <w:spacing w:after="60"/>
        <w:rPr>
          <w:sz w:val="24"/>
          <w:szCs w:val="24"/>
        </w:rPr>
      </w:pPr>
      <w:r w:rsidRPr="004201F8">
        <w:rPr>
          <w:color w:val="292929"/>
          <w:sz w:val="24"/>
          <w:szCs w:val="24"/>
        </w:rPr>
        <w:t>You’re invited to join us for a six-week journey through Still Waters, Quiet Strength. Together</w:t>
      </w:r>
      <w:r w:rsidR="004201F8">
        <w:rPr>
          <w:color w:val="292929"/>
          <w:sz w:val="24"/>
          <w:szCs w:val="24"/>
        </w:rPr>
        <w:t xml:space="preserve"> w</w:t>
      </w:r>
      <w:r w:rsidRPr="004201F8">
        <w:rPr>
          <w:color w:val="292929"/>
          <w:sz w:val="24"/>
          <w:szCs w:val="24"/>
        </w:rPr>
        <w:t>e</w:t>
      </w:r>
      <w:r w:rsidR="004201F8">
        <w:rPr>
          <w:color w:val="292929"/>
          <w:sz w:val="24"/>
          <w:szCs w:val="24"/>
        </w:rPr>
        <w:t xml:space="preserve"> wi</w:t>
      </w:r>
      <w:r w:rsidRPr="004201F8">
        <w:rPr>
          <w:color w:val="292929"/>
          <w:sz w:val="24"/>
          <w:szCs w:val="24"/>
        </w:rPr>
        <w:t>ll gather around God’s Word to explore what it means to grow deep roots, trust God in difficult seasons, develop quiet strength, and remain faithful when God seems silent.</w:t>
      </w:r>
    </w:p>
    <w:p w14:paraId="36FB25EA" w14:textId="67011955" w:rsidR="00517416" w:rsidRPr="004201F8" w:rsidRDefault="00237EC7">
      <w:pPr>
        <w:spacing w:after="60"/>
        <w:rPr>
          <w:sz w:val="24"/>
          <w:szCs w:val="24"/>
        </w:rPr>
      </w:pPr>
      <w:r w:rsidRPr="004201F8">
        <w:rPr>
          <w:color w:val="292929"/>
          <w:sz w:val="24"/>
          <w:szCs w:val="24"/>
        </w:rPr>
        <w:t xml:space="preserve">Together, we’ll read </w:t>
      </w:r>
      <w:r w:rsidR="004201F8">
        <w:rPr>
          <w:color w:val="292929"/>
          <w:sz w:val="24"/>
          <w:szCs w:val="24"/>
        </w:rPr>
        <w:t>s</w:t>
      </w:r>
      <w:r w:rsidRPr="004201F8">
        <w:rPr>
          <w:color w:val="292929"/>
          <w:sz w:val="24"/>
          <w:szCs w:val="24"/>
        </w:rPr>
        <w:t>cripture, share meaningful conversation, encourage one another, and discover practical ways to live out what we are learning.</w:t>
      </w:r>
    </w:p>
    <w:p w14:paraId="79E5D847" w14:textId="633F3208" w:rsidR="00517416" w:rsidRPr="00AA622A" w:rsidRDefault="00237EC7" w:rsidP="00AA622A">
      <w:pPr>
        <w:spacing w:after="100"/>
        <w:jc w:val="center"/>
        <w:rPr>
          <w:b/>
          <w:bCs/>
          <w:sz w:val="24"/>
          <w:szCs w:val="24"/>
        </w:rPr>
      </w:pPr>
      <w:r w:rsidRPr="00AA622A">
        <w:rPr>
          <w:b/>
          <w:bCs/>
          <w:i/>
          <w:color w:val="174A35"/>
          <w:sz w:val="24"/>
          <w:szCs w:val="24"/>
        </w:rPr>
        <w:t>No matter where you are on your faith journey, you are welcome at the water’s edge.</w:t>
      </w:r>
    </w:p>
    <w:sectPr w:rsidR="00517416" w:rsidRPr="00AA622A" w:rsidSect="00AA622A">
      <w:footerReference w:type="default" r:id="rId8"/>
      <w:pgSz w:w="12240" w:h="15840"/>
      <w:pgMar w:top="720" w:right="893" w:bottom="792" w:left="893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74961" w14:textId="77777777" w:rsidR="004201F8" w:rsidRDefault="004201F8" w:rsidP="004201F8">
      <w:pPr>
        <w:spacing w:after="0" w:line="240" w:lineRule="auto"/>
      </w:pPr>
      <w:r>
        <w:separator/>
      </w:r>
    </w:p>
  </w:endnote>
  <w:endnote w:type="continuationSeparator" w:id="0">
    <w:p w14:paraId="46458FC0" w14:textId="77777777" w:rsidR="004201F8" w:rsidRDefault="004201F8" w:rsidP="004201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E3479" w14:textId="276027BF" w:rsidR="004201F8" w:rsidRPr="004201F8" w:rsidRDefault="004201F8" w:rsidP="004201F8">
    <w:pPr>
      <w:spacing w:before="280"/>
      <w:jc w:val="center"/>
      <w:rPr>
        <w:color w:val="292929"/>
        <w:sz w:val="20"/>
        <w:szCs w:val="20"/>
      </w:rPr>
    </w:pPr>
    <w:r w:rsidRPr="004201F8">
      <w:rPr>
        <w:b/>
        <w:color w:val="174A35"/>
        <w:sz w:val="20"/>
        <w:szCs w:val="20"/>
      </w:rPr>
      <w:t>Grace &amp; Growth Media</w:t>
    </w:r>
  </w:p>
  <w:p w14:paraId="10BFE9EA" w14:textId="77777777" w:rsidR="004201F8" w:rsidRPr="004201F8" w:rsidRDefault="004201F8" w:rsidP="004201F8">
    <w:pPr>
      <w:spacing w:after="0"/>
      <w:jc w:val="center"/>
      <w:rPr>
        <w:color w:val="174A35"/>
        <w:sz w:val="20"/>
        <w:szCs w:val="20"/>
      </w:rPr>
    </w:pPr>
    <w:r w:rsidRPr="004201F8">
      <w:rPr>
        <w:color w:val="174A35"/>
        <w:sz w:val="20"/>
        <w:szCs w:val="20"/>
      </w:rPr>
      <w:t>Still Waters, Quiet Strength: A Six-Week Bible Study</w:t>
    </w:r>
  </w:p>
  <w:p w14:paraId="2D7D7553" w14:textId="77777777" w:rsidR="004201F8" w:rsidRPr="004201F8" w:rsidRDefault="004201F8" w:rsidP="004201F8">
    <w:pPr>
      <w:spacing w:after="260"/>
      <w:jc w:val="center"/>
      <w:rPr>
        <w:color w:val="292929"/>
        <w:sz w:val="20"/>
        <w:szCs w:val="20"/>
      </w:rPr>
    </w:pPr>
    <w:r w:rsidRPr="004201F8">
      <w:rPr>
        <w:i/>
        <w:color w:val="B28B3B"/>
        <w:sz w:val="20"/>
        <w:szCs w:val="20"/>
      </w:rPr>
      <w:t>Growing Deeper. Living Stronger.</w:t>
    </w:r>
  </w:p>
  <w:p w14:paraId="62DFC889" w14:textId="51BBA971" w:rsidR="004201F8" w:rsidRDefault="004201F8">
    <w:pPr>
      <w:pStyle w:val="Footer"/>
    </w:pPr>
  </w:p>
  <w:p w14:paraId="7B19664C" w14:textId="77777777" w:rsidR="004201F8" w:rsidRDefault="004201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F0A93" w14:textId="77777777" w:rsidR="004201F8" w:rsidRDefault="004201F8" w:rsidP="004201F8">
      <w:pPr>
        <w:spacing w:after="0" w:line="240" w:lineRule="auto"/>
      </w:pPr>
      <w:r>
        <w:separator/>
      </w:r>
    </w:p>
  </w:footnote>
  <w:footnote w:type="continuationSeparator" w:id="0">
    <w:p w14:paraId="69E1016A" w14:textId="77777777" w:rsidR="004201F8" w:rsidRDefault="004201F8" w:rsidP="004201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37412943">
    <w:abstractNumId w:val="8"/>
  </w:num>
  <w:num w:numId="2" w16cid:durableId="366683971">
    <w:abstractNumId w:val="6"/>
  </w:num>
  <w:num w:numId="3" w16cid:durableId="944654962">
    <w:abstractNumId w:val="5"/>
  </w:num>
  <w:num w:numId="4" w16cid:durableId="1864241908">
    <w:abstractNumId w:val="4"/>
  </w:num>
  <w:num w:numId="5" w16cid:durableId="1699231580">
    <w:abstractNumId w:val="7"/>
  </w:num>
  <w:num w:numId="6" w16cid:durableId="315108993">
    <w:abstractNumId w:val="3"/>
  </w:num>
  <w:num w:numId="7" w16cid:durableId="869807284">
    <w:abstractNumId w:val="2"/>
  </w:num>
  <w:num w:numId="8" w16cid:durableId="149054580">
    <w:abstractNumId w:val="1"/>
  </w:num>
  <w:num w:numId="9" w16cid:durableId="7852723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37EC7"/>
    <w:rsid w:val="0029639D"/>
    <w:rsid w:val="00326F90"/>
    <w:rsid w:val="004201F8"/>
    <w:rsid w:val="00517416"/>
    <w:rsid w:val="00AA1D8D"/>
    <w:rsid w:val="00AA622A"/>
    <w:rsid w:val="00B0377A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E5A89B"/>
  <w14:defaultImageDpi w14:val="300"/>
  <w15:docId w15:val="{092DE5EA-65DD-41F8-A719-FB0DF1E6C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Paula Newman</cp:lastModifiedBy>
  <cp:revision>2</cp:revision>
  <dcterms:created xsi:type="dcterms:W3CDTF">2026-09-23T23:56:00Z</dcterms:created>
  <dcterms:modified xsi:type="dcterms:W3CDTF">2026-09-23T23:56:00Z</dcterms:modified>
  <cp:category/>
</cp:coreProperties>
</file>