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88710" w14:textId="77777777" w:rsidR="006241B1" w:rsidRPr="006607B1" w:rsidRDefault="00000000">
      <w:pPr>
        <w:pStyle w:val="Title"/>
        <w:jc w:val="center"/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Children's Museum Capital Campaign</w:t>
      </w:r>
    </w:p>
    <w:p w14:paraId="6EE0CAD6" w14:textId="61010053" w:rsidR="006241B1" w:rsidRPr="006607B1" w:rsidRDefault="00000000" w:rsidP="00CA2673">
      <w:pPr>
        <w:jc w:val="center"/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  <w:b/>
        </w:rPr>
        <w:t>Building a Place Where Curiosity Grows</w:t>
      </w:r>
    </w:p>
    <w:p w14:paraId="40D257FF" w14:textId="77777777" w:rsidR="006241B1" w:rsidRPr="0047199C" w:rsidRDefault="00000000">
      <w:pPr>
        <w:pStyle w:val="Heading1"/>
        <w:rPr>
          <w:rFonts w:ascii="Calibri Light" w:hAnsi="Calibri Light" w:cs="Calibri Light"/>
          <w:color w:val="17365D" w:themeColor="text2" w:themeShade="BF"/>
        </w:rPr>
      </w:pPr>
      <w:r w:rsidRPr="0047199C">
        <w:rPr>
          <w:rFonts w:ascii="Calibri Light" w:hAnsi="Calibri Light" w:cs="Calibri Light"/>
          <w:color w:val="17365D" w:themeColor="text2" w:themeShade="BF"/>
        </w:rPr>
        <w:t>Donation Recognition Levels &amp; Benefits</w:t>
      </w:r>
    </w:p>
    <w:p w14:paraId="6086ACF9" w14:textId="77777777" w:rsidR="006241B1" w:rsidRPr="0047199C" w:rsidRDefault="00000000">
      <w:pPr>
        <w:pStyle w:val="Heading2"/>
        <w:rPr>
          <w:rFonts w:ascii="Calibri Light" w:hAnsi="Calibri Light" w:cs="Calibri Light"/>
          <w:color w:val="17365D" w:themeColor="text2" w:themeShade="BF"/>
        </w:rPr>
      </w:pPr>
      <w:r w:rsidRPr="0047199C">
        <w:rPr>
          <w:rFonts w:ascii="Calibri Light" w:hAnsi="Calibri Light" w:cs="Calibri Light"/>
          <w:color w:val="17365D" w:themeColor="text2" w:themeShade="BF"/>
        </w:rPr>
        <w:t>Legacy Donors | $1–$249</w:t>
      </w:r>
    </w:p>
    <w:p w14:paraId="29A6B668" w14:textId="77777777" w:rsidR="006241B1" w:rsidRPr="006607B1" w:rsidRDefault="00000000">
      <w:pPr>
        <w:pStyle w:val="ListBullet"/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Every gift helps build the museum and is sincerely appreciated.</w:t>
      </w:r>
    </w:p>
    <w:p w14:paraId="7BB08779" w14:textId="77777777" w:rsidR="006241B1" w:rsidRPr="0047199C" w:rsidRDefault="00000000">
      <w:pPr>
        <w:pStyle w:val="Heading2"/>
        <w:rPr>
          <w:rFonts w:ascii="Calibri Light" w:hAnsi="Calibri Light" w:cs="Calibri Light"/>
          <w:color w:val="17365D" w:themeColor="text2" w:themeShade="BF"/>
        </w:rPr>
      </w:pPr>
      <w:r w:rsidRPr="0047199C">
        <w:rPr>
          <w:rFonts w:ascii="Calibri Light" w:hAnsi="Calibri Light" w:cs="Calibri Light"/>
          <w:color w:val="17365D" w:themeColor="text2" w:themeShade="BF"/>
        </w:rPr>
        <w:t>Foundation Builders | $250–$499</w:t>
      </w:r>
    </w:p>
    <w:p w14:paraId="3E4A290A" w14:textId="77777777" w:rsidR="006241B1" w:rsidRPr="006607B1" w:rsidRDefault="00000000">
      <w:pPr>
        <w:pStyle w:val="ListBullet"/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Includes previous benefits.</w:t>
      </w:r>
    </w:p>
    <w:p w14:paraId="3E1536AE" w14:textId="77777777" w:rsidR="006241B1" w:rsidRPr="006607B1" w:rsidRDefault="00000000">
      <w:pPr>
        <w:pStyle w:val="ListBullet"/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One complimentary day pass upon opening.</w:t>
      </w:r>
    </w:p>
    <w:p w14:paraId="4EDF8714" w14:textId="77777777" w:rsidR="006241B1" w:rsidRPr="006607B1" w:rsidRDefault="00000000">
      <w:pPr>
        <w:pStyle w:val="ListBullet"/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One engraved 4x8 commemorative brick (In Memory Of or In Honor Of).</w:t>
      </w:r>
    </w:p>
    <w:p w14:paraId="704DEA3F" w14:textId="77777777" w:rsidR="006241B1" w:rsidRPr="0047199C" w:rsidRDefault="00000000">
      <w:pPr>
        <w:pStyle w:val="Heading2"/>
        <w:rPr>
          <w:rFonts w:ascii="Calibri Light" w:hAnsi="Calibri Light" w:cs="Calibri Light"/>
          <w:color w:val="17365D" w:themeColor="text2" w:themeShade="BF"/>
        </w:rPr>
      </w:pPr>
      <w:r w:rsidRPr="0047199C">
        <w:rPr>
          <w:rFonts w:ascii="Calibri Light" w:hAnsi="Calibri Light" w:cs="Calibri Light"/>
          <w:color w:val="17365D" w:themeColor="text2" w:themeShade="BF"/>
        </w:rPr>
        <w:t>Cornerstone Pavers | $500–$999</w:t>
      </w:r>
    </w:p>
    <w:p w14:paraId="782066DF" w14:textId="77777777" w:rsidR="006241B1" w:rsidRPr="006607B1" w:rsidRDefault="00000000">
      <w:pPr>
        <w:pStyle w:val="ListBullet"/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Includes previous benefits.</w:t>
      </w:r>
    </w:p>
    <w:p w14:paraId="0E17801C" w14:textId="77777777" w:rsidR="006241B1" w:rsidRPr="006607B1" w:rsidRDefault="00000000">
      <w:pPr>
        <w:pStyle w:val="ListBullet"/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One engraved 8x8 commemorative brick (In Memory Of or In Honor Of).</w:t>
      </w:r>
    </w:p>
    <w:p w14:paraId="369A78D5" w14:textId="77777777" w:rsidR="006241B1" w:rsidRPr="0047199C" w:rsidRDefault="00000000">
      <w:pPr>
        <w:pStyle w:val="Heading2"/>
        <w:rPr>
          <w:rFonts w:ascii="Calibri Light" w:hAnsi="Calibri Light" w:cs="Calibri Light"/>
          <w:color w:val="17365D" w:themeColor="text2" w:themeShade="BF"/>
        </w:rPr>
      </w:pPr>
      <w:r w:rsidRPr="0047199C">
        <w:rPr>
          <w:rFonts w:ascii="Calibri Light" w:hAnsi="Calibri Light" w:cs="Calibri Light"/>
          <w:color w:val="17365D" w:themeColor="text2" w:themeShade="BF"/>
        </w:rPr>
        <w:t>Mortar Society | $1,000–$9,999</w:t>
      </w:r>
    </w:p>
    <w:p w14:paraId="5F1A41DE" w14:textId="77777777" w:rsidR="006241B1" w:rsidRPr="006607B1" w:rsidRDefault="00000000">
      <w:pPr>
        <w:pStyle w:val="ListBullet"/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Includes previous benefits.</w:t>
      </w:r>
    </w:p>
    <w:p w14:paraId="0D5DCE39" w14:textId="77777777" w:rsidR="006241B1" w:rsidRPr="006607B1" w:rsidRDefault="00000000">
      <w:pPr>
        <w:pStyle w:val="ListBullet"/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Invitation to early-access and pre-opening events.</w:t>
      </w:r>
    </w:p>
    <w:p w14:paraId="62BD1BC0" w14:textId="77777777" w:rsidR="006241B1" w:rsidRPr="006607B1" w:rsidRDefault="00000000">
      <w:pPr>
        <w:pStyle w:val="ListBullet"/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Donations of $5,000+ receive a one-year family membership.</w:t>
      </w:r>
    </w:p>
    <w:p w14:paraId="0BDE73B0" w14:textId="77777777" w:rsidR="006241B1" w:rsidRPr="0047199C" w:rsidRDefault="00000000">
      <w:pPr>
        <w:pStyle w:val="Heading2"/>
        <w:rPr>
          <w:rFonts w:ascii="Calibri Light" w:hAnsi="Calibri Light" w:cs="Calibri Light"/>
          <w:color w:val="17365D" w:themeColor="text2" w:themeShade="BF"/>
        </w:rPr>
      </w:pPr>
      <w:r w:rsidRPr="0047199C">
        <w:rPr>
          <w:rFonts w:ascii="Calibri Light" w:hAnsi="Calibri Light" w:cs="Calibri Light"/>
          <w:color w:val="17365D" w:themeColor="text2" w:themeShade="BF"/>
        </w:rPr>
        <w:t>Pillar Society | $10,000–$19,999</w:t>
      </w:r>
    </w:p>
    <w:p w14:paraId="7008DFBB" w14:textId="77777777" w:rsidR="006241B1" w:rsidRPr="006607B1" w:rsidRDefault="00000000">
      <w:pPr>
        <w:pStyle w:val="ListBullet"/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Includes previous benefits.</w:t>
      </w:r>
    </w:p>
    <w:p w14:paraId="1F7BFD00" w14:textId="77777777" w:rsidR="006241B1" w:rsidRPr="006607B1" w:rsidRDefault="00000000">
      <w:pPr>
        <w:pStyle w:val="ListBullet"/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Dedicated commemorative seating area.</w:t>
      </w:r>
    </w:p>
    <w:p w14:paraId="72A5AA69" w14:textId="77777777" w:rsidR="006241B1" w:rsidRPr="006607B1" w:rsidRDefault="00000000">
      <w:pPr>
        <w:pStyle w:val="ListBullet"/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Lifetime membership for 4 named children and 2 named adults.</w:t>
      </w:r>
    </w:p>
    <w:p w14:paraId="58876DF0" w14:textId="77777777" w:rsidR="006241B1" w:rsidRPr="0047199C" w:rsidRDefault="00000000">
      <w:pPr>
        <w:pStyle w:val="Heading2"/>
        <w:rPr>
          <w:rFonts w:ascii="Calibri Light" w:hAnsi="Calibri Light" w:cs="Calibri Light"/>
          <w:color w:val="17365D" w:themeColor="text2" w:themeShade="BF"/>
        </w:rPr>
      </w:pPr>
      <w:r w:rsidRPr="0047199C">
        <w:rPr>
          <w:rFonts w:ascii="Calibri Light" w:hAnsi="Calibri Light" w:cs="Calibri Light"/>
          <w:color w:val="17365D" w:themeColor="text2" w:themeShade="BF"/>
        </w:rPr>
        <w:t>Keystone Society | $20,000–$49,999</w:t>
      </w:r>
    </w:p>
    <w:p w14:paraId="5E916A53" w14:textId="77777777" w:rsidR="006241B1" w:rsidRPr="006607B1" w:rsidRDefault="00000000">
      <w:pPr>
        <w:pStyle w:val="ListBullet"/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Includes previous benefits.</w:t>
      </w:r>
    </w:p>
    <w:p w14:paraId="0BA8DFB3" w14:textId="77777777" w:rsidR="006241B1" w:rsidRPr="006607B1" w:rsidRDefault="00000000">
      <w:pPr>
        <w:pStyle w:val="ListBullet"/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First five donors receive naming rights to a small exhibition.</w:t>
      </w:r>
    </w:p>
    <w:p w14:paraId="689A9EEE" w14:textId="77777777" w:rsidR="006241B1" w:rsidRPr="006607B1" w:rsidRDefault="00000000">
      <w:pPr>
        <w:pStyle w:val="ListBullet"/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Lifetime membership for 4 named children and 2 named adults.</w:t>
      </w:r>
    </w:p>
    <w:p w14:paraId="0ED0068D" w14:textId="77777777" w:rsidR="006241B1" w:rsidRPr="0047199C" w:rsidRDefault="00000000">
      <w:pPr>
        <w:pStyle w:val="Heading2"/>
        <w:rPr>
          <w:rFonts w:ascii="Calibri Light" w:hAnsi="Calibri Light" w:cs="Calibri Light"/>
          <w:color w:val="17365D" w:themeColor="text2" w:themeShade="BF"/>
        </w:rPr>
      </w:pPr>
      <w:r w:rsidRPr="0047199C">
        <w:rPr>
          <w:rFonts w:ascii="Calibri Light" w:hAnsi="Calibri Light" w:cs="Calibri Light"/>
          <w:color w:val="17365D" w:themeColor="text2" w:themeShade="BF"/>
        </w:rPr>
        <w:t>Capstone Society | $50,000+</w:t>
      </w:r>
    </w:p>
    <w:p w14:paraId="5D980CE3" w14:textId="77777777" w:rsidR="006241B1" w:rsidRPr="006607B1" w:rsidRDefault="00000000">
      <w:pPr>
        <w:pStyle w:val="ListBullet"/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Includes previous benefits.</w:t>
      </w:r>
    </w:p>
    <w:p w14:paraId="2D334D1D" w14:textId="77777777" w:rsidR="006241B1" w:rsidRPr="006607B1" w:rsidRDefault="00000000">
      <w:pPr>
        <w:pStyle w:val="ListBullet"/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First five donors receive naming rights to a large exhibition.</w:t>
      </w:r>
    </w:p>
    <w:p w14:paraId="2422138D" w14:textId="77777777" w:rsidR="006241B1" w:rsidRPr="006607B1" w:rsidRDefault="00000000">
      <w:pPr>
        <w:pStyle w:val="ListBullet"/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Lifetime membership for 8 named children and 4 named adults.</w:t>
      </w:r>
    </w:p>
    <w:p w14:paraId="4A54BCAC" w14:textId="77777777" w:rsidR="006241B1" w:rsidRPr="006607B1" w:rsidRDefault="00000000">
      <w:pPr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br w:type="page"/>
      </w:r>
    </w:p>
    <w:p w14:paraId="2FD6F205" w14:textId="77777777" w:rsidR="006241B1" w:rsidRDefault="00000000" w:rsidP="0047199C">
      <w:pPr>
        <w:pStyle w:val="Heading2"/>
        <w:rPr>
          <w:rFonts w:ascii="Calibri Light" w:hAnsi="Calibri Light" w:cs="Calibri Light"/>
          <w:color w:val="17365D" w:themeColor="text2" w:themeShade="BF"/>
          <w:sz w:val="36"/>
          <w:szCs w:val="36"/>
        </w:rPr>
      </w:pPr>
      <w:r w:rsidRPr="0047199C">
        <w:rPr>
          <w:rFonts w:ascii="Calibri Light" w:hAnsi="Calibri Light" w:cs="Calibri Light"/>
          <w:color w:val="17365D" w:themeColor="text2" w:themeShade="BF"/>
          <w:sz w:val="36"/>
          <w:szCs w:val="36"/>
        </w:rPr>
        <w:lastRenderedPageBreak/>
        <w:t>Donation Commitment Form</w:t>
      </w:r>
    </w:p>
    <w:p w14:paraId="22C1B40F" w14:textId="77777777" w:rsidR="0047199C" w:rsidRPr="0047199C" w:rsidRDefault="0047199C" w:rsidP="0047199C"/>
    <w:p w14:paraId="640F73FE" w14:textId="77777777" w:rsidR="006241B1" w:rsidRPr="006607B1" w:rsidRDefault="00000000">
      <w:pPr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Primary Contact Name: ______________________________________________</w:t>
      </w:r>
    </w:p>
    <w:p w14:paraId="3FE1D0BC" w14:textId="77777777" w:rsidR="006241B1" w:rsidRPr="006607B1" w:rsidRDefault="00000000">
      <w:pPr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Business/Organization (if applicable): _______________________________</w:t>
      </w:r>
    </w:p>
    <w:p w14:paraId="551180A1" w14:textId="77777777" w:rsidR="006241B1" w:rsidRPr="006607B1" w:rsidRDefault="00000000">
      <w:pPr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Physical Address: _________________________________________________</w:t>
      </w:r>
    </w:p>
    <w:p w14:paraId="1B809381" w14:textId="77777777" w:rsidR="006241B1" w:rsidRPr="006607B1" w:rsidRDefault="00000000">
      <w:pPr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Mailing Address (if different): ____________________________________</w:t>
      </w:r>
    </w:p>
    <w:p w14:paraId="2EA78EBC" w14:textId="77777777" w:rsidR="006241B1" w:rsidRPr="006607B1" w:rsidRDefault="00000000">
      <w:pPr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Phone: ________________________    Email: __________________________</w:t>
      </w:r>
    </w:p>
    <w:p w14:paraId="6D1B9816" w14:textId="295303E9" w:rsidR="006241B1" w:rsidRPr="0047199C" w:rsidRDefault="00000000">
      <w:pPr>
        <w:pStyle w:val="Heading2"/>
        <w:rPr>
          <w:rFonts w:ascii="Calibri Light" w:hAnsi="Calibri Light" w:cs="Calibri Light"/>
          <w:color w:val="17365D" w:themeColor="text2" w:themeShade="BF"/>
        </w:rPr>
      </w:pPr>
      <w:r w:rsidRPr="0047199C">
        <w:rPr>
          <w:rFonts w:ascii="Calibri Light" w:hAnsi="Calibri Light" w:cs="Calibri Light"/>
          <w:color w:val="17365D" w:themeColor="text2" w:themeShade="BF"/>
        </w:rPr>
        <w:t>Donation Level</w:t>
      </w:r>
      <w:r w:rsidR="001346B9">
        <w:rPr>
          <w:rFonts w:ascii="Calibri Light" w:hAnsi="Calibri Light" w:cs="Calibri Light"/>
          <w:color w:val="17365D" w:themeColor="text2" w:themeShade="BF"/>
        </w:rPr>
        <w:t xml:space="preserve"> </w:t>
      </w:r>
      <w:r w:rsidR="001346B9" w:rsidRPr="001346B9">
        <w:rPr>
          <w:rFonts w:ascii="Calibri Light" w:hAnsi="Calibri Light" w:cs="Calibri Light"/>
          <w:i/>
          <w:iCs/>
          <w:color w:val="17365D" w:themeColor="text2" w:themeShade="BF"/>
          <w:sz w:val="20"/>
          <w:szCs w:val="20"/>
        </w:rPr>
        <w:t>(please select one)</w:t>
      </w:r>
    </w:p>
    <w:p w14:paraId="56A6835F" w14:textId="77777777" w:rsidR="006241B1" w:rsidRPr="00D77D94" w:rsidRDefault="00000000">
      <w:pPr>
        <w:rPr>
          <w:rFonts w:ascii="Calibri Light" w:hAnsi="Calibri Light" w:cs="Calibri Light"/>
          <w:b/>
          <w:bCs/>
        </w:rPr>
      </w:pPr>
      <w:r w:rsidRPr="00D77D94">
        <w:rPr>
          <w:rFonts w:ascii="Segoe UI Symbol" w:hAnsi="Segoe UI Symbol" w:cs="Segoe UI Symbol"/>
          <w:b/>
          <w:bCs/>
        </w:rPr>
        <w:t>☐</w:t>
      </w:r>
      <w:r w:rsidRPr="00D77D94">
        <w:rPr>
          <w:rFonts w:ascii="Calibri Light" w:hAnsi="Calibri Light" w:cs="Calibri Light"/>
          <w:b/>
          <w:bCs/>
        </w:rPr>
        <w:t xml:space="preserve"> Legacy Donors | $1–$249</w:t>
      </w:r>
    </w:p>
    <w:p w14:paraId="4D0AA542" w14:textId="77777777" w:rsidR="006241B1" w:rsidRPr="00D77D94" w:rsidRDefault="00000000">
      <w:pPr>
        <w:rPr>
          <w:rFonts w:ascii="Calibri Light" w:hAnsi="Calibri Light" w:cs="Calibri Light"/>
          <w:b/>
          <w:bCs/>
        </w:rPr>
      </w:pPr>
      <w:r w:rsidRPr="00D77D94">
        <w:rPr>
          <w:rFonts w:ascii="Segoe UI Symbol" w:hAnsi="Segoe UI Symbol" w:cs="Segoe UI Symbol"/>
          <w:b/>
          <w:bCs/>
        </w:rPr>
        <w:t>☐</w:t>
      </w:r>
      <w:r w:rsidRPr="00D77D94">
        <w:rPr>
          <w:rFonts w:ascii="Calibri Light" w:hAnsi="Calibri Light" w:cs="Calibri Light"/>
          <w:b/>
          <w:bCs/>
        </w:rPr>
        <w:t xml:space="preserve"> Foundation Builders | $250–$499</w:t>
      </w:r>
    </w:p>
    <w:p w14:paraId="2C72B556" w14:textId="77777777" w:rsidR="006241B1" w:rsidRPr="00D77D94" w:rsidRDefault="00000000">
      <w:pPr>
        <w:rPr>
          <w:rFonts w:ascii="Calibri Light" w:hAnsi="Calibri Light" w:cs="Calibri Light"/>
          <w:b/>
          <w:bCs/>
        </w:rPr>
      </w:pPr>
      <w:r w:rsidRPr="00D77D94">
        <w:rPr>
          <w:rFonts w:ascii="Segoe UI Symbol" w:hAnsi="Segoe UI Symbol" w:cs="Segoe UI Symbol"/>
          <w:b/>
          <w:bCs/>
        </w:rPr>
        <w:t>☐</w:t>
      </w:r>
      <w:r w:rsidRPr="00D77D94">
        <w:rPr>
          <w:rFonts w:ascii="Calibri Light" w:hAnsi="Calibri Light" w:cs="Calibri Light"/>
          <w:b/>
          <w:bCs/>
        </w:rPr>
        <w:t xml:space="preserve"> Cornerstone Pavers | $500–$999</w:t>
      </w:r>
    </w:p>
    <w:p w14:paraId="47A36E59" w14:textId="77777777" w:rsidR="006241B1" w:rsidRPr="00D77D94" w:rsidRDefault="00000000">
      <w:pPr>
        <w:rPr>
          <w:rFonts w:ascii="Calibri Light" w:hAnsi="Calibri Light" w:cs="Calibri Light"/>
          <w:b/>
          <w:bCs/>
        </w:rPr>
      </w:pPr>
      <w:r w:rsidRPr="00D77D94">
        <w:rPr>
          <w:rFonts w:ascii="Segoe UI Symbol" w:hAnsi="Segoe UI Symbol" w:cs="Segoe UI Symbol"/>
          <w:b/>
          <w:bCs/>
        </w:rPr>
        <w:t>☐</w:t>
      </w:r>
      <w:r w:rsidRPr="00D77D94">
        <w:rPr>
          <w:rFonts w:ascii="Calibri Light" w:hAnsi="Calibri Light" w:cs="Calibri Light"/>
          <w:b/>
          <w:bCs/>
        </w:rPr>
        <w:t xml:space="preserve"> Mortar Society | $1,000–$9,999</w:t>
      </w:r>
    </w:p>
    <w:p w14:paraId="63CD1875" w14:textId="77777777" w:rsidR="006241B1" w:rsidRPr="00D77D94" w:rsidRDefault="00000000">
      <w:pPr>
        <w:rPr>
          <w:rFonts w:ascii="Calibri Light" w:hAnsi="Calibri Light" w:cs="Calibri Light"/>
          <w:b/>
          <w:bCs/>
        </w:rPr>
      </w:pPr>
      <w:r w:rsidRPr="00D77D94">
        <w:rPr>
          <w:rFonts w:ascii="Segoe UI Symbol" w:hAnsi="Segoe UI Symbol" w:cs="Segoe UI Symbol"/>
          <w:b/>
          <w:bCs/>
        </w:rPr>
        <w:t>☐</w:t>
      </w:r>
      <w:r w:rsidRPr="00D77D94">
        <w:rPr>
          <w:rFonts w:ascii="Calibri Light" w:hAnsi="Calibri Light" w:cs="Calibri Light"/>
          <w:b/>
          <w:bCs/>
        </w:rPr>
        <w:t xml:space="preserve"> Pillar Society | $10,000–$19,999</w:t>
      </w:r>
    </w:p>
    <w:p w14:paraId="4E302F53" w14:textId="77777777" w:rsidR="006241B1" w:rsidRPr="00D77D94" w:rsidRDefault="00000000">
      <w:pPr>
        <w:rPr>
          <w:rFonts w:ascii="Calibri Light" w:hAnsi="Calibri Light" w:cs="Calibri Light"/>
          <w:b/>
          <w:bCs/>
        </w:rPr>
      </w:pPr>
      <w:r w:rsidRPr="00D77D94">
        <w:rPr>
          <w:rFonts w:ascii="Segoe UI Symbol" w:hAnsi="Segoe UI Symbol" w:cs="Segoe UI Symbol"/>
          <w:b/>
          <w:bCs/>
        </w:rPr>
        <w:t>☐</w:t>
      </w:r>
      <w:r w:rsidRPr="00D77D94">
        <w:rPr>
          <w:rFonts w:ascii="Calibri Light" w:hAnsi="Calibri Light" w:cs="Calibri Light"/>
          <w:b/>
          <w:bCs/>
        </w:rPr>
        <w:t xml:space="preserve"> Keystone Society | $20,000–$49,999</w:t>
      </w:r>
    </w:p>
    <w:p w14:paraId="29944F6E" w14:textId="77777777" w:rsidR="006241B1" w:rsidRPr="00D77D94" w:rsidRDefault="00000000">
      <w:pPr>
        <w:rPr>
          <w:rFonts w:ascii="Calibri Light" w:hAnsi="Calibri Light" w:cs="Calibri Light"/>
          <w:b/>
          <w:bCs/>
        </w:rPr>
      </w:pPr>
      <w:r w:rsidRPr="00D77D94">
        <w:rPr>
          <w:rFonts w:ascii="Segoe UI Symbol" w:hAnsi="Segoe UI Symbol" w:cs="Segoe UI Symbol"/>
          <w:b/>
          <w:bCs/>
        </w:rPr>
        <w:t>☐</w:t>
      </w:r>
      <w:r w:rsidRPr="00D77D94">
        <w:rPr>
          <w:rFonts w:ascii="Calibri Light" w:hAnsi="Calibri Light" w:cs="Calibri Light"/>
          <w:b/>
          <w:bCs/>
        </w:rPr>
        <w:t xml:space="preserve"> Capstone Society | $50,000+</w:t>
      </w:r>
    </w:p>
    <w:p w14:paraId="39B8055B" w14:textId="77777777" w:rsidR="006241B1" w:rsidRPr="00D77D94" w:rsidRDefault="00000000">
      <w:pPr>
        <w:rPr>
          <w:rFonts w:ascii="Calibri Light" w:hAnsi="Calibri Light" w:cs="Calibri Light"/>
          <w:b/>
          <w:bCs/>
        </w:rPr>
      </w:pPr>
      <w:r w:rsidRPr="00D77D94">
        <w:rPr>
          <w:rFonts w:ascii="Calibri Light" w:hAnsi="Calibri Light" w:cs="Calibri Light"/>
          <w:b/>
          <w:bCs/>
        </w:rPr>
        <w:t>Donation Amount: $________________________</w:t>
      </w:r>
    </w:p>
    <w:p w14:paraId="63B23817" w14:textId="77777777" w:rsidR="006241B1" w:rsidRPr="0047199C" w:rsidRDefault="00000000">
      <w:pPr>
        <w:pStyle w:val="Heading2"/>
        <w:rPr>
          <w:rFonts w:ascii="Calibri Light" w:hAnsi="Calibri Light" w:cs="Calibri Light"/>
          <w:color w:val="17365D" w:themeColor="text2" w:themeShade="BF"/>
        </w:rPr>
      </w:pPr>
      <w:r w:rsidRPr="0047199C">
        <w:rPr>
          <w:rFonts w:ascii="Calibri Light" w:hAnsi="Calibri Light" w:cs="Calibri Light"/>
          <w:color w:val="17365D" w:themeColor="text2" w:themeShade="BF"/>
        </w:rPr>
        <w:t>Recognition</w:t>
      </w:r>
    </w:p>
    <w:p w14:paraId="471EC7DC" w14:textId="77777777" w:rsidR="006241B1" w:rsidRPr="00DA49DF" w:rsidRDefault="00000000">
      <w:pPr>
        <w:rPr>
          <w:rFonts w:ascii="Calibri Light" w:hAnsi="Calibri Light" w:cs="Calibri Light"/>
        </w:rPr>
      </w:pPr>
      <w:r w:rsidRPr="00DA49DF">
        <w:rPr>
          <w:rFonts w:ascii="Segoe UI Symbol" w:hAnsi="Segoe UI Symbol" w:cs="Segoe UI Symbol"/>
        </w:rPr>
        <w:t>☐</w:t>
      </w:r>
      <w:r w:rsidRPr="00DA49DF">
        <w:rPr>
          <w:rFonts w:ascii="Calibri Light" w:hAnsi="Calibri Light" w:cs="Calibri Light"/>
        </w:rPr>
        <w:t xml:space="preserve"> In My Name   </w:t>
      </w:r>
      <w:r w:rsidRPr="00DA49DF">
        <w:rPr>
          <w:rFonts w:ascii="Segoe UI Symbol" w:hAnsi="Segoe UI Symbol" w:cs="Segoe UI Symbol"/>
        </w:rPr>
        <w:t>☐</w:t>
      </w:r>
      <w:r w:rsidRPr="00DA49DF">
        <w:rPr>
          <w:rFonts w:ascii="Calibri Light" w:hAnsi="Calibri Light" w:cs="Calibri Light"/>
        </w:rPr>
        <w:t xml:space="preserve"> In Memory Of   </w:t>
      </w:r>
      <w:r w:rsidRPr="00DA49DF">
        <w:rPr>
          <w:rFonts w:ascii="Segoe UI Symbol" w:hAnsi="Segoe UI Symbol" w:cs="Segoe UI Symbol"/>
        </w:rPr>
        <w:t>☐</w:t>
      </w:r>
      <w:r w:rsidRPr="00DA49DF">
        <w:rPr>
          <w:rFonts w:ascii="Calibri Light" w:hAnsi="Calibri Light" w:cs="Calibri Light"/>
        </w:rPr>
        <w:t xml:space="preserve"> In Honor Of   </w:t>
      </w:r>
      <w:r w:rsidRPr="00DA49DF">
        <w:rPr>
          <w:rFonts w:ascii="Segoe UI Symbol" w:hAnsi="Segoe UI Symbol" w:cs="Segoe UI Symbol"/>
        </w:rPr>
        <w:t>☐</w:t>
      </w:r>
      <w:r w:rsidRPr="00DA49DF">
        <w:rPr>
          <w:rFonts w:ascii="Calibri Light" w:hAnsi="Calibri Light" w:cs="Calibri Light"/>
        </w:rPr>
        <w:t xml:space="preserve"> Anonymous</w:t>
      </w:r>
    </w:p>
    <w:p w14:paraId="02E62648" w14:textId="77777777" w:rsidR="006241B1" w:rsidRPr="006607B1" w:rsidRDefault="00000000">
      <w:pPr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Recognition Name: _________________________________________________</w:t>
      </w:r>
    </w:p>
    <w:p w14:paraId="52574616" w14:textId="77777777" w:rsidR="006241B1" w:rsidRPr="006607B1" w:rsidRDefault="00000000">
      <w:pPr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Brick/Paver Inscription (if applicable):</w:t>
      </w:r>
    </w:p>
    <w:p w14:paraId="7928A118" w14:textId="77777777" w:rsidR="006241B1" w:rsidRPr="006607B1" w:rsidRDefault="00000000">
      <w:pPr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_______________________________________________________________</w:t>
      </w:r>
    </w:p>
    <w:p w14:paraId="13C71391" w14:textId="77777777" w:rsidR="004A153E" w:rsidRDefault="00000000" w:rsidP="004A153E">
      <w:pPr>
        <w:rPr>
          <w:rFonts w:ascii="Calibri Light" w:hAnsi="Calibri Light" w:cs="Calibri Light"/>
          <w:color w:val="17365D" w:themeColor="text2" w:themeShade="BF"/>
        </w:rPr>
      </w:pPr>
      <w:r w:rsidRPr="006607B1">
        <w:rPr>
          <w:rFonts w:ascii="Calibri Light" w:hAnsi="Calibri Light" w:cs="Calibri Light"/>
        </w:rPr>
        <w:t>_______________________________________________________________</w:t>
      </w:r>
      <w:r w:rsidR="004A153E">
        <w:rPr>
          <w:rFonts w:ascii="Calibri Light" w:hAnsi="Calibri Light" w:cs="Calibri Light"/>
        </w:rPr>
        <w:br/>
      </w:r>
      <w:r w:rsidR="004A153E">
        <w:rPr>
          <w:rFonts w:ascii="Calibri Light" w:hAnsi="Calibri Light" w:cs="Calibri Light"/>
        </w:rPr>
        <w:br/>
      </w:r>
      <w:r w:rsidR="004A153E">
        <w:rPr>
          <w:rFonts w:ascii="Calibri Light" w:hAnsi="Calibri Light" w:cs="Calibri Light"/>
        </w:rPr>
        <w:br/>
      </w:r>
    </w:p>
    <w:p w14:paraId="41995B31" w14:textId="77777777" w:rsidR="004A153E" w:rsidRDefault="004A153E">
      <w:pPr>
        <w:rPr>
          <w:rFonts w:ascii="Calibri Light" w:hAnsi="Calibri Light" w:cs="Calibri Light"/>
          <w:color w:val="17365D" w:themeColor="text2" w:themeShade="BF"/>
        </w:rPr>
      </w:pPr>
      <w:r>
        <w:rPr>
          <w:rFonts w:ascii="Calibri Light" w:hAnsi="Calibri Light" w:cs="Calibri Light"/>
          <w:color w:val="17365D" w:themeColor="text2" w:themeShade="BF"/>
        </w:rPr>
        <w:br w:type="page"/>
      </w:r>
    </w:p>
    <w:p w14:paraId="22E18F35" w14:textId="57465E37" w:rsidR="006241B1" w:rsidRPr="0047199C" w:rsidRDefault="004A153E" w:rsidP="004A153E">
      <w:pPr>
        <w:rPr>
          <w:rFonts w:ascii="Calibri Light" w:hAnsi="Calibri Light" w:cs="Calibri Light"/>
          <w:color w:val="17365D" w:themeColor="text2" w:themeShade="BF"/>
        </w:rPr>
      </w:pPr>
      <w:r>
        <w:rPr>
          <w:rFonts w:ascii="Calibri Light" w:hAnsi="Calibri Light" w:cs="Calibri Light"/>
          <w:color w:val="17365D" w:themeColor="text2" w:themeShade="BF"/>
        </w:rPr>
        <w:lastRenderedPageBreak/>
        <w:t>M</w:t>
      </w:r>
      <w:r w:rsidR="00000000" w:rsidRPr="0047199C">
        <w:rPr>
          <w:rFonts w:ascii="Calibri Light" w:hAnsi="Calibri Light" w:cs="Calibri Light"/>
          <w:color w:val="17365D" w:themeColor="text2" w:themeShade="BF"/>
        </w:rPr>
        <w:t>embership Information (if applicable)</w:t>
      </w:r>
    </w:p>
    <w:p w14:paraId="423FB6D3" w14:textId="637C6A03" w:rsidR="006241B1" w:rsidRPr="006607B1" w:rsidRDefault="00000000">
      <w:pPr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Named Adults:</w:t>
      </w:r>
      <w:r w:rsidRPr="006607B1">
        <w:rPr>
          <w:rFonts w:ascii="Calibri Light" w:hAnsi="Calibri Light" w:cs="Calibri Light"/>
        </w:rPr>
        <w:br/>
        <w:t>1. ____</w:t>
      </w:r>
      <w:r w:rsidR="00E737A1" w:rsidRPr="006607B1">
        <w:rPr>
          <w:rFonts w:ascii="Calibri Light" w:hAnsi="Calibri Light" w:cs="Calibri Light"/>
        </w:rPr>
        <w:t>________________________________________</w:t>
      </w:r>
      <w:r w:rsidRPr="006607B1">
        <w:rPr>
          <w:rFonts w:ascii="Calibri Light" w:hAnsi="Calibri Light" w:cs="Calibri Light"/>
        </w:rPr>
        <w:t>______</w:t>
      </w:r>
      <w:r w:rsidRPr="006607B1">
        <w:rPr>
          <w:rFonts w:ascii="Calibri Light" w:hAnsi="Calibri Light" w:cs="Calibri Light"/>
        </w:rPr>
        <w:br/>
        <w:t>2. _______</w:t>
      </w:r>
      <w:r w:rsidR="00E737A1" w:rsidRPr="006607B1">
        <w:rPr>
          <w:rFonts w:ascii="Calibri Light" w:hAnsi="Calibri Light" w:cs="Calibri Light"/>
        </w:rPr>
        <w:t>________________________________</w:t>
      </w:r>
      <w:r w:rsidRPr="006607B1">
        <w:rPr>
          <w:rFonts w:ascii="Calibri Light" w:hAnsi="Calibri Light" w:cs="Calibri Light"/>
        </w:rPr>
        <w:t>___________</w:t>
      </w:r>
      <w:r w:rsidRPr="006607B1">
        <w:rPr>
          <w:rFonts w:ascii="Calibri Light" w:hAnsi="Calibri Light" w:cs="Calibri Light"/>
        </w:rPr>
        <w:br/>
        <w:t>3. ____</w:t>
      </w:r>
      <w:r w:rsidR="00E737A1" w:rsidRPr="006607B1">
        <w:rPr>
          <w:rFonts w:ascii="Calibri Light" w:hAnsi="Calibri Light" w:cs="Calibri Light"/>
        </w:rPr>
        <w:t>________________________________</w:t>
      </w:r>
      <w:r w:rsidRPr="006607B1">
        <w:rPr>
          <w:rFonts w:ascii="Calibri Light" w:hAnsi="Calibri Light" w:cs="Calibri Light"/>
        </w:rPr>
        <w:t>______________</w:t>
      </w:r>
      <w:r w:rsidRPr="006607B1">
        <w:rPr>
          <w:rFonts w:ascii="Calibri Light" w:hAnsi="Calibri Light" w:cs="Calibri Light"/>
        </w:rPr>
        <w:br/>
        <w:t>4. ____</w:t>
      </w:r>
      <w:r w:rsidR="00E737A1" w:rsidRPr="006607B1">
        <w:rPr>
          <w:rFonts w:ascii="Calibri Light" w:hAnsi="Calibri Light" w:cs="Calibri Light"/>
        </w:rPr>
        <w:t>________________________________</w:t>
      </w:r>
      <w:r w:rsidRPr="006607B1">
        <w:rPr>
          <w:rFonts w:ascii="Calibri Light" w:hAnsi="Calibri Light" w:cs="Calibri Light"/>
        </w:rPr>
        <w:t>______________</w:t>
      </w:r>
    </w:p>
    <w:p w14:paraId="21559CF0" w14:textId="28429986" w:rsidR="006241B1" w:rsidRPr="006607B1" w:rsidRDefault="00000000">
      <w:pPr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Named Children:</w:t>
      </w:r>
      <w:r w:rsidRPr="006607B1">
        <w:rPr>
          <w:rFonts w:ascii="Calibri Light" w:hAnsi="Calibri Light" w:cs="Calibri Light"/>
        </w:rPr>
        <w:br/>
        <w:t>1. ___</w:t>
      </w:r>
      <w:r w:rsidR="00E737A1" w:rsidRPr="006607B1">
        <w:rPr>
          <w:rFonts w:ascii="Calibri Light" w:hAnsi="Calibri Light" w:cs="Calibri Light"/>
        </w:rPr>
        <w:t>________________________________</w:t>
      </w:r>
      <w:r w:rsidRPr="006607B1">
        <w:rPr>
          <w:rFonts w:ascii="Calibri Light" w:hAnsi="Calibri Light" w:cs="Calibri Light"/>
        </w:rPr>
        <w:t>_______________</w:t>
      </w:r>
      <w:r w:rsidRPr="006607B1">
        <w:rPr>
          <w:rFonts w:ascii="Calibri Light" w:hAnsi="Calibri Light" w:cs="Calibri Light"/>
        </w:rPr>
        <w:br/>
        <w:t>2. ____</w:t>
      </w:r>
      <w:r w:rsidR="00E737A1" w:rsidRPr="006607B1">
        <w:rPr>
          <w:rFonts w:ascii="Calibri Light" w:hAnsi="Calibri Light" w:cs="Calibri Light"/>
        </w:rPr>
        <w:t>________________________________</w:t>
      </w:r>
      <w:r w:rsidRPr="006607B1">
        <w:rPr>
          <w:rFonts w:ascii="Calibri Light" w:hAnsi="Calibri Light" w:cs="Calibri Light"/>
        </w:rPr>
        <w:t>______________</w:t>
      </w:r>
      <w:r w:rsidRPr="006607B1">
        <w:rPr>
          <w:rFonts w:ascii="Calibri Light" w:hAnsi="Calibri Light" w:cs="Calibri Light"/>
        </w:rPr>
        <w:br/>
        <w:t>3. ___</w:t>
      </w:r>
      <w:r w:rsidR="00E737A1" w:rsidRPr="006607B1">
        <w:rPr>
          <w:rFonts w:ascii="Calibri Light" w:hAnsi="Calibri Light" w:cs="Calibri Light"/>
        </w:rPr>
        <w:t>________________________________</w:t>
      </w:r>
      <w:r w:rsidRPr="006607B1">
        <w:rPr>
          <w:rFonts w:ascii="Calibri Light" w:hAnsi="Calibri Light" w:cs="Calibri Light"/>
        </w:rPr>
        <w:t>_______________</w:t>
      </w:r>
      <w:r w:rsidRPr="006607B1">
        <w:rPr>
          <w:rFonts w:ascii="Calibri Light" w:hAnsi="Calibri Light" w:cs="Calibri Light"/>
        </w:rPr>
        <w:br/>
        <w:t>4. __________________</w:t>
      </w:r>
      <w:r w:rsidR="00E737A1" w:rsidRPr="006607B1">
        <w:rPr>
          <w:rFonts w:ascii="Calibri Light" w:hAnsi="Calibri Light" w:cs="Calibri Light"/>
        </w:rPr>
        <w:t>________________________________</w:t>
      </w:r>
      <w:r w:rsidRPr="006607B1">
        <w:rPr>
          <w:rFonts w:ascii="Calibri Light" w:hAnsi="Calibri Light" w:cs="Calibri Light"/>
        </w:rPr>
        <w:br/>
        <w:t>5. __________________</w:t>
      </w:r>
      <w:r w:rsidR="00E737A1" w:rsidRPr="006607B1">
        <w:rPr>
          <w:rFonts w:ascii="Calibri Light" w:hAnsi="Calibri Light" w:cs="Calibri Light"/>
        </w:rPr>
        <w:t>________________________________</w:t>
      </w:r>
      <w:r w:rsidRPr="006607B1">
        <w:rPr>
          <w:rFonts w:ascii="Calibri Light" w:hAnsi="Calibri Light" w:cs="Calibri Light"/>
        </w:rPr>
        <w:br/>
        <w:t>6. __________________</w:t>
      </w:r>
      <w:r w:rsidR="00E737A1" w:rsidRPr="006607B1">
        <w:rPr>
          <w:rFonts w:ascii="Calibri Light" w:hAnsi="Calibri Light" w:cs="Calibri Light"/>
        </w:rPr>
        <w:t>________________________________</w:t>
      </w:r>
      <w:r w:rsidRPr="006607B1">
        <w:rPr>
          <w:rFonts w:ascii="Calibri Light" w:hAnsi="Calibri Light" w:cs="Calibri Light"/>
        </w:rPr>
        <w:br/>
        <w:t>7. __________________</w:t>
      </w:r>
      <w:r w:rsidR="00E737A1" w:rsidRPr="006607B1">
        <w:rPr>
          <w:rFonts w:ascii="Calibri Light" w:hAnsi="Calibri Light" w:cs="Calibri Light"/>
        </w:rPr>
        <w:t>________________________________</w:t>
      </w:r>
      <w:r w:rsidRPr="006607B1">
        <w:rPr>
          <w:rFonts w:ascii="Calibri Light" w:hAnsi="Calibri Light" w:cs="Calibri Light"/>
        </w:rPr>
        <w:br/>
        <w:t>8. __________________</w:t>
      </w:r>
      <w:r w:rsidR="00E737A1" w:rsidRPr="006607B1">
        <w:rPr>
          <w:rFonts w:ascii="Calibri Light" w:hAnsi="Calibri Light" w:cs="Calibri Light"/>
        </w:rPr>
        <w:t>________________________________</w:t>
      </w:r>
    </w:p>
    <w:p w14:paraId="6C726652" w14:textId="77777777" w:rsidR="006241B1" w:rsidRPr="0047199C" w:rsidRDefault="00000000">
      <w:pPr>
        <w:pStyle w:val="Heading2"/>
        <w:rPr>
          <w:rFonts w:ascii="Calibri Light" w:hAnsi="Calibri Light" w:cs="Calibri Light"/>
          <w:color w:val="17365D" w:themeColor="text2" w:themeShade="BF"/>
        </w:rPr>
      </w:pPr>
      <w:r w:rsidRPr="0047199C">
        <w:rPr>
          <w:rFonts w:ascii="Calibri Light" w:hAnsi="Calibri Light" w:cs="Calibri Light"/>
          <w:color w:val="17365D" w:themeColor="text2" w:themeShade="BF"/>
        </w:rPr>
        <w:t>Payment</w:t>
      </w:r>
    </w:p>
    <w:p w14:paraId="7BCC4E66" w14:textId="77777777" w:rsidR="006241B1" w:rsidRPr="006607B1" w:rsidRDefault="00000000">
      <w:pPr>
        <w:rPr>
          <w:rFonts w:ascii="Calibri Light" w:hAnsi="Calibri Light" w:cs="Calibri Light"/>
        </w:rPr>
      </w:pPr>
      <w:r w:rsidRPr="006607B1">
        <w:rPr>
          <w:rFonts w:ascii="Segoe UI Symbol" w:hAnsi="Segoe UI Symbol" w:cs="Segoe UI Symbol"/>
        </w:rPr>
        <w:t>☐</w:t>
      </w:r>
      <w:r w:rsidRPr="006607B1">
        <w:rPr>
          <w:rFonts w:ascii="Calibri Light" w:hAnsi="Calibri Light" w:cs="Calibri Light"/>
        </w:rPr>
        <w:t xml:space="preserve"> Check   </w:t>
      </w:r>
      <w:r w:rsidRPr="006607B1">
        <w:rPr>
          <w:rFonts w:ascii="Segoe UI Symbol" w:hAnsi="Segoe UI Symbol" w:cs="Segoe UI Symbol"/>
        </w:rPr>
        <w:t>☐</w:t>
      </w:r>
      <w:r w:rsidRPr="006607B1">
        <w:rPr>
          <w:rFonts w:ascii="Calibri Light" w:hAnsi="Calibri Light" w:cs="Calibri Light"/>
        </w:rPr>
        <w:t xml:space="preserve"> Cash   </w:t>
      </w:r>
      <w:r w:rsidRPr="006607B1">
        <w:rPr>
          <w:rFonts w:ascii="Segoe UI Symbol" w:hAnsi="Segoe UI Symbol" w:cs="Segoe UI Symbol"/>
        </w:rPr>
        <w:t>☐</w:t>
      </w:r>
      <w:r w:rsidRPr="006607B1">
        <w:rPr>
          <w:rFonts w:ascii="Calibri Light" w:hAnsi="Calibri Light" w:cs="Calibri Light"/>
        </w:rPr>
        <w:t xml:space="preserve"> Online   </w:t>
      </w:r>
      <w:r w:rsidRPr="006607B1">
        <w:rPr>
          <w:rFonts w:ascii="Segoe UI Symbol" w:hAnsi="Segoe UI Symbol" w:cs="Segoe UI Symbol"/>
        </w:rPr>
        <w:t>☐</w:t>
      </w:r>
      <w:r w:rsidRPr="006607B1">
        <w:rPr>
          <w:rFonts w:ascii="Calibri Light" w:hAnsi="Calibri Light" w:cs="Calibri Light"/>
        </w:rPr>
        <w:t xml:space="preserve"> Other __________</w:t>
      </w:r>
    </w:p>
    <w:p w14:paraId="67E88D92" w14:textId="77777777" w:rsidR="006241B1" w:rsidRPr="006607B1" w:rsidRDefault="00000000">
      <w:pPr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Pledge Amount: $__________________   Payment Date: __________________</w:t>
      </w:r>
    </w:p>
    <w:p w14:paraId="5F8C173E" w14:textId="1A6A3517" w:rsidR="006241B1" w:rsidRPr="006607B1" w:rsidRDefault="00000000">
      <w:pPr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br/>
        <w:t>Donor Signature: ______________</w:t>
      </w:r>
      <w:r w:rsidR="00E737A1" w:rsidRPr="006607B1">
        <w:rPr>
          <w:rFonts w:ascii="Calibri Light" w:hAnsi="Calibri Light" w:cs="Calibri Light"/>
        </w:rPr>
        <w:t>________________________________</w:t>
      </w:r>
      <w:r w:rsidRPr="006607B1">
        <w:rPr>
          <w:rFonts w:ascii="Calibri Light" w:hAnsi="Calibri Light" w:cs="Calibri Light"/>
        </w:rPr>
        <w:t>_______________   Date: ________________</w:t>
      </w:r>
    </w:p>
    <w:p w14:paraId="597661ED" w14:textId="7537CCF2" w:rsidR="006241B1" w:rsidRPr="0047199C" w:rsidRDefault="00000000" w:rsidP="00E737A1">
      <w:pPr>
        <w:pStyle w:val="Heading2"/>
        <w:rPr>
          <w:rFonts w:ascii="Calibri Light" w:hAnsi="Calibri Light" w:cs="Calibri Light"/>
          <w:color w:val="17365D" w:themeColor="text2" w:themeShade="BF"/>
        </w:rPr>
      </w:pPr>
      <w:r w:rsidRPr="0047199C">
        <w:rPr>
          <w:rFonts w:ascii="Calibri Light" w:hAnsi="Calibri Light" w:cs="Calibri Light"/>
          <w:color w:val="17365D" w:themeColor="text2" w:themeShade="BF"/>
        </w:rPr>
        <w:t>Payment Instructions</w:t>
      </w:r>
    </w:p>
    <w:p w14:paraId="2D97A6B4" w14:textId="505EF563" w:rsidR="006241B1" w:rsidRPr="006607B1" w:rsidRDefault="00000000">
      <w:pPr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 xml:space="preserve">Checks Payable To: </w:t>
      </w:r>
      <w:r w:rsidR="00E737A1" w:rsidRPr="006607B1">
        <w:rPr>
          <w:rFonts w:ascii="Calibri Light" w:hAnsi="Calibri Light" w:cs="Calibri Light"/>
        </w:rPr>
        <w:t>McMinnville Children’s Museum</w:t>
      </w:r>
    </w:p>
    <w:p w14:paraId="2DE3068E" w14:textId="1B4088E4" w:rsidR="006241B1" w:rsidRPr="006607B1" w:rsidRDefault="00000000">
      <w:pPr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Mailing Address:</w:t>
      </w:r>
      <w:r w:rsidRPr="006607B1">
        <w:rPr>
          <w:rFonts w:ascii="Calibri Light" w:hAnsi="Calibri Light" w:cs="Calibri Light"/>
        </w:rPr>
        <w:br/>
        <w:t>____</w:t>
      </w:r>
      <w:r w:rsidR="00E737A1" w:rsidRPr="006607B1">
        <w:rPr>
          <w:rFonts w:ascii="Calibri Light" w:hAnsi="Calibri Light" w:cs="Calibri Light"/>
        </w:rPr>
        <w:t>PO Box 427</w:t>
      </w:r>
      <w:r w:rsidRPr="006607B1">
        <w:rPr>
          <w:rFonts w:ascii="Calibri Light" w:hAnsi="Calibri Light" w:cs="Calibri Light"/>
        </w:rPr>
        <w:t>______________________________</w:t>
      </w:r>
      <w:r w:rsidRPr="006607B1">
        <w:rPr>
          <w:rFonts w:ascii="Calibri Light" w:hAnsi="Calibri Light" w:cs="Calibri Light"/>
        </w:rPr>
        <w:br/>
        <w:t>____</w:t>
      </w:r>
      <w:r w:rsidR="00E737A1" w:rsidRPr="006607B1">
        <w:rPr>
          <w:rFonts w:ascii="Calibri Light" w:hAnsi="Calibri Light" w:cs="Calibri Light"/>
        </w:rPr>
        <w:t>McMinnville, TN 37111</w:t>
      </w:r>
      <w:r w:rsidRPr="006607B1">
        <w:rPr>
          <w:rFonts w:ascii="Calibri Light" w:hAnsi="Calibri Light" w:cs="Calibri Light"/>
        </w:rPr>
        <w:t>_________________</w:t>
      </w:r>
    </w:p>
    <w:p w14:paraId="797F5424" w14:textId="23A3B886" w:rsidR="006241B1" w:rsidRPr="006607B1" w:rsidRDefault="00000000">
      <w:pPr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Online Giving: _</w:t>
      </w:r>
      <w:r w:rsidR="00E737A1" w:rsidRPr="006607B1">
        <w:rPr>
          <w:rFonts w:ascii="Calibri Light" w:hAnsi="Calibri Light" w:cs="Calibri Light"/>
        </w:rPr>
        <w:t>https://themcmuseum.org/support-us</w:t>
      </w:r>
      <w:r w:rsidRPr="006607B1">
        <w:rPr>
          <w:rFonts w:ascii="Calibri Light" w:hAnsi="Calibri Light" w:cs="Calibri Light"/>
        </w:rPr>
        <w:t>__</w:t>
      </w:r>
    </w:p>
    <w:p w14:paraId="24CBF220" w14:textId="0A931C68" w:rsidR="006241B1" w:rsidRPr="006607B1" w:rsidRDefault="00000000">
      <w:pPr>
        <w:rPr>
          <w:rFonts w:ascii="Calibri Light" w:hAnsi="Calibri Light" w:cs="Calibri Light"/>
        </w:rPr>
      </w:pPr>
      <w:r w:rsidRPr="006607B1">
        <w:rPr>
          <w:rFonts w:ascii="Calibri Light" w:hAnsi="Calibri Light" w:cs="Calibri Light"/>
        </w:rPr>
        <w:t>Questions</w:t>
      </w:r>
      <w:r w:rsidR="00E737A1" w:rsidRPr="006607B1">
        <w:rPr>
          <w:rFonts w:ascii="Calibri Light" w:hAnsi="Calibri Light" w:cs="Calibri Light"/>
        </w:rPr>
        <w:t>:</w:t>
      </w:r>
      <w:r w:rsidRPr="006607B1">
        <w:rPr>
          <w:rFonts w:ascii="Calibri Light" w:hAnsi="Calibri Light" w:cs="Calibri Light"/>
        </w:rPr>
        <w:t xml:space="preserve"> Contact:</w:t>
      </w:r>
      <w:r w:rsidRPr="006607B1">
        <w:rPr>
          <w:rFonts w:ascii="Calibri Light" w:hAnsi="Calibri Light" w:cs="Calibri Light"/>
        </w:rPr>
        <w:br/>
        <w:t>Name: __</w:t>
      </w:r>
      <w:r w:rsidR="00E737A1" w:rsidRPr="006607B1">
        <w:rPr>
          <w:rFonts w:ascii="Calibri Light" w:hAnsi="Calibri Light" w:cs="Calibri Light"/>
        </w:rPr>
        <w:t>Jennifer Meredith</w:t>
      </w:r>
      <w:r w:rsidRPr="006607B1">
        <w:rPr>
          <w:rFonts w:ascii="Calibri Light" w:hAnsi="Calibri Light" w:cs="Calibri Light"/>
        </w:rPr>
        <w:t>___</w:t>
      </w:r>
      <w:r w:rsidRPr="006607B1">
        <w:rPr>
          <w:rFonts w:ascii="Calibri Light" w:hAnsi="Calibri Light" w:cs="Calibri Light"/>
        </w:rPr>
        <w:br/>
        <w:t>Email: __</w:t>
      </w:r>
      <w:r w:rsidR="00E737A1" w:rsidRPr="006607B1">
        <w:rPr>
          <w:rFonts w:ascii="Calibri Light" w:hAnsi="Calibri Light" w:cs="Calibri Light"/>
        </w:rPr>
        <w:t>themcmuseum@gmail.com</w:t>
      </w:r>
      <w:r w:rsidRPr="006607B1">
        <w:rPr>
          <w:rFonts w:ascii="Calibri Light" w:hAnsi="Calibri Light" w:cs="Calibri Light"/>
        </w:rPr>
        <w:t>__</w:t>
      </w:r>
    </w:p>
    <w:sectPr w:rsidR="006241B1" w:rsidRPr="006607B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6279898">
    <w:abstractNumId w:val="8"/>
  </w:num>
  <w:num w:numId="2" w16cid:durableId="1785416746">
    <w:abstractNumId w:val="6"/>
  </w:num>
  <w:num w:numId="3" w16cid:durableId="1619677774">
    <w:abstractNumId w:val="5"/>
  </w:num>
  <w:num w:numId="4" w16cid:durableId="1531529291">
    <w:abstractNumId w:val="4"/>
  </w:num>
  <w:num w:numId="5" w16cid:durableId="609508650">
    <w:abstractNumId w:val="7"/>
  </w:num>
  <w:num w:numId="6" w16cid:durableId="1465661713">
    <w:abstractNumId w:val="3"/>
  </w:num>
  <w:num w:numId="7" w16cid:durableId="1515463573">
    <w:abstractNumId w:val="2"/>
  </w:num>
  <w:num w:numId="8" w16cid:durableId="1761373266">
    <w:abstractNumId w:val="1"/>
  </w:num>
  <w:num w:numId="9" w16cid:durableId="1994989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46B9"/>
    <w:rsid w:val="0015074B"/>
    <w:rsid w:val="0026745B"/>
    <w:rsid w:val="0029639D"/>
    <w:rsid w:val="00326F90"/>
    <w:rsid w:val="0047199C"/>
    <w:rsid w:val="004A153E"/>
    <w:rsid w:val="006241B1"/>
    <w:rsid w:val="006607B1"/>
    <w:rsid w:val="00AA1D8D"/>
    <w:rsid w:val="00B47730"/>
    <w:rsid w:val="00CA2673"/>
    <w:rsid w:val="00CB0664"/>
    <w:rsid w:val="00CE7F36"/>
    <w:rsid w:val="00D77D94"/>
    <w:rsid w:val="00DA49DF"/>
    <w:rsid w:val="00E737A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195039"/>
  <w14:defaultImageDpi w14:val="300"/>
  <w15:docId w15:val="{73D736A7-0AE4-456A-8386-435731477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14408</TotalTime>
  <Pages>3</Pages>
  <Words>349</Words>
  <Characters>3097</Characters>
  <Application>Microsoft Office Word</Application>
  <DocSecurity>0</DocSecurity>
  <Lines>81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Kendra Matheney</cp:lastModifiedBy>
  <cp:revision>8</cp:revision>
  <dcterms:created xsi:type="dcterms:W3CDTF">2013-12-23T23:15:00Z</dcterms:created>
  <dcterms:modified xsi:type="dcterms:W3CDTF">2026-08-10T14:04:00Z</dcterms:modified>
  <cp:category/>
</cp:coreProperties>
</file>