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DA462" w14:textId="77777777" w:rsidR="0056208D" w:rsidRDefault="007F4481">
      <w:pPr>
        <w:pStyle w:val="Title"/>
        <w:jc w:val="center"/>
      </w:pPr>
      <w:r>
        <w:t>Meeting Minutes</w:t>
      </w:r>
    </w:p>
    <w:p w14:paraId="14583618" w14:textId="77777777" w:rsidR="0056208D" w:rsidRDefault="007F4481">
      <w:pPr>
        <w:pStyle w:val="Heading1"/>
        <w:jc w:val="center"/>
      </w:pPr>
      <w:r>
        <w:t>WA Fun Run</w:t>
      </w:r>
    </w:p>
    <w:p w14:paraId="171FFF2D" w14:textId="77777777" w:rsidR="0056208D" w:rsidRDefault="007F4481">
      <w:r>
        <w:t>Date: September 27, 2026</w:t>
      </w:r>
    </w:p>
    <w:p w14:paraId="418D2DA0" w14:textId="77777777" w:rsidR="0056208D" w:rsidRDefault="007F4481">
      <w:r>
        <w:t>Time: 1:21 PM (1321) - 2:24 PM (1424)</w:t>
      </w:r>
    </w:p>
    <w:p w14:paraId="601C2984" w14:textId="77777777" w:rsidR="0056208D" w:rsidRDefault="007F4481">
      <w:r>
        <w:t>Attendees: Jason, Mike, Bill, Neal Weatherland, and Author ("Me")</w:t>
      </w:r>
    </w:p>
    <w:p w14:paraId="3371975A" w14:textId="77777777" w:rsidR="0056208D" w:rsidRDefault="007F4481">
      <w:pPr>
        <w:pStyle w:val="Heading1"/>
      </w:pPr>
      <w:r>
        <w:t>Agenda &amp; Discussions</w:t>
      </w:r>
    </w:p>
    <w:p w14:paraId="27C82ED7" w14:textId="77777777" w:rsidR="0056208D" w:rsidRDefault="007F4481">
      <w:pPr>
        <w:pStyle w:val="Heading2"/>
      </w:pPr>
      <w:r>
        <w:t>1. Trip Planning &amp; Logistics</w:t>
      </w:r>
    </w:p>
    <w:p w14:paraId="45B9AB19" w14:textId="77777777" w:rsidR="0056208D" w:rsidRDefault="007F4481">
      <w:pPr>
        <w:pStyle w:val="ListBullet"/>
      </w:pPr>
      <w:r>
        <w:rPr>
          <w:b/>
        </w:rPr>
        <w:t xml:space="preserve">RSVP Deadline: </w:t>
      </w:r>
      <w:r>
        <w:t>Trips will close down 5 days before they happen so whoever is in charge knows how many people to plan for regarding food and logistics.</w:t>
      </w:r>
    </w:p>
    <w:p w14:paraId="7EE5B25F" w14:textId="77777777" w:rsidR="0056208D" w:rsidRDefault="007F4481">
      <w:pPr>
        <w:pStyle w:val="ListBullet"/>
      </w:pPr>
      <w:r>
        <w:rPr>
          <w:b/>
        </w:rPr>
        <w:t xml:space="preserve">Trip Planning App: </w:t>
      </w:r>
      <w:r>
        <w:t>Looking into an app that Neal Weatherland uses to plan trips (noted in written notes as "RSVPIFY"). There will be an option for each trip for people to click if they need financial assistance in order to attend.</w:t>
      </w:r>
    </w:p>
    <w:p w14:paraId="4CF8F3FA" w14:textId="77777777" w:rsidR="0056208D" w:rsidRDefault="007F4481">
      <w:pPr>
        <w:pStyle w:val="Heading2"/>
      </w:pPr>
      <w:r>
        <w:t>2. Food Policy Updates</w:t>
      </w:r>
    </w:p>
    <w:p w14:paraId="05B49544" w14:textId="77777777" w:rsidR="0056208D" w:rsidRDefault="007F4481">
      <w:pPr>
        <w:pStyle w:val="ListBullet"/>
      </w:pPr>
      <w:r>
        <w:rPr>
          <w:b/>
        </w:rPr>
        <w:t xml:space="preserve">General Meals: </w:t>
      </w:r>
      <w:r>
        <w:t>Initially decided food needs to be figured out beforehand, but later changed to where we are not going to supply everyone with meals on most trips. Meals will be provided when individuals need it and for the court trips.</w:t>
      </w:r>
    </w:p>
    <w:p w14:paraId="7BCF0434" w14:textId="77777777" w:rsidR="0056208D" w:rsidRDefault="007F4481">
      <w:pPr>
        <w:pStyle w:val="ListBullet"/>
      </w:pPr>
      <w:r>
        <w:rPr>
          <w:b/>
        </w:rPr>
        <w:t xml:space="preserve">Ranger Creek: </w:t>
      </w:r>
      <w:r>
        <w:t>The coming Ranger Creek trip will be the last one where food is supplied for everyone.</w:t>
      </w:r>
    </w:p>
    <w:p w14:paraId="4FE12910" w14:textId="77777777" w:rsidR="0056208D" w:rsidRDefault="007F4481">
      <w:pPr>
        <w:pStyle w:val="Heading2"/>
      </w:pPr>
      <w:r>
        <w:t>3. Upcoming Events &amp; Trips</w:t>
      </w:r>
    </w:p>
    <w:p w14:paraId="0BF1337E" w14:textId="77777777" w:rsidR="0056208D" w:rsidRDefault="007F4481">
      <w:pPr>
        <w:pStyle w:val="ListBullet"/>
      </w:pPr>
      <w:r>
        <w:rPr>
          <w:b/>
        </w:rPr>
        <w:t xml:space="preserve">Veterans Court Trip: </w:t>
      </w:r>
      <w:r>
        <w:t>Decided to hold it at Ranger Creek. There will be a 3:1 ratio for participants.</w:t>
      </w:r>
    </w:p>
    <w:p w14:paraId="3F5112BC" w14:textId="77777777" w:rsidR="0056208D" w:rsidRDefault="007F4481">
      <w:pPr>
        <w:pStyle w:val="ListBullet"/>
      </w:pPr>
      <w:r>
        <w:rPr>
          <w:b/>
        </w:rPr>
        <w:t xml:space="preserve">November Veterans Trail: </w:t>
      </w:r>
      <w:r>
        <w:t>Spoke with Brian and Nic about scouting the veterans trail for the November trip.</w:t>
      </w:r>
    </w:p>
    <w:p w14:paraId="24488559" w14:textId="77777777" w:rsidR="0056208D" w:rsidRDefault="007F4481">
      <w:pPr>
        <w:pStyle w:val="ListBullet"/>
      </w:pPr>
      <w:r>
        <w:rPr>
          <w:b/>
        </w:rPr>
        <w:t xml:space="preserve">Poker Run: </w:t>
      </w:r>
      <w:r>
        <w:t>Looking at planning the poker run for December 12th.</w:t>
      </w:r>
    </w:p>
    <w:p w14:paraId="0D307303" w14:textId="77777777" w:rsidR="0056208D" w:rsidRDefault="007F4481">
      <w:pPr>
        <w:pStyle w:val="Heading2"/>
      </w:pPr>
      <w:r>
        <w:t>4. Board Approvals &amp; Other Business</w:t>
      </w:r>
    </w:p>
    <w:p w14:paraId="16B8FF1A" w14:textId="77777777" w:rsidR="0056208D" w:rsidRDefault="007F4481">
      <w:pPr>
        <w:pStyle w:val="ListBullet"/>
      </w:pPr>
      <w:r>
        <w:rPr>
          <w:b/>
        </w:rPr>
        <w:t xml:space="preserve">Donations: </w:t>
      </w:r>
      <w:r>
        <w:t>Board approval will be required for hitting companies and businesses up for gear donations and raffles.</w:t>
      </w:r>
    </w:p>
    <w:p w14:paraId="14F6EB24" w14:textId="77777777" w:rsidR="0056208D" w:rsidRDefault="007F4481">
      <w:pPr>
        <w:pStyle w:val="ListBullet"/>
      </w:pPr>
      <w:r>
        <w:rPr>
          <w:b/>
        </w:rPr>
        <w:t xml:space="preserve">Next Meeting: </w:t>
      </w:r>
      <w:r>
        <w:t>The next meeting will be in October (October 18th noted in book) in Yelm.</w:t>
      </w:r>
    </w:p>
    <w:sectPr w:rsidR="0056208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1320872">
    <w:abstractNumId w:val="8"/>
  </w:num>
  <w:num w:numId="2" w16cid:durableId="2068603136">
    <w:abstractNumId w:val="6"/>
  </w:num>
  <w:num w:numId="3" w16cid:durableId="2030911573">
    <w:abstractNumId w:val="5"/>
  </w:num>
  <w:num w:numId="4" w16cid:durableId="562911998">
    <w:abstractNumId w:val="4"/>
  </w:num>
  <w:num w:numId="5" w16cid:durableId="1532914570">
    <w:abstractNumId w:val="7"/>
  </w:num>
  <w:num w:numId="6" w16cid:durableId="791247201">
    <w:abstractNumId w:val="3"/>
  </w:num>
  <w:num w:numId="7" w16cid:durableId="1768186532">
    <w:abstractNumId w:val="2"/>
  </w:num>
  <w:num w:numId="8" w16cid:durableId="1817602032">
    <w:abstractNumId w:val="1"/>
  </w:num>
  <w:num w:numId="9" w16cid:durableId="465776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580"/>
    <w:rsid w:val="0006063C"/>
    <w:rsid w:val="0015074B"/>
    <w:rsid w:val="0029639D"/>
    <w:rsid w:val="00326F90"/>
    <w:rsid w:val="003E10BF"/>
    <w:rsid w:val="00424DF8"/>
    <w:rsid w:val="0056208D"/>
    <w:rsid w:val="007F4481"/>
    <w:rsid w:val="00966F0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1D914F"/>
  <w14:defaultImageDpi w14:val="300"/>
  <w15:docId w15:val="{5F003EB8-D6D3-F74C-AEAC-41183199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1233</Characters>
  <Application>Microsoft Office Word</Application>
  <DocSecurity>0</DocSecurity>
  <Lines>29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keene</cp:lastModifiedBy>
  <cp:revision>2</cp:revision>
  <dcterms:created xsi:type="dcterms:W3CDTF">2026-10-12T23:57:00Z</dcterms:created>
  <dcterms:modified xsi:type="dcterms:W3CDTF">2026-10-12T23:57:00Z</dcterms:modified>
  <cp:category/>
</cp:coreProperties>
</file>