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10080"/>
      </w:tblGrid>
      <w:tr w:rsidR="00E12913" w14:paraId="4DFDA366" w14:textId="77777777">
        <w:trPr>
          <w:jc w:val="center"/>
        </w:trPr>
        <w:tc>
          <w:tcPr>
            <w:tcW w:w="10080" w:type="dxa"/>
            <w:shd w:val="clear" w:color="auto" w:fill="1B365D"/>
            <w:tcMar>
              <w:top w:w="130" w:type="dxa"/>
              <w:left w:w="160" w:type="dxa"/>
              <w:bottom w:w="130" w:type="dxa"/>
              <w:right w:w="160" w:type="dxa"/>
            </w:tcMar>
          </w:tcPr>
          <w:p w14:paraId="6F20B238" w14:textId="77777777" w:rsidR="00E12913" w:rsidRDefault="00117A58">
            <w:pPr>
              <w:jc w:val="center"/>
            </w:pPr>
            <w:r>
              <w:rPr>
                <w:rFonts w:ascii="Calibri" w:hAnsi="Calibri"/>
                <w:b/>
                <w:color w:val="FFFFFF"/>
                <w:sz w:val="30"/>
              </w:rPr>
              <w:t>VETERANS &amp; FIRST RESPONDERS OUTDOOR EXPEDITIONS</w:t>
            </w:r>
          </w:p>
          <w:p w14:paraId="5461FB97" w14:textId="77777777" w:rsidR="00E12913" w:rsidRDefault="00117A58">
            <w:pPr>
              <w:spacing w:before="60"/>
              <w:jc w:val="center"/>
            </w:pPr>
            <w:r>
              <w:rPr>
                <w:rFonts w:ascii="Calibri" w:hAnsi="Calibri"/>
                <w:color w:val="E2E8F0"/>
                <w:sz w:val="19"/>
              </w:rPr>
              <w:t>PARTICIPANT INTAKE QUESTIONNAIRE &amp; LIABILITY WAIVER</w:t>
            </w:r>
          </w:p>
        </w:tc>
      </w:tr>
    </w:tbl>
    <w:p w14:paraId="16726E34" w14:textId="77777777" w:rsidR="00E12913" w:rsidRDefault="00117A58">
      <w:pPr>
        <w:spacing w:after="60"/>
      </w:pPr>
      <w:r>
        <w:rPr>
          <w:rFonts w:ascii="Calibri" w:hAnsi="Calibri"/>
          <w:i/>
          <w:color w:val="222222"/>
          <w:sz w:val="16"/>
        </w:rPr>
        <w:t>Welcome to the Veterans &amp; First Responders Outdoor Expeditions Program! Please complete all sections of this form prior to your departure date. This form records your service background, personal goals, dietary/medical needs, emergency contacts, and the required participation liability waiver. (Note: Equipment sizing is completed on the separate Gear Sizing &amp; Equipment Request Form).</w:t>
      </w:r>
    </w:p>
    <w:p w14:paraId="3EFA74D1" w14:textId="77777777" w:rsidR="00E12913" w:rsidRDefault="00117A58">
      <w:pPr>
        <w:spacing w:before="220" w:after="60"/>
      </w:pPr>
      <w:r>
        <w:rPr>
          <w:rFonts w:ascii="Calibri" w:hAnsi="Calibri"/>
          <w:b/>
          <w:color w:val="1B365D"/>
          <w:sz w:val="21"/>
        </w:rPr>
        <w:t>SECTION 1: PARTICIPANT SERVICE BACKGROUND &amp; CONTACT INFO</w:t>
      </w:r>
    </w:p>
    <w:tbl>
      <w:tblPr>
        <w:tblW w:w="0" w:type="auto"/>
        <w:jc w:val="center"/>
        <w:tblLayout w:type="fixed"/>
        <w:tblLook w:val="04A0" w:firstRow="1" w:lastRow="0" w:firstColumn="1" w:lastColumn="0" w:noHBand="0" w:noVBand="1"/>
      </w:tblPr>
      <w:tblGrid>
        <w:gridCol w:w="2160"/>
        <w:gridCol w:w="3312"/>
        <w:gridCol w:w="2304"/>
        <w:gridCol w:w="2304"/>
      </w:tblGrid>
      <w:tr w:rsidR="00E12913" w14:paraId="40FE0935" w14:textId="77777777">
        <w:trPr>
          <w:jc w:val="center"/>
        </w:trPr>
        <w:tc>
          <w:tcPr>
            <w:tcW w:w="2160" w:type="dxa"/>
            <w:tcBorders>
              <w:top w:val="single" w:sz="4" w:space="0" w:color="D0D7DE"/>
              <w:left w:val="single" w:sz="4" w:space="0" w:color="D0D7DE"/>
              <w:bottom w:val="single" w:sz="4" w:space="0" w:color="D0D7DE"/>
              <w:right w:val="single" w:sz="4" w:space="0" w:color="D0D7DE"/>
            </w:tcBorders>
            <w:shd w:val="clear" w:color="auto" w:fill="F1F5F9"/>
            <w:tcMar>
              <w:top w:w="30" w:type="dxa"/>
              <w:left w:w="40" w:type="dxa"/>
              <w:bottom w:w="30" w:type="dxa"/>
              <w:right w:w="40" w:type="dxa"/>
            </w:tcMar>
          </w:tcPr>
          <w:p w14:paraId="29604B0C" w14:textId="77777777" w:rsidR="00E12913" w:rsidRDefault="00117A58">
            <w:r>
              <w:rPr>
                <w:rFonts w:ascii="Calibri" w:hAnsi="Calibri"/>
                <w:b/>
                <w:sz w:val="16"/>
              </w:rPr>
              <w:t>Full Name:</w:t>
            </w:r>
          </w:p>
        </w:tc>
        <w:tc>
          <w:tcPr>
            <w:tcW w:w="3312" w:type="dxa"/>
            <w:tcBorders>
              <w:top w:val="single" w:sz="4" w:space="0" w:color="D0D7DE"/>
              <w:left w:val="single" w:sz="4" w:space="0" w:color="D0D7DE"/>
              <w:bottom w:val="single" w:sz="4" w:space="0" w:color="D0D7DE"/>
              <w:right w:val="single" w:sz="4" w:space="0" w:color="D0D7DE"/>
            </w:tcBorders>
            <w:tcMar>
              <w:top w:w="30" w:type="dxa"/>
              <w:left w:w="40" w:type="dxa"/>
              <w:bottom w:w="30" w:type="dxa"/>
              <w:right w:w="40" w:type="dxa"/>
            </w:tcMar>
          </w:tcPr>
          <w:p w14:paraId="6E2BCC05" w14:textId="77777777" w:rsidR="00E12913" w:rsidRDefault="00117A58">
            <w:r>
              <w:rPr>
                <w:rFonts w:ascii="Calibri" w:hAnsi="Calibri"/>
                <w:sz w:val="16"/>
              </w:rPr>
              <w:t>_____________________________________</w:t>
            </w:r>
          </w:p>
        </w:tc>
        <w:tc>
          <w:tcPr>
            <w:tcW w:w="2304" w:type="dxa"/>
            <w:tcBorders>
              <w:top w:val="single" w:sz="4" w:space="0" w:color="D0D7DE"/>
              <w:left w:val="single" w:sz="4" w:space="0" w:color="D0D7DE"/>
              <w:bottom w:val="single" w:sz="4" w:space="0" w:color="D0D7DE"/>
              <w:right w:val="single" w:sz="4" w:space="0" w:color="D0D7DE"/>
            </w:tcBorders>
            <w:shd w:val="clear" w:color="auto" w:fill="F1F5F9"/>
            <w:tcMar>
              <w:top w:w="30" w:type="dxa"/>
              <w:left w:w="40" w:type="dxa"/>
              <w:bottom w:w="30" w:type="dxa"/>
              <w:right w:w="40" w:type="dxa"/>
            </w:tcMar>
          </w:tcPr>
          <w:p w14:paraId="213ED2A8" w14:textId="77777777" w:rsidR="00E12913" w:rsidRDefault="00117A58">
            <w:r>
              <w:rPr>
                <w:rFonts w:ascii="Calibri" w:hAnsi="Calibri"/>
                <w:b/>
                <w:sz w:val="16"/>
              </w:rPr>
              <w:t>Preferred Name / Nickname:</w:t>
            </w:r>
          </w:p>
        </w:tc>
        <w:tc>
          <w:tcPr>
            <w:tcW w:w="2304" w:type="dxa"/>
            <w:tcBorders>
              <w:top w:val="single" w:sz="4" w:space="0" w:color="D0D7DE"/>
              <w:left w:val="single" w:sz="4" w:space="0" w:color="D0D7DE"/>
              <w:bottom w:val="single" w:sz="4" w:space="0" w:color="D0D7DE"/>
              <w:right w:val="single" w:sz="4" w:space="0" w:color="D0D7DE"/>
            </w:tcBorders>
            <w:tcMar>
              <w:top w:w="30" w:type="dxa"/>
              <w:left w:w="40" w:type="dxa"/>
              <w:bottom w:w="30" w:type="dxa"/>
              <w:right w:w="40" w:type="dxa"/>
            </w:tcMar>
          </w:tcPr>
          <w:p w14:paraId="02242DCF" w14:textId="77777777" w:rsidR="00E12913" w:rsidRDefault="00117A58">
            <w:r>
              <w:rPr>
                <w:rFonts w:ascii="Calibri" w:hAnsi="Calibri"/>
                <w:sz w:val="16"/>
              </w:rPr>
              <w:t>____________________</w:t>
            </w:r>
          </w:p>
        </w:tc>
      </w:tr>
      <w:tr w:rsidR="00E12913" w14:paraId="7BCA6DE0" w14:textId="77777777">
        <w:trPr>
          <w:jc w:val="center"/>
        </w:trPr>
        <w:tc>
          <w:tcPr>
            <w:tcW w:w="2160" w:type="dxa"/>
            <w:tcBorders>
              <w:top w:val="single" w:sz="4" w:space="0" w:color="D0D7DE"/>
              <w:left w:val="single" w:sz="4" w:space="0" w:color="D0D7DE"/>
              <w:bottom w:val="single" w:sz="4" w:space="0" w:color="D0D7DE"/>
              <w:right w:val="single" w:sz="4" w:space="0" w:color="D0D7DE"/>
            </w:tcBorders>
            <w:shd w:val="clear" w:color="auto" w:fill="F1F5F9"/>
            <w:tcMar>
              <w:top w:w="30" w:type="dxa"/>
              <w:left w:w="40" w:type="dxa"/>
              <w:bottom w:w="30" w:type="dxa"/>
              <w:right w:w="40" w:type="dxa"/>
            </w:tcMar>
          </w:tcPr>
          <w:p w14:paraId="6CB41A22" w14:textId="77777777" w:rsidR="00E12913" w:rsidRDefault="00117A58">
            <w:r>
              <w:rPr>
                <w:rFonts w:ascii="Calibri" w:hAnsi="Calibri"/>
                <w:b/>
                <w:sz w:val="16"/>
              </w:rPr>
              <w:t>Phone Number:</w:t>
            </w:r>
          </w:p>
        </w:tc>
        <w:tc>
          <w:tcPr>
            <w:tcW w:w="3312" w:type="dxa"/>
            <w:tcBorders>
              <w:top w:val="single" w:sz="4" w:space="0" w:color="D0D7DE"/>
              <w:left w:val="single" w:sz="4" w:space="0" w:color="D0D7DE"/>
              <w:bottom w:val="single" w:sz="4" w:space="0" w:color="D0D7DE"/>
              <w:right w:val="single" w:sz="4" w:space="0" w:color="D0D7DE"/>
            </w:tcBorders>
            <w:tcMar>
              <w:top w:w="30" w:type="dxa"/>
              <w:left w:w="40" w:type="dxa"/>
              <w:bottom w:w="30" w:type="dxa"/>
              <w:right w:w="40" w:type="dxa"/>
            </w:tcMar>
          </w:tcPr>
          <w:p w14:paraId="545B8010" w14:textId="77777777" w:rsidR="00E12913" w:rsidRDefault="00117A58">
            <w:r>
              <w:rPr>
                <w:rFonts w:ascii="Calibri" w:hAnsi="Calibri"/>
                <w:sz w:val="16"/>
              </w:rPr>
              <w:t>_____________________________________</w:t>
            </w:r>
          </w:p>
        </w:tc>
        <w:tc>
          <w:tcPr>
            <w:tcW w:w="2304" w:type="dxa"/>
            <w:tcBorders>
              <w:top w:val="single" w:sz="4" w:space="0" w:color="D0D7DE"/>
              <w:left w:val="single" w:sz="4" w:space="0" w:color="D0D7DE"/>
              <w:bottom w:val="single" w:sz="4" w:space="0" w:color="D0D7DE"/>
              <w:right w:val="single" w:sz="4" w:space="0" w:color="D0D7DE"/>
            </w:tcBorders>
            <w:shd w:val="clear" w:color="auto" w:fill="F1F5F9"/>
            <w:tcMar>
              <w:top w:w="30" w:type="dxa"/>
              <w:left w:w="40" w:type="dxa"/>
              <w:bottom w:w="30" w:type="dxa"/>
              <w:right w:w="40" w:type="dxa"/>
            </w:tcMar>
          </w:tcPr>
          <w:p w14:paraId="554CCD70" w14:textId="77777777" w:rsidR="00E12913" w:rsidRDefault="00117A58">
            <w:r>
              <w:rPr>
                <w:rFonts w:ascii="Calibri" w:hAnsi="Calibri"/>
                <w:b/>
                <w:sz w:val="16"/>
              </w:rPr>
              <w:t>Email Address:</w:t>
            </w:r>
          </w:p>
        </w:tc>
        <w:tc>
          <w:tcPr>
            <w:tcW w:w="2304" w:type="dxa"/>
            <w:tcBorders>
              <w:top w:val="single" w:sz="4" w:space="0" w:color="D0D7DE"/>
              <w:left w:val="single" w:sz="4" w:space="0" w:color="D0D7DE"/>
              <w:bottom w:val="single" w:sz="4" w:space="0" w:color="D0D7DE"/>
              <w:right w:val="single" w:sz="4" w:space="0" w:color="D0D7DE"/>
            </w:tcBorders>
            <w:tcMar>
              <w:top w:w="30" w:type="dxa"/>
              <w:left w:w="40" w:type="dxa"/>
              <w:bottom w:w="30" w:type="dxa"/>
              <w:right w:w="40" w:type="dxa"/>
            </w:tcMar>
          </w:tcPr>
          <w:p w14:paraId="7E72238A" w14:textId="77777777" w:rsidR="00E12913" w:rsidRDefault="00117A58">
            <w:r>
              <w:rPr>
                <w:rFonts w:ascii="Calibri" w:hAnsi="Calibri"/>
                <w:sz w:val="16"/>
              </w:rPr>
              <w:t>____________________</w:t>
            </w:r>
          </w:p>
        </w:tc>
      </w:tr>
      <w:tr w:rsidR="00E12913" w14:paraId="1811E088" w14:textId="77777777">
        <w:trPr>
          <w:jc w:val="center"/>
        </w:trPr>
        <w:tc>
          <w:tcPr>
            <w:tcW w:w="2160" w:type="dxa"/>
            <w:tcBorders>
              <w:top w:val="single" w:sz="4" w:space="0" w:color="D0D7DE"/>
              <w:left w:val="single" w:sz="4" w:space="0" w:color="D0D7DE"/>
              <w:bottom w:val="single" w:sz="4" w:space="0" w:color="D0D7DE"/>
              <w:right w:val="single" w:sz="4" w:space="0" w:color="D0D7DE"/>
            </w:tcBorders>
            <w:shd w:val="clear" w:color="auto" w:fill="F1F5F9"/>
            <w:tcMar>
              <w:top w:w="30" w:type="dxa"/>
              <w:left w:w="40" w:type="dxa"/>
              <w:bottom w:w="30" w:type="dxa"/>
              <w:right w:w="40" w:type="dxa"/>
            </w:tcMar>
          </w:tcPr>
          <w:p w14:paraId="1FE61740" w14:textId="77777777" w:rsidR="00E12913" w:rsidRDefault="00117A58">
            <w:r>
              <w:rPr>
                <w:rFonts w:ascii="Calibri" w:hAnsi="Calibri"/>
                <w:b/>
                <w:sz w:val="16"/>
              </w:rPr>
              <w:t>Service Affiliation:</w:t>
            </w:r>
          </w:p>
        </w:tc>
        <w:tc>
          <w:tcPr>
            <w:tcW w:w="3312" w:type="dxa"/>
            <w:tcBorders>
              <w:top w:val="single" w:sz="4" w:space="0" w:color="D0D7DE"/>
              <w:left w:val="single" w:sz="4" w:space="0" w:color="D0D7DE"/>
              <w:bottom w:val="single" w:sz="4" w:space="0" w:color="D0D7DE"/>
              <w:right w:val="single" w:sz="4" w:space="0" w:color="D0D7DE"/>
            </w:tcBorders>
            <w:tcMar>
              <w:top w:w="30" w:type="dxa"/>
              <w:left w:w="40" w:type="dxa"/>
              <w:bottom w:w="30" w:type="dxa"/>
              <w:right w:w="40" w:type="dxa"/>
            </w:tcMar>
          </w:tcPr>
          <w:p w14:paraId="5916A2E1" w14:textId="77777777" w:rsidR="00E12913" w:rsidRDefault="00117A58">
            <w:r>
              <w:rPr>
                <w:rFonts w:ascii="Calibri" w:hAnsi="Calibri"/>
                <w:sz w:val="16"/>
              </w:rPr>
              <w:t>[  ] Honorably Discharged Veteran</w:t>
            </w:r>
            <w:r>
              <w:rPr>
                <w:rFonts w:ascii="Calibri" w:hAnsi="Calibri"/>
                <w:sz w:val="16"/>
              </w:rPr>
              <w:br/>
              <w:t>[  ] Law Enforcement (Police / Deputy)</w:t>
            </w:r>
            <w:r>
              <w:rPr>
                <w:rFonts w:ascii="Calibri" w:hAnsi="Calibri"/>
                <w:sz w:val="16"/>
              </w:rPr>
              <w:br/>
              <w:t>[  ] Firefighter / Rescue   [  ] EMT / Paramedic</w:t>
            </w:r>
            <w:r>
              <w:rPr>
                <w:rFonts w:ascii="Calibri" w:hAnsi="Calibri"/>
                <w:sz w:val="16"/>
              </w:rPr>
              <w:br/>
              <w:t>[  ] 911 Dispatcher   [  ] Corrections Officer</w:t>
            </w:r>
          </w:p>
        </w:tc>
        <w:tc>
          <w:tcPr>
            <w:tcW w:w="2304" w:type="dxa"/>
            <w:tcBorders>
              <w:top w:val="single" w:sz="4" w:space="0" w:color="D0D7DE"/>
              <w:left w:val="single" w:sz="4" w:space="0" w:color="D0D7DE"/>
              <w:bottom w:val="single" w:sz="4" w:space="0" w:color="D0D7DE"/>
              <w:right w:val="single" w:sz="4" w:space="0" w:color="D0D7DE"/>
            </w:tcBorders>
            <w:shd w:val="clear" w:color="auto" w:fill="F1F5F9"/>
            <w:tcMar>
              <w:top w:w="30" w:type="dxa"/>
              <w:left w:w="40" w:type="dxa"/>
              <w:bottom w:w="30" w:type="dxa"/>
              <w:right w:w="40" w:type="dxa"/>
            </w:tcMar>
          </w:tcPr>
          <w:p w14:paraId="54736728" w14:textId="77777777" w:rsidR="00E12913" w:rsidRDefault="00117A58">
            <w:r>
              <w:rPr>
                <w:rFonts w:ascii="Calibri" w:hAnsi="Calibri"/>
                <w:b/>
                <w:sz w:val="16"/>
              </w:rPr>
              <w:t>Agency / Branch / MOS / Unit:</w:t>
            </w:r>
          </w:p>
        </w:tc>
        <w:tc>
          <w:tcPr>
            <w:tcW w:w="2304" w:type="dxa"/>
            <w:tcBorders>
              <w:top w:val="single" w:sz="4" w:space="0" w:color="D0D7DE"/>
              <w:left w:val="single" w:sz="4" w:space="0" w:color="D0D7DE"/>
              <w:bottom w:val="single" w:sz="4" w:space="0" w:color="D0D7DE"/>
              <w:right w:val="single" w:sz="4" w:space="0" w:color="D0D7DE"/>
            </w:tcBorders>
            <w:tcMar>
              <w:top w:w="30" w:type="dxa"/>
              <w:left w:w="40" w:type="dxa"/>
              <w:bottom w:w="30" w:type="dxa"/>
              <w:right w:w="40" w:type="dxa"/>
            </w:tcMar>
          </w:tcPr>
          <w:p w14:paraId="6A494611" w14:textId="77777777" w:rsidR="00E12913" w:rsidRDefault="00117A58">
            <w:r>
              <w:rPr>
                <w:rFonts w:ascii="Calibri" w:hAnsi="Calibri"/>
                <w:sz w:val="16"/>
              </w:rPr>
              <w:t>____________________</w:t>
            </w:r>
          </w:p>
        </w:tc>
      </w:tr>
      <w:tr w:rsidR="00E12913" w14:paraId="18B70E32" w14:textId="77777777">
        <w:trPr>
          <w:jc w:val="center"/>
        </w:trPr>
        <w:tc>
          <w:tcPr>
            <w:tcW w:w="2160" w:type="dxa"/>
            <w:tcBorders>
              <w:top w:val="single" w:sz="4" w:space="0" w:color="D0D7DE"/>
              <w:left w:val="single" w:sz="4" w:space="0" w:color="D0D7DE"/>
              <w:bottom w:val="single" w:sz="4" w:space="0" w:color="D0D7DE"/>
              <w:right w:val="single" w:sz="4" w:space="0" w:color="D0D7DE"/>
            </w:tcBorders>
            <w:shd w:val="clear" w:color="auto" w:fill="F1F5F9"/>
            <w:tcMar>
              <w:top w:w="30" w:type="dxa"/>
              <w:left w:w="40" w:type="dxa"/>
              <w:bottom w:w="30" w:type="dxa"/>
              <w:right w:w="40" w:type="dxa"/>
            </w:tcMar>
          </w:tcPr>
          <w:p w14:paraId="00DF7988" w14:textId="77777777" w:rsidR="00E12913" w:rsidRDefault="00117A58">
            <w:r>
              <w:rPr>
                <w:rFonts w:ascii="Calibri" w:hAnsi="Calibri"/>
                <w:b/>
                <w:sz w:val="16"/>
              </w:rPr>
              <w:t>Service Status &amp; Verification:</w:t>
            </w:r>
          </w:p>
        </w:tc>
        <w:tc>
          <w:tcPr>
            <w:tcW w:w="3312" w:type="dxa"/>
            <w:tcBorders>
              <w:top w:val="single" w:sz="4" w:space="0" w:color="D0D7DE"/>
              <w:left w:val="single" w:sz="4" w:space="0" w:color="D0D7DE"/>
              <w:bottom w:val="single" w:sz="4" w:space="0" w:color="D0D7DE"/>
              <w:right w:val="single" w:sz="4" w:space="0" w:color="D0D7DE"/>
            </w:tcBorders>
            <w:tcMar>
              <w:top w:w="30" w:type="dxa"/>
              <w:left w:w="40" w:type="dxa"/>
              <w:bottom w:w="30" w:type="dxa"/>
              <w:right w:w="40" w:type="dxa"/>
            </w:tcMar>
          </w:tcPr>
          <w:p w14:paraId="18460BC2" w14:textId="77777777" w:rsidR="00E12913" w:rsidRDefault="00117A58">
            <w:r>
              <w:rPr>
                <w:rFonts w:ascii="Calibri" w:hAnsi="Calibri"/>
                <w:sz w:val="16"/>
              </w:rPr>
              <w:t>[  ] Active Duty / Active First Responder</w:t>
            </w:r>
            <w:r>
              <w:rPr>
                <w:rFonts w:ascii="Calibri" w:hAnsi="Calibri"/>
                <w:sz w:val="16"/>
              </w:rPr>
              <w:br/>
              <w:t>[  ] Retired / Honorably Separated</w:t>
            </w:r>
            <w:r>
              <w:rPr>
                <w:rFonts w:ascii="Calibri" w:hAnsi="Calibri"/>
                <w:sz w:val="16"/>
              </w:rPr>
              <w:br/>
              <w:t>[  ] DD-214 / Agency ID Verified</w:t>
            </w:r>
          </w:p>
        </w:tc>
        <w:tc>
          <w:tcPr>
            <w:tcW w:w="2304" w:type="dxa"/>
            <w:tcBorders>
              <w:top w:val="single" w:sz="4" w:space="0" w:color="D0D7DE"/>
              <w:left w:val="single" w:sz="4" w:space="0" w:color="D0D7DE"/>
              <w:bottom w:val="single" w:sz="4" w:space="0" w:color="D0D7DE"/>
              <w:right w:val="single" w:sz="4" w:space="0" w:color="D0D7DE"/>
            </w:tcBorders>
            <w:shd w:val="clear" w:color="auto" w:fill="F1F5F9"/>
            <w:tcMar>
              <w:top w:w="30" w:type="dxa"/>
              <w:left w:w="40" w:type="dxa"/>
              <w:bottom w:w="30" w:type="dxa"/>
              <w:right w:w="40" w:type="dxa"/>
            </w:tcMar>
          </w:tcPr>
          <w:p w14:paraId="523DD18A" w14:textId="77777777" w:rsidR="00E12913" w:rsidRDefault="00117A58">
            <w:r>
              <w:rPr>
                <w:rFonts w:ascii="Calibri" w:hAnsi="Calibri"/>
                <w:b/>
                <w:sz w:val="16"/>
              </w:rPr>
              <w:t>Demographics &amp; Outreach:</w:t>
            </w:r>
          </w:p>
        </w:tc>
        <w:tc>
          <w:tcPr>
            <w:tcW w:w="2304" w:type="dxa"/>
            <w:tcBorders>
              <w:top w:val="single" w:sz="4" w:space="0" w:color="D0D7DE"/>
              <w:left w:val="single" w:sz="4" w:space="0" w:color="D0D7DE"/>
              <w:bottom w:val="single" w:sz="4" w:space="0" w:color="D0D7DE"/>
              <w:right w:val="single" w:sz="4" w:space="0" w:color="D0D7DE"/>
            </w:tcBorders>
            <w:tcMar>
              <w:top w:w="30" w:type="dxa"/>
              <w:left w:w="40" w:type="dxa"/>
              <w:bottom w:w="30" w:type="dxa"/>
              <w:right w:w="40" w:type="dxa"/>
            </w:tcMar>
          </w:tcPr>
          <w:p w14:paraId="289C8C17" w14:textId="77777777" w:rsidR="00E12913" w:rsidRDefault="00117A58">
            <w:r>
              <w:rPr>
                <w:rFonts w:ascii="Calibri" w:hAnsi="Calibri"/>
                <w:sz w:val="16"/>
              </w:rPr>
              <w:t>[  ] Male   [  ] Female</w:t>
            </w:r>
            <w:r>
              <w:rPr>
                <w:rFonts w:ascii="Calibri" w:hAnsi="Calibri"/>
                <w:sz w:val="16"/>
              </w:rPr>
              <w:br/>
              <w:t>[  ] Tribal Veteran / Responder</w:t>
            </w:r>
            <w:r>
              <w:rPr>
                <w:rFonts w:ascii="Calibri" w:hAnsi="Calibri"/>
                <w:sz w:val="16"/>
              </w:rPr>
              <w:br/>
              <w:t>[  ] Rural / Unincorporated Resident</w:t>
            </w:r>
          </w:p>
        </w:tc>
      </w:tr>
      <w:tr w:rsidR="00E12913" w14:paraId="21D312A2" w14:textId="77777777">
        <w:trPr>
          <w:jc w:val="center"/>
        </w:trPr>
        <w:tc>
          <w:tcPr>
            <w:tcW w:w="2160" w:type="dxa"/>
            <w:tcBorders>
              <w:top w:val="single" w:sz="4" w:space="0" w:color="D0D7DE"/>
              <w:left w:val="single" w:sz="4" w:space="0" w:color="D0D7DE"/>
              <w:bottom w:val="single" w:sz="4" w:space="0" w:color="D0D7DE"/>
              <w:right w:val="single" w:sz="4" w:space="0" w:color="D0D7DE"/>
            </w:tcBorders>
            <w:shd w:val="clear" w:color="auto" w:fill="F1F5F9"/>
            <w:tcMar>
              <w:top w:w="30" w:type="dxa"/>
              <w:left w:w="40" w:type="dxa"/>
              <w:bottom w:w="30" w:type="dxa"/>
              <w:right w:w="40" w:type="dxa"/>
            </w:tcMar>
          </w:tcPr>
          <w:p w14:paraId="41A864B6" w14:textId="77777777" w:rsidR="00E12913" w:rsidRDefault="00117A58">
            <w:r>
              <w:rPr>
                <w:rFonts w:ascii="Calibri" w:hAnsi="Calibri"/>
                <w:b/>
                <w:sz w:val="16"/>
              </w:rPr>
              <w:t>City / Community of Residence:</w:t>
            </w:r>
          </w:p>
        </w:tc>
        <w:tc>
          <w:tcPr>
            <w:tcW w:w="3312" w:type="dxa"/>
            <w:tcBorders>
              <w:top w:val="single" w:sz="4" w:space="0" w:color="D0D7DE"/>
              <w:left w:val="single" w:sz="4" w:space="0" w:color="D0D7DE"/>
              <w:bottom w:val="single" w:sz="4" w:space="0" w:color="D0D7DE"/>
              <w:right w:val="single" w:sz="4" w:space="0" w:color="D0D7DE"/>
            </w:tcBorders>
            <w:tcMar>
              <w:top w:w="30" w:type="dxa"/>
              <w:left w:w="40" w:type="dxa"/>
              <w:bottom w:w="30" w:type="dxa"/>
              <w:right w:w="40" w:type="dxa"/>
            </w:tcMar>
          </w:tcPr>
          <w:p w14:paraId="742C7E12" w14:textId="77777777" w:rsidR="00E12913" w:rsidRDefault="00117A58">
            <w:r>
              <w:rPr>
                <w:rFonts w:ascii="Calibri" w:hAnsi="Calibri"/>
                <w:sz w:val="16"/>
              </w:rPr>
              <w:t>_____________________________________</w:t>
            </w:r>
          </w:p>
        </w:tc>
        <w:tc>
          <w:tcPr>
            <w:tcW w:w="2304" w:type="dxa"/>
            <w:tcBorders>
              <w:top w:val="single" w:sz="4" w:space="0" w:color="D0D7DE"/>
              <w:left w:val="single" w:sz="4" w:space="0" w:color="D0D7DE"/>
              <w:bottom w:val="single" w:sz="4" w:space="0" w:color="D0D7DE"/>
              <w:right w:val="single" w:sz="4" w:space="0" w:color="D0D7DE"/>
            </w:tcBorders>
            <w:shd w:val="clear" w:color="auto" w:fill="F1F5F9"/>
            <w:tcMar>
              <w:top w:w="30" w:type="dxa"/>
              <w:left w:w="40" w:type="dxa"/>
              <w:bottom w:w="30" w:type="dxa"/>
              <w:right w:w="40" w:type="dxa"/>
            </w:tcMar>
          </w:tcPr>
          <w:p w14:paraId="69ED5E37" w14:textId="77777777" w:rsidR="00E12913" w:rsidRDefault="00117A58">
            <w:r>
              <w:rPr>
                <w:rFonts w:ascii="Calibri" w:hAnsi="Calibri"/>
                <w:b/>
                <w:sz w:val="16"/>
              </w:rPr>
              <w:t>Assigned Trip Date &amp; Location:</w:t>
            </w:r>
          </w:p>
        </w:tc>
        <w:tc>
          <w:tcPr>
            <w:tcW w:w="2304" w:type="dxa"/>
            <w:tcBorders>
              <w:top w:val="single" w:sz="4" w:space="0" w:color="D0D7DE"/>
              <w:left w:val="single" w:sz="4" w:space="0" w:color="D0D7DE"/>
              <w:bottom w:val="single" w:sz="4" w:space="0" w:color="D0D7DE"/>
              <w:right w:val="single" w:sz="4" w:space="0" w:color="D0D7DE"/>
            </w:tcBorders>
            <w:tcMar>
              <w:top w:w="30" w:type="dxa"/>
              <w:left w:w="40" w:type="dxa"/>
              <w:bottom w:w="30" w:type="dxa"/>
              <w:right w:w="40" w:type="dxa"/>
            </w:tcMar>
          </w:tcPr>
          <w:p w14:paraId="5244508D" w14:textId="77777777" w:rsidR="00E12913" w:rsidRDefault="00117A58">
            <w:r>
              <w:rPr>
                <w:rFonts w:ascii="Calibri" w:hAnsi="Calibri"/>
                <w:sz w:val="16"/>
              </w:rPr>
              <w:t>____ / ____ / 202___  (Trip ___)</w:t>
            </w:r>
          </w:p>
        </w:tc>
      </w:tr>
    </w:tbl>
    <w:p w14:paraId="397E896C" w14:textId="77777777" w:rsidR="00E12913" w:rsidRDefault="00117A58">
      <w:pPr>
        <w:spacing w:before="220" w:after="60"/>
      </w:pPr>
      <w:r>
        <w:rPr>
          <w:rFonts w:ascii="Calibri" w:hAnsi="Calibri"/>
          <w:b/>
          <w:color w:val="1B365D"/>
          <w:sz w:val="21"/>
        </w:rPr>
        <w:t>SECTION 2: EXPEDITION GOALS &amp; PERSONAL INTERESTS</w:t>
      </w:r>
    </w:p>
    <w:p w14:paraId="466AD365" w14:textId="77777777" w:rsidR="00E12913" w:rsidRDefault="00117A58">
      <w:pPr>
        <w:spacing w:after="60"/>
      </w:pPr>
      <w:r>
        <w:rPr>
          <w:rFonts w:ascii="Calibri" w:hAnsi="Calibri"/>
          <w:color w:val="222222"/>
          <w:sz w:val="17"/>
        </w:rPr>
        <w:t>1. What are you hoping to get out of this 3-day backcountry camping and off-roading trip?</w:t>
      </w:r>
      <w:r>
        <w:rPr>
          <w:rFonts w:ascii="Calibri" w:hAnsi="Calibri"/>
          <w:color w:val="222222"/>
          <w:sz w:val="17"/>
        </w:rPr>
        <w:br/>
        <w:t>[  ] Disconnect from daily/occupational stress &amp; mental reset   [  ] Rebuild peer camaraderie with fellow vets &amp; responders</w:t>
      </w:r>
      <w:r>
        <w:rPr>
          <w:rFonts w:ascii="Calibri" w:hAnsi="Calibri"/>
          <w:color w:val="222222"/>
          <w:sz w:val="17"/>
        </w:rPr>
        <w:br/>
        <w:t>[  ] Learn technical 4WD &amp; vehicle recovery skills             [  ] Build backcountry camping &amp; wilderness confidence</w:t>
      </w:r>
      <w:r>
        <w:rPr>
          <w:rFonts w:ascii="Calibri" w:hAnsi="Calibri"/>
          <w:color w:val="222222"/>
          <w:sz w:val="17"/>
        </w:rPr>
        <w:br/>
        <w:t>[  ] Connect with peer support &amp; community wellness resources   [  ] Other: _____________________________________________</w:t>
      </w:r>
    </w:p>
    <w:p w14:paraId="0B3C9765" w14:textId="77777777" w:rsidR="00E12913" w:rsidRDefault="00117A58">
      <w:pPr>
        <w:spacing w:after="60"/>
      </w:pPr>
      <w:r>
        <w:rPr>
          <w:rFonts w:ascii="Calibri" w:hAnsi="Calibri"/>
          <w:color w:val="222222"/>
          <w:sz w:val="17"/>
        </w:rPr>
        <w:t>2. Current Hobbies, Pastimes, or Outdoor Activities: (e.g., fishing, hiking, mechanics, shooting sports, woodworking, trail riding, cooking, etc.)</w:t>
      </w:r>
      <w:r>
        <w:rPr>
          <w:rFonts w:ascii="Calibri" w:hAnsi="Calibri"/>
          <w:color w:val="222222"/>
          <w:sz w:val="17"/>
        </w:rPr>
        <w:br/>
        <w:t>__________________________________________________________________________________________________________________</w:t>
      </w:r>
    </w:p>
    <w:p w14:paraId="2E88BF08" w14:textId="77777777" w:rsidR="00E12913" w:rsidRDefault="00117A58">
      <w:pPr>
        <w:spacing w:after="60"/>
      </w:pPr>
      <w:r>
        <w:rPr>
          <w:rFonts w:ascii="Calibri" w:hAnsi="Calibri"/>
          <w:color w:val="222222"/>
          <w:sz w:val="17"/>
        </w:rPr>
        <w:t>3. Camping &amp; Off-Road Experience: [  ] Novice / First Time   [  ] Casual Camper/Driver   [  ] Experienced   [  ] Expert</w:t>
      </w:r>
    </w:p>
    <w:p w14:paraId="4F15585E" w14:textId="77777777" w:rsidR="00E12913" w:rsidRDefault="00117A58">
      <w:pPr>
        <w:spacing w:before="220" w:after="60"/>
      </w:pPr>
      <w:r>
        <w:rPr>
          <w:rFonts w:ascii="Calibri" w:hAnsi="Calibri"/>
          <w:b/>
          <w:color w:val="1B365D"/>
          <w:sz w:val="21"/>
        </w:rPr>
        <w:t>SECTION 3: DIETARY PREFERENCES, PHYSICAL COMFORT &amp; EMERGENCY CONTACTS</w:t>
      </w:r>
    </w:p>
    <w:p w14:paraId="00EBEC6A" w14:textId="77777777" w:rsidR="00E12913" w:rsidRDefault="00117A58">
      <w:pPr>
        <w:spacing w:after="60"/>
      </w:pPr>
      <w:r>
        <w:rPr>
          <w:rFonts w:ascii="Calibri" w:hAnsi="Calibri"/>
          <w:color w:val="222222"/>
          <w:sz w:val="17"/>
        </w:rPr>
        <w:t>1. Dietary Preferences / Food Allergies: [  ] None   [  ] Diabetic   [  ] Gluten-Free   [  ] No Pork/Beef   [  ] Specific: __________________</w:t>
      </w:r>
    </w:p>
    <w:p w14:paraId="75D93EF3" w14:textId="77777777" w:rsidR="00E12913" w:rsidRDefault="00117A58">
      <w:pPr>
        <w:spacing w:after="60"/>
      </w:pPr>
      <w:r>
        <w:rPr>
          <w:rFonts w:ascii="Calibri" w:hAnsi="Calibri"/>
          <w:color w:val="222222"/>
          <w:sz w:val="17"/>
        </w:rPr>
        <w:t>2. Physical &amp; Mobility Considerations: (All fitness levels are accommodated - helps plan vehicle seating and camp setup)</w:t>
      </w:r>
      <w:r>
        <w:rPr>
          <w:rFonts w:ascii="Calibri" w:hAnsi="Calibri"/>
          <w:color w:val="222222"/>
          <w:sz w:val="17"/>
        </w:rPr>
        <w:br/>
        <w:t>__________________________________________________________________________________________________________________</w:t>
      </w:r>
    </w:p>
    <w:p w14:paraId="2A50E312" w14:textId="77777777" w:rsidR="00E12913" w:rsidRDefault="00117A58">
      <w:pPr>
        <w:spacing w:after="80"/>
      </w:pPr>
      <w:r>
        <w:rPr>
          <w:rFonts w:ascii="Calibri" w:hAnsi="Calibri"/>
          <w:color w:val="222222"/>
          <w:sz w:val="17"/>
        </w:rPr>
        <w:t>3. Primary Emergency Contact: Name: __________________________ Relationship: ________________ Phone: __________________</w:t>
      </w:r>
      <w:r>
        <w:rPr>
          <w:rFonts w:ascii="Calibri" w:hAnsi="Calibri"/>
          <w:color w:val="222222"/>
          <w:sz w:val="17"/>
        </w:rPr>
        <w:br/>
      </w:r>
      <w:r>
        <w:rPr>
          <w:rFonts w:ascii="Calibri" w:hAnsi="Calibri"/>
          <w:color w:val="222222"/>
          <w:sz w:val="17"/>
        </w:rPr>
        <w:t xml:space="preserve">   Secondary Emergency Contact: Name: __________________________ Relationship: ________________ Phone: __________________</w:t>
      </w:r>
    </w:p>
    <w:p w14:paraId="7C23F30A" w14:textId="77777777" w:rsidR="00E12913" w:rsidRDefault="00117A58">
      <w:pPr>
        <w:spacing w:before="220" w:after="60"/>
      </w:pPr>
      <w:r>
        <w:rPr>
          <w:rFonts w:ascii="Calibri" w:hAnsi="Calibri"/>
          <w:b/>
          <w:color w:val="1B365D"/>
          <w:sz w:val="21"/>
        </w:rPr>
        <w:t>SECTION 4: PARTICIPANT ASSUMPTION OF RISK, LIABILITY WAIVER &amp; MEDIA RELEASE</w:t>
      </w:r>
    </w:p>
    <w:p w14:paraId="0A2FCE1B" w14:textId="77777777" w:rsidR="00E12913" w:rsidRDefault="00117A58">
      <w:pPr>
        <w:spacing w:after="80"/>
      </w:pPr>
      <w:r>
        <w:rPr>
          <w:rFonts w:ascii="Calibri" w:hAnsi="Calibri"/>
          <w:color w:val="222222"/>
          <w:sz w:val="15"/>
        </w:rPr>
        <w:t xml:space="preserve">1. ASSUMPTION OF RISK: I acknowledge that participating in the Outdoor Expeditions Program involves backcountry camping, hiking, motorized four-wheel-drive (4WD) trail navigation, winching recovery exercises, outdoor camp cooking, and exposure to primitive wilderness environments. I understand that these activities carry inherent risks, including but not limited to rough terrain, vehicle motion, falling debris, inclement weather, isolation from immediate emergency medical facilities, and physical exertion. </w:t>
      </w:r>
      <w:r>
        <w:rPr>
          <w:rFonts w:ascii="Calibri" w:hAnsi="Calibri"/>
          <w:color w:val="222222"/>
          <w:sz w:val="15"/>
        </w:rPr>
        <w:t>I voluntarily and knowingly assume full responsibility for any and all risks of personal injury, illness, property damage, or loss sustained during this expedition.</w:t>
      </w:r>
      <w:r>
        <w:rPr>
          <w:rFonts w:ascii="Calibri" w:hAnsi="Calibri"/>
          <w:color w:val="222222"/>
          <w:sz w:val="15"/>
        </w:rPr>
        <w:br/>
      </w:r>
      <w:r>
        <w:rPr>
          <w:rFonts w:ascii="Calibri" w:hAnsi="Calibri"/>
          <w:color w:val="222222"/>
          <w:sz w:val="15"/>
        </w:rPr>
        <w:br/>
        <w:t>2. RELEASE AND WAIVER OF LIABILITY: In consideration for being permitted to participate in this program, I hereby release, waive, discharge, and covenant not to sue [Organization Name], its officers, officials, employees, volunteer trail leaders, drivers, agents, land management agencies (e.g., USFS, WA DNR), and partnering entities from any and all claims, demands, liabilities, suits, or causes of action arising out of negligence, property damage, or bodily injury related to program participation.</w:t>
      </w:r>
      <w:r>
        <w:rPr>
          <w:rFonts w:ascii="Calibri" w:hAnsi="Calibri"/>
          <w:color w:val="222222"/>
          <w:sz w:val="15"/>
        </w:rPr>
        <w:br/>
      </w:r>
      <w:r>
        <w:rPr>
          <w:rFonts w:ascii="Calibri" w:hAnsi="Calibri"/>
          <w:color w:val="222222"/>
          <w:sz w:val="15"/>
        </w:rPr>
        <w:br/>
      </w:r>
      <w:r>
        <w:rPr>
          <w:rFonts w:ascii="Calibri" w:hAnsi="Calibri"/>
          <w:color w:val="222222"/>
          <w:sz w:val="15"/>
        </w:rPr>
        <w:t xml:space="preserve">3. MEDICAL AUTHORIZATION: In the event of an emergency, illness, or injury, I grant permission to program leadership and certified Wilderness First Aid / CPR </w:t>
      </w:r>
      <w:r>
        <w:rPr>
          <w:rFonts w:ascii="Calibri" w:hAnsi="Calibri"/>
          <w:color w:val="222222"/>
          <w:sz w:val="15"/>
        </w:rPr>
        <w:lastRenderedPageBreak/>
        <w:t>responders to administer basic first aid and secure necessary emergency medical transport or treatment at my expense or through my primary insurance/healthcare.</w:t>
      </w:r>
      <w:r>
        <w:rPr>
          <w:rFonts w:ascii="Calibri" w:hAnsi="Calibri"/>
          <w:color w:val="222222"/>
          <w:sz w:val="15"/>
        </w:rPr>
        <w:br/>
      </w:r>
      <w:r>
        <w:rPr>
          <w:rFonts w:ascii="Calibri" w:hAnsi="Calibri"/>
          <w:color w:val="222222"/>
          <w:sz w:val="15"/>
        </w:rPr>
        <w:br/>
      </w:r>
      <w:r>
        <w:rPr>
          <w:rFonts w:ascii="Calibri" w:hAnsi="Calibri"/>
          <w:color w:val="222222"/>
          <w:sz w:val="15"/>
        </w:rPr>
        <w:t>4. MEDIA &amp; PHOTO RELEASE (OPTIONAL): I [  ] CONSENT  /  [  ] DO NOT CONSENT to the use of photographs, video recordings, or verbal testimonials taken during the expedition for nonprofit reporting, grant documentation, and promotional materials without financial compensation.</w:t>
      </w:r>
    </w:p>
    <w:tbl>
      <w:tblPr>
        <w:tblW w:w="0" w:type="auto"/>
        <w:jc w:val="center"/>
        <w:tblLook w:val="04A0" w:firstRow="1" w:lastRow="0" w:firstColumn="1" w:lastColumn="0" w:noHBand="0" w:noVBand="1"/>
      </w:tblPr>
      <w:tblGrid>
        <w:gridCol w:w="3600"/>
        <w:gridCol w:w="3600"/>
        <w:gridCol w:w="2880"/>
      </w:tblGrid>
      <w:tr w:rsidR="00E12913" w14:paraId="03075848" w14:textId="77777777">
        <w:trPr>
          <w:jc w:val="center"/>
        </w:trPr>
        <w:tc>
          <w:tcPr>
            <w:tcW w:w="3600" w:type="dxa"/>
            <w:tcBorders>
              <w:top w:val="single" w:sz="4" w:space="0" w:color="D0D7DE"/>
              <w:left w:val="single" w:sz="4" w:space="0" w:color="D0D7DE"/>
              <w:bottom w:val="single" w:sz="4" w:space="0" w:color="D0D7DE"/>
              <w:right w:val="single" w:sz="4" w:space="0" w:color="D0D7DE"/>
            </w:tcBorders>
            <w:shd w:val="clear" w:color="auto" w:fill="F8FAFC"/>
            <w:tcMar>
              <w:top w:w="45" w:type="dxa"/>
              <w:left w:w="50" w:type="dxa"/>
              <w:bottom w:w="45" w:type="dxa"/>
              <w:right w:w="50" w:type="dxa"/>
            </w:tcMar>
          </w:tcPr>
          <w:p w14:paraId="6702A4DE" w14:textId="77777777" w:rsidR="00E12913" w:rsidRDefault="00117A58">
            <w:r>
              <w:rPr>
                <w:rFonts w:ascii="Calibri" w:hAnsi="Calibri"/>
                <w:b/>
                <w:color w:val="1B365D"/>
                <w:sz w:val="16"/>
              </w:rPr>
              <w:t>PARTICIPANT PRINTED NAME:</w:t>
            </w:r>
            <w:r>
              <w:rPr>
                <w:rFonts w:ascii="Calibri" w:hAnsi="Calibri"/>
                <w:b/>
                <w:color w:val="1B365D"/>
                <w:sz w:val="16"/>
              </w:rPr>
              <w:br/>
            </w:r>
            <w:r>
              <w:rPr>
                <w:rFonts w:ascii="Calibri" w:hAnsi="Calibri"/>
                <w:b/>
                <w:color w:val="1B365D"/>
                <w:sz w:val="16"/>
              </w:rPr>
              <w:br/>
              <w:t>____________________________________</w:t>
            </w:r>
          </w:p>
        </w:tc>
        <w:tc>
          <w:tcPr>
            <w:tcW w:w="3600" w:type="dxa"/>
            <w:tcBorders>
              <w:top w:val="single" w:sz="4" w:space="0" w:color="D0D7DE"/>
              <w:left w:val="single" w:sz="4" w:space="0" w:color="D0D7DE"/>
              <w:bottom w:val="single" w:sz="4" w:space="0" w:color="D0D7DE"/>
              <w:right w:val="single" w:sz="4" w:space="0" w:color="D0D7DE"/>
            </w:tcBorders>
            <w:shd w:val="clear" w:color="auto" w:fill="F8FAFC"/>
            <w:tcMar>
              <w:top w:w="45" w:type="dxa"/>
              <w:left w:w="50" w:type="dxa"/>
              <w:bottom w:w="45" w:type="dxa"/>
              <w:right w:w="50" w:type="dxa"/>
            </w:tcMar>
          </w:tcPr>
          <w:p w14:paraId="6B7BC84A" w14:textId="77777777" w:rsidR="00E12913" w:rsidRDefault="00117A58">
            <w:r>
              <w:rPr>
                <w:rFonts w:ascii="Calibri" w:hAnsi="Calibri"/>
                <w:b/>
                <w:color w:val="1B365D"/>
                <w:sz w:val="16"/>
              </w:rPr>
              <w:t>PARTICIPANT SIGNATURE:</w:t>
            </w:r>
            <w:r>
              <w:rPr>
                <w:rFonts w:ascii="Calibri" w:hAnsi="Calibri"/>
                <w:b/>
                <w:color w:val="1B365D"/>
                <w:sz w:val="16"/>
              </w:rPr>
              <w:br/>
            </w:r>
            <w:r>
              <w:rPr>
                <w:rFonts w:ascii="Calibri" w:hAnsi="Calibri"/>
                <w:b/>
                <w:color w:val="1B365D"/>
                <w:sz w:val="16"/>
              </w:rPr>
              <w:br/>
              <w:t>____________________________________</w:t>
            </w:r>
          </w:p>
        </w:tc>
        <w:tc>
          <w:tcPr>
            <w:tcW w:w="2880" w:type="dxa"/>
            <w:tcBorders>
              <w:top w:val="single" w:sz="4" w:space="0" w:color="D0D7DE"/>
              <w:left w:val="single" w:sz="4" w:space="0" w:color="D0D7DE"/>
              <w:bottom w:val="single" w:sz="4" w:space="0" w:color="D0D7DE"/>
              <w:right w:val="single" w:sz="4" w:space="0" w:color="D0D7DE"/>
            </w:tcBorders>
            <w:shd w:val="clear" w:color="auto" w:fill="F8FAFC"/>
            <w:tcMar>
              <w:top w:w="45" w:type="dxa"/>
              <w:left w:w="50" w:type="dxa"/>
              <w:bottom w:w="45" w:type="dxa"/>
              <w:right w:w="50" w:type="dxa"/>
            </w:tcMar>
          </w:tcPr>
          <w:p w14:paraId="06BFB174" w14:textId="77777777" w:rsidR="00E12913" w:rsidRDefault="00117A58">
            <w:r>
              <w:rPr>
                <w:rFonts w:ascii="Calibri" w:hAnsi="Calibri"/>
                <w:b/>
                <w:color w:val="1B365D"/>
                <w:sz w:val="16"/>
              </w:rPr>
              <w:t>DATE SIGNED:</w:t>
            </w:r>
            <w:r>
              <w:rPr>
                <w:rFonts w:ascii="Calibri" w:hAnsi="Calibri"/>
                <w:b/>
                <w:color w:val="1B365D"/>
                <w:sz w:val="16"/>
              </w:rPr>
              <w:br/>
            </w:r>
            <w:r>
              <w:rPr>
                <w:rFonts w:ascii="Calibri" w:hAnsi="Calibri"/>
                <w:b/>
                <w:color w:val="1B365D"/>
                <w:sz w:val="16"/>
              </w:rPr>
              <w:br/>
              <w:t>____ / ____ / 202___</w:t>
            </w:r>
          </w:p>
        </w:tc>
      </w:tr>
    </w:tbl>
    <w:p w14:paraId="4BD26AEB" w14:textId="77777777" w:rsidR="00117A58" w:rsidRDefault="00117A58"/>
    <w:sectPr w:rsidR="00117A58"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67516276">
    <w:abstractNumId w:val="8"/>
  </w:num>
  <w:num w:numId="2" w16cid:durableId="410853933">
    <w:abstractNumId w:val="6"/>
  </w:num>
  <w:num w:numId="3" w16cid:durableId="173568488">
    <w:abstractNumId w:val="5"/>
  </w:num>
  <w:num w:numId="4" w16cid:durableId="1725058135">
    <w:abstractNumId w:val="4"/>
  </w:num>
  <w:num w:numId="5" w16cid:durableId="1495031446">
    <w:abstractNumId w:val="7"/>
  </w:num>
  <w:num w:numId="6" w16cid:durableId="1523861022">
    <w:abstractNumId w:val="3"/>
  </w:num>
  <w:num w:numId="7" w16cid:durableId="743920223">
    <w:abstractNumId w:val="2"/>
  </w:num>
  <w:num w:numId="8" w16cid:durableId="1675108074">
    <w:abstractNumId w:val="1"/>
  </w:num>
  <w:num w:numId="9" w16cid:durableId="1868326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7A58"/>
    <w:rsid w:val="0015074B"/>
    <w:rsid w:val="00230CFA"/>
    <w:rsid w:val="0029639D"/>
    <w:rsid w:val="00326F90"/>
    <w:rsid w:val="00715B03"/>
    <w:rsid w:val="00AA1D8D"/>
    <w:rsid w:val="00B47730"/>
    <w:rsid w:val="00CB0664"/>
    <w:rsid w:val="00E1291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6BF534"/>
  <w14:defaultImageDpi w14:val="300"/>
  <w15:docId w15:val="{E4472DDF-065E-4BB9-84B1-36C1B83BB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740</Words>
  <Characters>4220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daniel keene</cp:lastModifiedBy>
  <cp:revision>2</cp:revision>
  <dcterms:created xsi:type="dcterms:W3CDTF">2026-08-31T23:42:00Z</dcterms:created>
  <dcterms:modified xsi:type="dcterms:W3CDTF">2026-08-31T23:42:00Z</dcterms:modified>
  <cp:category/>
</cp:coreProperties>
</file>