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ED4C0" w14:textId="77777777" w:rsidR="00CB54D9" w:rsidRPr="007C3627" w:rsidRDefault="00000000" w:rsidP="007C3627">
      <w:pPr>
        <w:jc w:val="center"/>
        <w:rPr>
          <w:sz w:val="20"/>
          <w:szCs w:val="20"/>
        </w:rPr>
      </w:pPr>
      <w:r w:rsidRPr="007C3627">
        <w:rPr>
          <w:b/>
          <w:color w:val="0B3D2E"/>
          <w:sz w:val="32"/>
          <w:szCs w:val="20"/>
        </w:rPr>
        <w:t>OLD ENGLISH GAME FOWL CLUB OF AUSTRALIA INC.</w:t>
      </w:r>
    </w:p>
    <w:p w14:paraId="35C4A430" w14:textId="77777777" w:rsidR="00CB54D9" w:rsidRPr="007C3627" w:rsidRDefault="00000000">
      <w:pPr>
        <w:jc w:val="center"/>
        <w:rPr>
          <w:sz w:val="20"/>
          <w:szCs w:val="20"/>
        </w:rPr>
      </w:pPr>
      <w:r w:rsidRPr="007C3627">
        <w:rPr>
          <w:b/>
          <w:color w:val="0B3D2E"/>
          <w:sz w:val="48"/>
          <w:szCs w:val="20"/>
        </w:rPr>
        <w:t>BALLARAT 2026 ENTRY FORM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0"/>
        <w:gridCol w:w="1821"/>
        <w:gridCol w:w="6759"/>
        <w:gridCol w:w="1830"/>
      </w:tblGrid>
      <w:tr w:rsidR="00CB54D9" w14:paraId="3F1658ED" w14:textId="77777777" w:rsidTr="007C3627">
        <w:trPr>
          <w:trHeight w:val="400"/>
          <w:jc w:val="center"/>
        </w:trPr>
        <w:tc>
          <w:tcPr>
            <w:tcW w:w="2296" w:type="dxa"/>
            <w:gridSpan w:val="2"/>
            <w:shd w:val="clear" w:color="auto" w:fill="0B3D2E"/>
          </w:tcPr>
          <w:p w14:paraId="53DBA87E" w14:textId="77777777" w:rsidR="00CB54D9" w:rsidRDefault="00000000">
            <w:pPr>
              <w:jc w:val="center"/>
            </w:pPr>
            <w:r>
              <w:rPr>
                <w:b/>
                <w:color w:val="FFFFFF"/>
              </w:rPr>
              <w:t>CLASS #</w:t>
            </w:r>
          </w:p>
        </w:tc>
        <w:tc>
          <w:tcPr>
            <w:tcW w:w="6810" w:type="dxa"/>
            <w:shd w:val="clear" w:color="auto" w:fill="0B3D2E"/>
          </w:tcPr>
          <w:p w14:paraId="2CDBC88F" w14:textId="77777777" w:rsidR="00CB54D9" w:rsidRDefault="00000000">
            <w:pPr>
              <w:jc w:val="center"/>
            </w:pPr>
            <w:r>
              <w:rPr>
                <w:b/>
                <w:color w:val="FFFFFF"/>
              </w:rPr>
              <w:t>DESCRIPTION</w:t>
            </w:r>
          </w:p>
        </w:tc>
        <w:tc>
          <w:tcPr>
            <w:tcW w:w="1842" w:type="dxa"/>
            <w:shd w:val="clear" w:color="auto" w:fill="0B3D2E"/>
          </w:tcPr>
          <w:p w14:paraId="06A9E72D" w14:textId="77777777" w:rsidR="00CB54D9" w:rsidRDefault="00000000">
            <w:pPr>
              <w:jc w:val="center"/>
            </w:pPr>
            <w:r>
              <w:rPr>
                <w:b/>
                <w:color w:val="FFFFFF"/>
              </w:rPr>
              <w:t>PEN #</w:t>
            </w:r>
          </w:p>
        </w:tc>
      </w:tr>
      <w:tr w:rsidR="007C3627" w14:paraId="14233CC6" w14:textId="77777777" w:rsidTr="007C3627">
        <w:trPr>
          <w:trHeight w:val="433"/>
          <w:jc w:val="center"/>
        </w:trPr>
        <w:tc>
          <w:tcPr>
            <w:tcW w:w="460" w:type="dxa"/>
          </w:tcPr>
          <w:p w14:paraId="6B746E0F" w14:textId="77777777" w:rsidR="007C3627" w:rsidRDefault="007C3627">
            <w:r>
              <w:t>1</w:t>
            </w:r>
          </w:p>
        </w:tc>
        <w:tc>
          <w:tcPr>
            <w:tcW w:w="1836" w:type="dxa"/>
          </w:tcPr>
          <w:p w14:paraId="575E630C" w14:textId="060E3E30" w:rsidR="007C3627" w:rsidRDefault="007C3627"/>
        </w:tc>
        <w:tc>
          <w:tcPr>
            <w:tcW w:w="6810" w:type="dxa"/>
          </w:tcPr>
          <w:p w14:paraId="5B0AB33A" w14:textId="77777777" w:rsidR="007C3627" w:rsidRDefault="007C3627"/>
        </w:tc>
        <w:tc>
          <w:tcPr>
            <w:tcW w:w="1842" w:type="dxa"/>
          </w:tcPr>
          <w:p w14:paraId="448A992D" w14:textId="77777777" w:rsidR="007C3627" w:rsidRDefault="007C3627"/>
        </w:tc>
      </w:tr>
      <w:tr w:rsidR="007C3627" w14:paraId="58E97FA3" w14:textId="77777777" w:rsidTr="007C3627">
        <w:trPr>
          <w:trHeight w:val="400"/>
          <w:jc w:val="center"/>
        </w:trPr>
        <w:tc>
          <w:tcPr>
            <w:tcW w:w="460" w:type="dxa"/>
          </w:tcPr>
          <w:p w14:paraId="0426A4EE" w14:textId="77777777" w:rsidR="007C3627" w:rsidRDefault="007C3627">
            <w:r>
              <w:t>2</w:t>
            </w:r>
          </w:p>
        </w:tc>
        <w:tc>
          <w:tcPr>
            <w:tcW w:w="1836" w:type="dxa"/>
          </w:tcPr>
          <w:p w14:paraId="26DF4136" w14:textId="05756815" w:rsidR="007C3627" w:rsidRDefault="007C3627"/>
        </w:tc>
        <w:tc>
          <w:tcPr>
            <w:tcW w:w="6810" w:type="dxa"/>
          </w:tcPr>
          <w:p w14:paraId="5DD580D1" w14:textId="77777777" w:rsidR="007C3627" w:rsidRDefault="007C3627"/>
        </w:tc>
        <w:tc>
          <w:tcPr>
            <w:tcW w:w="1842" w:type="dxa"/>
          </w:tcPr>
          <w:p w14:paraId="62BBC7B6" w14:textId="77777777" w:rsidR="007C3627" w:rsidRDefault="007C3627"/>
        </w:tc>
      </w:tr>
      <w:tr w:rsidR="007C3627" w14:paraId="17756590" w14:textId="77777777" w:rsidTr="007C3627">
        <w:trPr>
          <w:trHeight w:val="433"/>
          <w:jc w:val="center"/>
        </w:trPr>
        <w:tc>
          <w:tcPr>
            <w:tcW w:w="460" w:type="dxa"/>
          </w:tcPr>
          <w:p w14:paraId="09DA736A" w14:textId="77777777" w:rsidR="007C3627" w:rsidRDefault="007C3627">
            <w:r>
              <w:t>3</w:t>
            </w:r>
          </w:p>
        </w:tc>
        <w:tc>
          <w:tcPr>
            <w:tcW w:w="1836" w:type="dxa"/>
          </w:tcPr>
          <w:p w14:paraId="10D266FC" w14:textId="5A5F01F1" w:rsidR="007C3627" w:rsidRDefault="007C3627"/>
        </w:tc>
        <w:tc>
          <w:tcPr>
            <w:tcW w:w="6810" w:type="dxa"/>
          </w:tcPr>
          <w:p w14:paraId="72C5920F" w14:textId="77777777" w:rsidR="007C3627" w:rsidRDefault="007C3627"/>
        </w:tc>
        <w:tc>
          <w:tcPr>
            <w:tcW w:w="1842" w:type="dxa"/>
          </w:tcPr>
          <w:p w14:paraId="2081325A" w14:textId="77777777" w:rsidR="007C3627" w:rsidRDefault="007C3627"/>
        </w:tc>
      </w:tr>
      <w:tr w:rsidR="007C3627" w14:paraId="696A80B5" w14:textId="77777777" w:rsidTr="007C3627">
        <w:trPr>
          <w:trHeight w:val="400"/>
          <w:jc w:val="center"/>
        </w:trPr>
        <w:tc>
          <w:tcPr>
            <w:tcW w:w="460" w:type="dxa"/>
          </w:tcPr>
          <w:p w14:paraId="60D70531" w14:textId="77777777" w:rsidR="007C3627" w:rsidRDefault="007C3627">
            <w:r>
              <w:t>4</w:t>
            </w:r>
          </w:p>
        </w:tc>
        <w:tc>
          <w:tcPr>
            <w:tcW w:w="1836" w:type="dxa"/>
          </w:tcPr>
          <w:p w14:paraId="0DC60801" w14:textId="1268FDA3" w:rsidR="007C3627" w:rsidRDefault="007C3627"/>
        </w:tc>
        <w:tc>
          <w:tcPr>
            <w:tcW w:w="6810" w:type="dxa"/>
          </w:tcPr>
          <w:p w14:paraId="012DB4CE" w14:textId="77777777" w:rsidR="007C3627" w:rsidRDefault="007C3627"/>
        </w:tc>
        <w:tc>
          <w:tcPr>
            <w:tcW w:w="1842" w:type="dxa"/>
          </w:tcPr>
          <w:p w14:paraId="517DFD47" w14:textId="77777777" w:rsidR="007C3627" w:rsidRDefault="007C3627"/>
        </w:tc>
      </w:tr>
      <w:tr w:rsidR="007C3627" w14:paraId="4FFDFA64" w14:textId="77777777" w:rsidTr="007C3627">
        <w:trPr>
          <w:trHeight w:val="400"/>
          <w:jc w:val="center"/>
        </w:trPr>
        <w:tc>
          <w:tcPr>
            <w:tcW w:w="460" w:type="dxa"/>
          </w:tcPr>
          <w:p w14:paraId="43FCA578" w14:textId="77777777" w:rsidR="007C3627" w:rsidRDefault="007C3627">
            <w:r>
              <w:t>5</w:t>
            </w:r>
          </w:p>
        </w:tc>
        <w:tc>
          <w:tcPr>
            <w:tcW w:w="1836" w:type="dxa"/>
          </w:tcPr>
          <w:p w14:paraId="35D884FC" w14:textId="5D3B38BD" w:rsidR="007C3627" w:rsidRDefault="007C3627"/>
        </w:tc>
        <w:tc>
          <w:tcPr>
            <w:tcW w:w="6810" w:type="dxa"/>
          </w:tcPr>
          <w:p w14:paraId="4E727A3C" w14:textId="77777777" w:rsidR="007C3627" w:rsidRDefault="007C3627"/>
        </w:tc>
        <w:tc>
          <w:tcPr>
            <w:tcW w:w="1842" w:type="dxa"/>
          </w:tcPr>
          <w:p w14:paraId="18C81C9A" w14:textId="77777777" w:rsidR="007C3627" w:rsidRDefault="007C3627"/>
        </w:tc>
      </w:tr>
      <w:tr w:rsidR="007C3627" w14:paraId="4786BB30" w14:textId="77777777" w:rsidTr="007C3627">
        <w:trPr>
          <w:trHeight w:val="433"/>
          <w:jc w:val="center"/>
        </w:trPr>
        <w:tc>
          <w:tcPr>
            <w:tcW w:w="460" w:type="dxa"/>
          </w:tcPr>
          <w:p w14:paraId="025E785C" w14:textId="77777777" w:rsidR="007C3627" w:rsidRDefault="007C3627">
            <w:r>
              <w:t>6</w:t>
            </w:r>
          </w:p>
        </w:tc>
        <w:tc>
          <w:tcPr>
            <w:tcW w:w="1836" w:type="dxa"/>
          </w:tcPr>
          <w:p w14:paraId="5D7B9BE1" w14:textId="2FD10FF8" w:rsidR="007C3627" w:rsidRDefault="007C3627"/>
        </w:tc>
        <w:tc>
          <w:tcPr>
            <w:tcW w:w="6810" w:type="dxa"/>
          </w:tcPr>
          <w:p w14:paraId="6A17E080" w14:textId="77777777" w:rsidR="007C3627" w:rsidRDefault="007C3627"/>
        </w:tc>
        <w:tc>
          <w:tcPr>
            <w:tcW w:w="1842" w:type="dxa"/>
          </w:tcPr>
          <w:p w14:paraId="310C7F91" w14:textId="77777777" w:rsidR="007C3627" w:rsidRDefault="007C3627"/>
        </w:tc>
      </w:tr>
      <w:tr w:rsidR="007C3627" w14:paraId="106F768C" w14:textId="77777777" w:rsidTr="007C3627">
        <w:trPr>
          <w:trHeight w:val="400"/>
          <w:jc w:val="center"/>
        </w:trPr>
        <w:tc>
          <w:tcPr>
            <w:tcW w:w="460" w:type="dxa"/>
          </w:tcPr>
          <w:p w14:paraId="3B820B9E" w14:textId="77777777" w:rsidR="007C3627" w:rsidRDefault="007C3627">
            <w:r>
              <w:t>7</w:t>
            </w:r>
          </w:p>
        </w:tc>
        <w:tc>
          <w:tcPr>
            <w:tcW w:w="1836" w:type="dxa"/>
          </w:tcPr>
          <w:p w14:paraId="16C7EE4A" w14:textId="43054056" w:rsidR="007C3627" w:rsidRDefault="007C3627"/>
        </w:tc>
        <w:tc>
          <w:tcPr>
            <w:tcW w:w="6810" w:type="dxa"/>
          </w:tcPr>
          <w:p w14:paraId="0F0D5C29" w14:textId="77777777" w:rsidR="007C3627" w:rsidRDefault="007C3627"/>
        </w:tc>
        <w:tc>
          <w:tcPr>
            <w:tcW w:w="1842" w:type="dxa"/>
          </w:tcPr>
          <w:p w14:paraId="0E954B1E" w14:textId="77777777" w:rsidR="007C3627" w:rsidRDefault="007C3627"/>
        </w:tc>
      </w:tr>
      <w:tr w:rsidR="007C3627" w14:paraId="07478A8A" w14:textId="77777777" w:rsidTr="007C3627">
        <w:trPr>
          <w:trHeight w:val="433"/>
          <w:jc w:val="center"/>
        </w:trPr>
        <w:tc>
          <w:tcPr>
            <w:tcW w:w="460" w:type="dxa"/>
          </w:tcPr>
          <w:p w14:paraId="11A9642D" w14:textId="77777777" w:rsidR="007C3627" w:rsidRDefault="007C3627">
            <w:r>
              <w:t>8</w:t>
            </w:r>
          </w:p>
        </w:tc>
        <w:tc>
          <w:tcPr>
            <w:tcW w:w="1836" w:type="dxa"/>
          </w:tcPr>
          <w:p w14:paraId="1F2398A0" w14:textId="39F1F0A3" w:rsidR="007C3627" w:rsidRDefault="007C3627"/>
        </w:tc>
        <w:tc>
          <w:tcPr>
            <w:tcW w:w="6810" w:type="dxa"/>
          </w:tcPr>
          <w:p w14:paraId="33A2FBB5" w14:textId="77777777" w:rsidR="007C3627" w:rsidRDefault="007C3627"/>
        </w:tc>
        <w:tc>
          <w:tcPr>
            <w:tcW w:w="1842" w:type="dxa"/>
          </w:tcPr>
          <w:p w14:paraId="0E9F1078" w14:textId="77777777" w:rsidR="007C3627" w:rsidRDefault="007C3627"/>
        </w:tc>
      </w:tr>
      <w:tr w:rsidR="007C3627" w14:paraId="673401D9" w14:textId="77777777" w:rsidTr="007C3627">
        <w:trPr>
          <w:trHeight w:val="400"/>
          <w:jc w:val="center"/>
        </w:trPr>
        <w:tc>
          <w:tcPr>
            <w:tcW w:w="460" w:type="dxa"/>
          </w:tcPr>
          <w:p w14:paraId="264A7EC9" w14:textId="77777777" w:rsidR="007C3627" w:rsidRDefault="007C3627">
            <w:r>
              <w:t>9</w:t>
            </w:r>
          </w:p>
        </w:tc>
        <w:tc>
          <w:tcPr>
            <w:tcW w:w="1836" w:type="dxa"/>
          </w:tcPr>
          <w:p w14:paraId="5E9A736C" w14:textId="207E3F2E" w:rsidR="007C3627" w:rsidRDefault="007C3627"/>
        </w:tc>
        <w:tc>
          <w:tcPr>
            <w:tcW w:w="6810" w:type="dxa"/>
          </w:tcPr>
          <w:p w14:paraId="664AE547" w14:textId="77777777" w:rsidR="007C3627" w:rsidRDefault="007C3627"/>
        </w:tc>
        <w:tc>
          <w:tcPr>
            <w:tcW w:w="1842" w:type="dxa"/>
          </w:tcPr>
          <w:p w14:paraId="624AB5F9" w14:textId="77777777" w:rsidR="007C3627" w:rsidRDefault="007C3627"/>
        </w:tc>
      </w:tr>
      <w:tr w:rsidR="007C3627" w14:paraId="400035D0" w14:textId="77777777" w:rsidTr="007C3627">
        <w:trPr>
          <w:trHeight w:val="400"/>
          <w:jc w:val="center"/>
        </w:trPr>
        <w:tc>
          <w:tcPr>
            <w:tcW w:w="460" w:type="dxa"/>
          </w:tcPr>
          <w:p w14:paraId="339F1E26" w14:textId="77777777" w:rsidR="007C3627" w:rsidRDefault="007C3627">
            <w:r>
              <w:t>10</w:t>
            </w:r>
          </w:p>
        </w:tc>
        <w:tc>
          <w:tcPr>
            <w:tcW w:w="1836" w:type="dxa"/>
          </w:tcPr>
          <w:p w14:paraId="5137CD5A" w14:textId="0FEDDF60" w:rsidR="007C3627" w:rsidRDefault="007C3627"/>
        </w:tc>
        <w:tc>
          <w:tcPr>
            <w:tcW w:w="6810" w:type="dxa"/>
          </w:tcPr>
          <w:p w14:paraId="64CDE8A2" w14:textId="77777777" w:rsidR="007C3627" w:rsidRDefault="007C3627"/>
        </w:tc>
        <w:tc>
          <w:tcPr>
            <w:tcW w:w="1842" w:type="dxa"/>
          </w:tcPr>
          <w:p w14:paraId="4A62811E" w14:textId="77777777" w:rsidR="007C3627" w:rsidRDefault="007C3627"/>
        </w:tc>
      </w:tr>
      <w:tr w:rsidR="007C3627" w14:paraId="4AE01071" w14:textId="77777777" w:rsidTr="007C3627">
        <w:trPr>
          <w:trHeight w:val="433"/>
          <w:jc w:val="center"/>
        </w:trPr>
        <w:tc>
          <w:tcPr>
            <w:tcW w:w="460" w:type="dxa"/>
          </w:tcPr>
          <w:p w14:paraId="70410433" w14:textId="77777777" w:rsidR="007C3627" w:rsidRDefault="007C3627">
            <w:r>
              <w:t>11</w:t>
            </w:r>
          </w:p>
        </w:tc>
        <w:tc>
          <w:tcPr>
            <w:tcW w:w="1836" w:type="dxa"/>
          </w:tcPr>
          <w:p w14:paraId="631D4533" w14:textId="38675BFE" w:rsidR="007C3627" w:rsidRDefault="007C3627"/>
        </w:tc>
        <w:tc>
          <w:tcPr>
            <w:tcW w:w="6810" w:type="dxa"/>
          </w:tcPr>
          <w:p w14:paraId="74F4B128" w14:textId="77777777" w:rsidR="007C3627" w:rsidRDefault="007C3627"/>
        </w:tc>
        <w:tc>
          <w:tcPr>
            <w:tcW w:w="1842" w:type="dxa"/>
          </w:tcPr>
          <w:p w14:paraId="6A3D407E" w14:textId="77777777" w:rsidR="007C3627" w:rsidRDefault="007C3627"/>
        </w:tc>
      </w:tr>
      <w:tr w:rsidR="007C3627" w14:paraId="0C36C575" w14:textId="77777777" w:rsidTr="007C3627">
        <w:trPr>
          <w:trHeight w:val="400"/>
          <w:jc w:val="center"/>
        </w:trPr>
        <w:tc>
          <w:tcPr>
            <w:tcW w:w="460" w:type="dxa"/>
          </w:tcPr>
          <w:p w14:paraId="4BD26632" w14:textId="77777777" w:rsidR="007C3627" w:rsidRDefault="007C3627">
            <w:r>
              <w:t>12</w:t>
            </w:r>
          </w:p>
        </w:tc>
        <w:tc>
          <w:tcPr>
            <w:tcW w:w="1836" w:type="dxa"/>
          </w:tcPr>
          <w:p w14:paraId="10E3A3C2" w14:textId="0CE1C1BF" w:rsidR="007C3627" w:rsidRDefault="007C3627"/>
        </w:tc>
        <w:tc>
          <w:tcPr>
            <w:tcW w:w="6810" w:type="dxa"/>
          </w:tcPr>
          <w:p w14:paraId="080E01C0" w14:textId="77777777" w:rsidR="007C3627" w:rsidRDefault="007C3627"/>
        </w:tc>
        <w:tc>
          <w:tcPr>
            <w:tcW w:w="1842" w:type="dxa"/>
          </w:tcPr>
          <w:p w14:paraId="1C65E60A" w14:textId="77777777" w:rsidR="007C3627" w:rsidRDefault="007C3627"/>
        </w:tc>
      </w:tr>
      <w:tr w:rsidR="007C3627" w14:paraId="72AB05F5" w14:textId="77777777" w:rsidTr="007C3627">
        <w:trPr>
          <w:trHeight w:val="433"/>
          <w:jc w:val="center"/>
        </w:trPr>
        <w:tc>
          <w:tcPr>
            <w:tcW w:w="460" w:type="dxa"/>
          </w:tcPr>
          <w:p w14:paraId="462D652A" w14:textId="77777777" w:rsidR="007C3627" w:rsidRDefault="007C3627">
            <w:r>
              <w:t>13</w:t>
            </w:r>
          </w:p>
        </w:tc>
        <w:tc>
          <w:tcPr>
            <w:tcW w:w="1836" w:type="dxa"/>
          </w:tcPr>
          <w:p w14:paraId="2C41D958" w14:textId="126BA1DD" w:rsidR="007C3627" w:rsidRDefault="007C3627"/>
        </w:tc>
        <w:tc>
          <w:tcPr>
            <w:tcW w:w="6810" w:type="dxa"/>
          </w:tcPr>
          <w:p w14:paraId="753BD584" w14:textId="77777777" w:rsidR="007C3627" w:rsidRDefault="007C3627"/>
        </w:tc>
        <w:tc>
          <w:tcPr>
            <w:tcW w:w="1842" w:type="dxa"/>
          </w:tcPr>
          <w:p w14:paraId="137B0CE9" w14:textId="77777777" w:rsidR="007C3627" w:rsidRDefault="007C3627"/>
        </w:tc>
      </w:tr>
      <w:tr w:rsidR="007C3627" w14:paraId="5B31E74E" w14:textId="77777777" w:rsidTr="007C3627">
        <w:trPr>
          <w:trHeight w:val="400"/>
          <w:jc w:val="center"/>
        </w:trPr>
        <w:tc>
          <w:tcPr>
            <w:tcW w:w="460" w:type="dxa"/>
          </w:tcPr>
          <w:p w14:paraId="1A5A640A" w14:textId="77777777" w:rsidR="007C3627" w:rsidRDefault="007C3627">
            <w:r>
              <w:t>14</w:t>
            </w:r>
          </w:p>
        </w:tc>
        <w:tc>
          <w:tcPr>
            <w:tcW w:w="1836" w:type="dxa"/>
          </w:tcPr>
          <w:p w14:paraId="26107481" w14:textId="3E493A9D" w:rsidR="007C3627" w:rsidRDefault="007C3627"/>
        </w:tc>
        <w:tc>
          <w:tcPr>
            <w:tcW w:w="6810" w:type="dxa"/>
          </w:tcPr>
          <w:p w14:paraId="60522CF0" w14:textId="77777777" w:rsidR="007C3627" w:rsidRDefault="007C3627"/>
        </w:tc>
        <w:tc>
          <w:tcPr>
            <w:tcW w:w="1842" w:type="dxa"/>
          </w:tcPr>
          <w:p w14:paraId="4B92D63E" w14:textId="77777777" w:rsidR="007C3627" w:rsidRDefault="007C3627"/>
        </w:tc>
      </w:tr>
      <w:tr w:rsidR="007C3627" w14:paraId="0DB90DFB" w14:textId="77777777" w:rsidTr="007C3627">
        <w:trPr>
          <w:trHeight w:val="400"/>
          <w:jc w:val="center"/>
        </w:trPr>
        <w:tc>
          <w:tcPr>
            <w:tcW w:w="460" w:type="dxa"/>
          </w:tcPr>
          <w:p w14:paraId="7C1D45EB" w14:textId="77777777" w:rsidR="007C3627" w:rsidRDefault="007C3627">
            <w:r>
              <w:t>15</w:t>
            </w:r>
          </w:p>
        </w:tc>
        <w:tc>
          <w:tcPr>
            <w:tcW w:w="1836" w:type="dxa"/>
          </w:tcPr>
          <w:p w14:paraId="248392EC" w14:textId="09E04755" w:rsidR="007C3627" w:rsidRDefault="007C3627"/>
        </w:tc>
        <w:tc>
          <w:tcPr>
            <w:tcW w:w="6810" w:type="dxa"/>
          </w:tcPr>
          <w:p w14:paraId="66A83DAD" w14:textId="77777777" w:rsidR="007C3627" w:rsidRDefault="007C3627"/>
        </w:tc>
        <w:tc>
          <w:tcPr>
            <w:tcW w:w="1842" w:type="dxa"/>
          </w:tcPr>
          <w:p w14:paraId="5F52FCCC" w14:textId="77777777" w:rsidR="007C3627" w:rsidRDefault="007C3627"/>
        </w:tc>
      </w:tr>
      <w:tr w:rsidR="007C3627" w14:paraId="1CB0D792" w14:textId="77777777" w:rsidTr="007C3627">
        <w:trPr>
          <w:trHeight w:val="433"/>
          <w:jc w:val="center"/>
        </w:trPr>
        <w:tc>
          <w:tcPr>
            <w:tcW w:w="460" w:type="dxa"/>
          </w:tcPr>
          <w:p w14:paraId="02EAA425" w14:textId="77777777" w:rsidR="007C3627" w:rsidRDefault="007C3627">
            <w:r>
              <w:t>16</w:t>
            </w:r>
          </w:p>
        </w:tc>
        <w:tc>
          <w:tcPr>
            <w:tcW w:w="1836" w:type="dxa"/>
          </w:tcPr>
          <w:p w14:paraId="0F5A10EE" w14:textId="3464324E" w:rsidR="007C3627" w:rsidRDefault="007C3627"/>
        </w:tc>
        <w:tc>
          <w:tcPr>
            <w:tcW w:w="6810" w:type="dxa"/>
          </w:tcPr>
          <w:p w14:paraId="0D483D86" w14:textId="77777777" w:rsidR="007C3627" w:rsidRDefault="007C3627"/>
        </w:tc>
        <w:tc>
          <w:tcPr>
            <w:tcW w:w="1842" w:type="dxa"/>
          </w:tcPr>
          <w:p w14:paraId="276D06F6" w14:textId="77777777" w:rsidR="007C3627" w:rsidRDefault="007C3627"/>
        </w:tc>
      </w:tr>
      <w:tr w:rsidR="007C3627" w14:paraId="3BBEA4D0" w14:textId="77777777" w:rsidTr="007C3627">
        <w:trPr>
          <w:trHeight w:val="400"/>
          <w:jc w:val="center"/>
        </w:trPr>
        <w:tc>
          <w:tcPr>
            <w:tcW w:w="460" w:type="dxa"/>
          </w:tcPr>
          <w:p w14:paraId="7A878853" w14:textId="77777777" w:rsidR="007C3627" w:rsidRDefault="007C3627">
            <w:r>
              <w:t>17</w:t>
            </w:r>
          </w:p>
        </w:tc>
        <w:tc>
          <w:tcPr>
            <w:tcW w:w="1836" w:type="dxa"/>
          </w:tcPr>
          <w:p w14:paraId="474ACB77" w14:textId="574B3044" w:rsidR="007C3627" w:rsidRDefault="007C3627"/>
        </w:tc>
        <w:tc>
          <w:tcPr>
            <w:tcW w:w="6810" w:type="dxa"/>
          </w:tcPr>
          <w:p w14:paraId="1B6C5C64" w14:textId="77777777" w:rsidR="007C3627" w:rsidRDefault="007C3627"/>
        </w:tc>
        <w:tc>
          <w:tcPr>
            <w:tcW w:w="1842" w:type="dxa"/>
          </w:tcPr>
          <w:p w14:paraId="272118BC" w14:textId="77777777" w:rsidR="007C3627" w:rsidRDefault="007C3627"/>
        </w:tc>
      </w:tr>
      <w:tr w:rsidR="007C3627" w14:paraId="0311438F" w14:textId="77777777" w:rsidTr="007C3627">
        <w:trPr>
          <w:trHeight w:val="433"/>
          <w:jc w:val="center"/>
        </w:trPr>
        <w:tc>
          <w:tcPr>
            <w:tcW w:w="460" w:type="dxa"/>
          </w:tcPr>
          <w:p w14:paraId="5EDC8164" w14:textId="77777777" w:rsidR="007C3627" w:rsidRDefault="007C3627">
            <w:r>
              <w:t>18</w:t>
            </w:r>
          </w:p>
        </w:tc>
        <w:tc>
          <w:tcPr>
            <w:tcW w:w="1836" w:type="dxa"/>
          </w:tcPr>
          <w:p w14:paraId="1BC5821A" w14:textId="420898D8" w:rsidR="007C3627" w:rsidRDefault="007C3627"/>
        </w:tc>
        <w:tc>
          <w:tcPr>
            <w:tcW w:w="6810" w:type="dxa"/>
          </w:tcPr>
          <w:p w14:paraId="031CDE50" w14:textId="77777777" w:rsidR="007C3627" w:rsidRDefault="007C3627"/>
        </w:tc>
        <w:tc>
          <w:tcPr>
            <w:tcW w:w="1842" w:type="dxa"/>
          </w:tcPr>
          <w:p w14:paraId="058965C1" w14:textId="77777777" w:rsidR="007C3627" w:rsidRDefault="007C3627"/>
        </w:tc>
      </w:tr>
      <w:tr w:rsidR="007C3627" w14:paraId="2DB2185D" w14:textId="77777777" w:rsidTr="007C3627">
        <w:trPr>
          <w:trHeight w:val="400"/>
          <w:jc w:val="center"/>
        </w:trPr>
        <w:tc>
          <w:tcPr>
            <w:tcW w:w="460" w:type="dxa"/>
          </w:tcPr>
          <w:p w14:paraId="66207967" w14:textId="77777777" w:rsidR="007C3627" w:rsidRDefault="007C3627">
            <w:r>
              <w:t>19</w:t>
            </w:r>
          </w:p>
        </w:tc>
        <w:tc>
          <w:tcPr>
            <w:tcW w:w="1836" w:type="dxa"/>
          </w:tcPr>
          <w:p w14:paraId="48597007" w14:textId="64A697F5" w:rsidR="007C3627" w:rsidRDefault="007C3627"/>
        </w:tc>
        <w:tc>
          <w:tcPr>
            <w:tcW w:w="6810" w:type="dxa"/>
          </w:tcPr>
          <w:p w14:paraId="2A2B9FC4" w14:textId="77777777" w:rsidR="007C3627" w:rsidRDefault="007C3627"/>
        </w:tc>
        <w:tc>
          <w:tcPr>
            <w:tcW w:w="1842" w:type="dxa"/>
          </w:tcPr>
          <w:p w14:paraId="669CF00D" w14:textId="77777777" w:rsidR="007C3627" w:rsidRDefault="007C3627"/>
        </w:tc>
      </w:tr>
      <w:tr w:rsidR="007C3627" w14:paraId="00598E29" w14:textId="77777777" w:rsidTr="007C3627">
        <w:trPr>
          <w:trHeight w:val="400"/>
          <w:jc w:val="center"/>
        </w:trPr>
        <w:tc>
          <w:tcPr>
            <w:tcW w:w="460" w:type="dxa"/>
          </w:tcPr>
          <w:p w14:paraId="3B46BE38" w14:textId="77777777" w:rsidR="007C3627" w:rsidRDefault="007C3627">
            <w:r>
              <w:t>20</w:t>
            </w:r>
          </w:p>
        </w:tc>
        <w:tc>
          <w:tcPr>
            <w:tcW w:w="1836" w:type="dxa"/>
          </w:tcPr>
          <w:p w14:paraId="245D6202" w14:textId="4B4899F2" w:rsidR="007C3627" w:rsidRDefault="007C3627"/>
        </w:tc>
        <w:tc>
          <w:tcPr>
            <w:tcW w:w="6810" w:type="dxa"/>
          </w:tcPr>
          <w:p w14:paraId="2D859F60" w14:textId="77777777" w:rsidR="007C3627" w:rsidRDefault="007C3627"/>
        </w:tc>
        <w:tc>
          <w:tcPr>
            <w:tcW w:w="1842" w:type="dxa"/>
          </w:tcPr>
          <w:p w14:paraId="7A3FE5A3" w14:textId="77777777" w:rsidR="007C3627" w:rsidRDefault="007C3627"/>
        </w:tc>
      </w:tr>
      <w:tr w:rsidR="007C3627" w14:paraId="402E69A7" w14:textId="77777777" w:rsidTr="007C3627">
        <w:trPr>
          <w:trHeight w:val="400"/>
          <w:jc w:val="center"/>
        </w:trPr>
        <w:tc>
          <w:tcPr>
            <w:tcW w:w="460" w:type="dxa"/>
          </w:tcPr>
          <w:p w14:paraId="6E612A5D" w14:textId="4E330D17" w:rsidR="007C3627" w:rsidRDefault="007C3627">
            <w:r>
              <w:t>21</w:t>
            </w:r>
          </w:p>
        </w:tc>
        <w:tc>
          <w:tcPr>
            <w:tcW w:w="1836" w:type="dxa"/>
          </w:tcPr>
          <w:p w14:paraId="20A324BA" w14:textId="77777777" w:rsidR="007C3627" w:rsidRDefault="007C3627"/>
        </w:tc>
        <w:tc>
          <w:tcPr>
            <w:tcW w:w="6810" w:type="dxa"/>
          </w:tcPr>
          <w:p w14:paraId="2DC4BF79" w14:textId="77777777" w:rsidR="007C3627" w:rsidRDefault="007C3627"/>
        </w:tc>
        <w:tc>
          <w:tcPr>
            <w:tcW w:w="1842" w:type="dxa"/>
          </w:tcPr>
          <w:p w14:paraId="6FF25EDE" w14:textId="77777777" w:rsidR="007C3627" w:rsidRDefault="007C3627"/>
        </w:tc>
      </w:tr>
      <w:tr w:rsidR="007C3627" w14:paraId="5935A1B1" w14:textId="77777777" w:rsidTr="007C3627">
        <w:trPr>
          <w:trHeight w:val="400"/>
          <w:jc w:val="center"/>
        </w:trPr>
        <w:tc>
          <w:tcPr>
            <w:tcW w:w="460" w:type="dxa"/>
          </w:tcPr>
          <w:p w14:paraId="4F980103" w14:textId="2638125A" w:rsidR="007C3627" w:rsidRDefault="007C3627">
            <w:r>
              <w:t>22</w:t>
            </w:r>
          </w:p>
        </w:tc>
        <w:tc>
          <w:tcPr>
            <w:tcW w:w="1836" w:type="dxa"/>
          </w:tcPr>
          <w:p w14:paraId="156BA5A9" w14:textId="77777777" w:rsidR="007C3627" w:rsidRDefault="007C3627"/>
        </w:tc>
        <w:tc>
          <w:tcPr>
            <w:tcW w:w="6810" w:type="dxa"/>
          </w:tcPr>
          <w:p w14:paraId="5DBF0881" w14:textId="77777777" w:rsidR="007C3627" w:rsidRDefault="007C3627"/>
        </w:tc>
        <w:tc>
          <w:tcPr>
            <w:tcW w:w="1842" w:type="dxa"/>
          </w:tcPr>
          <w:p w14:paraId="04B61AFA" w14:textId="77777777" w:rsidR="007C3627" w:rsidRDefault="007C3627"/>
        </w:tc>
      </w:tr>
      <w:tr w:rsidR="007C3627" w14:paraId="2576B285" w14:textId="77777777" w:rsidTr="007C3627">
        <w:trPr>
          <w:trHeight w:val="400"/>
          <w:jc w:val="center"/>
        </w:trPr>
        <w:tc>
          <w:tcPr>
            <w:tcW w:w="460" w:type="dxa"/>
          </w:tcPr>
          <w:p w14:paraId="7988D7F7" w14:textId="6AACC1D0" w:rsidR="007C3627" w:rsidRDefault="007C3627">
            <w:r>
              <w:t>23</w:t>
            </w:r>
          </w:p>
        </w:tc>
        <w:tc>
          <w:tcPr>
            <w:tcW w:w="1836" w:type="dxa"/>
          </w:tcPr>
          <w:p w14:paraId="11D228AD" w14:textId="77777777" w:rsidR="007C3627" w:rsidRDefault="007C3627"/>
        </w:tc>
        <w:tc>
          <w:tcPr>
            <w:tcW w:w="6810" w:type="dxa"/>
          </w:tcPr>
          <w:p w14:paraId="466F37C2" w14:textId="77777777" w:rsidR="007C3627" w:rsidRDefault="007C3627"/>
        </w:tc>
        <w:tc>
          <w:tcPr>
            <w:tcW w:w="1842" w:type="dxa"/>
          </w:tcPr>
          <w:p w14:paraId="33BAEF2F" w14:textId="77777777" w:rsidR="007C3627" w:rsidRDefault="007C3627"/>
        </w:tc>
      </w:tr>
      <w:tr w:rsidR="007C3627" w14:paraId="499D3F73" w14:textId="77777777" w:rsidTr="007C3627">
        <w:trPr>
          <w:trHeight w:val="400"/>
          <w:jc w:val="center"/>
        </w:trPr>
        <w:tc>
          <w:tcPr>
            <w:tcW w:w="460" w:type="dxa"/>
          </w:tcPr>
          <w:p w14:paraId="55AB66FD" w14:textId="51B8AFE5" w:rsidR="007C3627" w:rsidRDefault="007C3627">
            <w:r>
              <w:t>24</w:t>
            </w:r>
          </w:p>
        </w:tc>
        <w:tc>
          <w:tcPr>
            <w:tcW w:w="1836" w:type="dxa"/>
          </w:tcPr>
          <w:p w14:paraId="2B9AED79" w14:textId="77777777" w:rsidR="007C3627" w:rsidRDefault="007C3627"/>
        </w:tc>
        <w:tc>
          <w:tcPr>
            <w:tcW w:w="6810" w:type="dxa"/>
          </w:tcPr>
          <w:p w14:paraId="71951492" w14:textId="77777777" w:rsidR="007C3627" w:rsidRDefault="007C3627"/>
        </w:tc>
        <w:tc>
          <w:tcPr>
            <w:tcW w:w="1842" w:type="dxa"/>
          </w:tcPr>
          <w:p w14:paraId="7F43082A" w14:textId="77777777" w:rsidR="007C3627" w:rsidRDefault="007C3627"/>
        </w:tc>
      </w:tr>
      <w:tr w:rsidR="007C3627" w14:paraId="2C6DE9A6" w14:textId="77777777" w:rsidTr="007C3627">
        <w:trPr>
          <w:trHeight w:val="400"/>
          <w:jc w:val="center"/>
        </w:trPr>
        <w:tc>
          <w:tcPr>
            <w:tcW w:w="460" w:type="dxa"/>
          </w:tcPr>
          <w:p w14:paraId="3097F2EC" w14:textId="10680ECE" w:rsidR="007C3627" w:rsidRDefault="007C3627">
            <w:r>
              <w:t>25</w:t>
            </w:r>
          </w:p>
        </w:tc>
        <w:tc>
          <w:tcPr>
            <w:tcW w:w="1836" w:type="dxa"/>
          </w:tcPr>
          <w:p w14:paraId="504F20E6" w14:textId="77777777" w:rsidR="007C3627" w:rsidRDefault="007C3627"/>
        </w:tc>
        <w:tc>
          <w:tcPr>
            <w:tcW w:w="6810" w:type="dxa"/>
          </w:tcPr>
          <w:p w14:paraId="06ADF73E" w14:textId="77777777" w:rsidR="007C3627" w:rsidRDefault="007C3627"/>
        </w:tc>
        <w:tc>
          <w:tcPr>
            <w:tcW w:w="1842" w:type="dxa"/>
          </w:tcPr>
          <w:p w14:paraId="5AF2B746" w14:textId="77777777" w:rsidR="007C3627" w:rsidRDefault="007C3627"/>
        </w:tc>
      </w:tr>
      <w:tr w:rsidR="007C3627" w14:paraId="51F9D5B1" w14:textId="77777777" w:rsidTr="007C3627">
        <w:trPr>
          <w:trHeight w:val="400"/>
          <w:jc w:val="center"/>
        </w:trPr>
        <w:tc>
          <w:tcPr>
            <w:tcW w:w="460" w:type="dxa"/>
          </w:tcPr>
          <w:p w14:paraId="0FA94A64" w14:textId="16460663" w:rsidR="007C3627" w:rsidRDefault="007C3627">
            <w:r>
              <w:t>26</w:t>
            </w:r>
          </w:p>
        </w:tc>
        <w:tc>
          <w:tcPr>
            <w:tcW w:w="1836" w:type="dxa"/>
          </w:tcPr>
          <w:p w14:paraId="6C97A3EF" w14:textId="77777777" w:rsidR="007C3627" w:rsidRDefault="007C3627"/>
        </w:tc>
        <w:tc>
          <w:tcPr>
            <w:tcW w:w="6810" w:type="dxa"/>
          </w:tcPr>
          <w:p w14:paraId="1078FE37" w14:textId="77777777" w:rsidR="007C3627" w:rsidRDefault="007C3627"/>
        </w:tc>
        <w:tc>
          <w:tcPr>
            <w:tcW w:w="1842" w:type="dxa"/>
          </w:tcPr>
          <w:p w14:paraId="0CBD3729" w14:textId="77777777" w:rsidR="007C3627" w:rsidRDefault="007C3627"/>
        </w:tc>
      </w:tr>
      <w:tr w:rsidR="007C3627" w14:paraId="46D2820E" w14:textId="77777777" w:rsidTr="007C3627">
        <w:trPr>
          <w:trHeight w:val="400"/>
          <w:jc w:val="center"/>
        </w:trPr>
        <w:tc>
          <w:tcPr>
            <w:tcW w:w="460" w:type="dxa"/>
          </w:tcPr>
          <w:p w14:paraId="7887D12C" w14:textId="33C933A2" w:rsidR="007C3627" w:rsidRDefault="007C3627">
            <w:r>
              <w:t>27</w:t>
            </w:r>
          </w:p>
        </w:tc>
        <w:tc>
          <w:tcPr>
            <w:tcW w:w="1836" w:type="dxa"/>
          </w:tcPr>
          <w:p w14:paraId="0D707814" w14:textId="77777777" w:rsidR="007C3627" w:rsidRDefault="007C3627"/>
        </w:tc>
        <w:tc>
          <w:tcPr>
            <w:tcW w:w="6810" w:type="dxa"/>
          </w:tcPr>
          <w:p w14:paraId="2EBB4ABE" w14:textId="77777777" w:rsidR="007C3627" w:rsidRDefault="007C3627"/>
        </w:tc>
        <w:tc>
          <w:tcPr>
            <w:tcW w:w="1842" w:type="dxa"/>
          </w:tcPr>
          <w:p w14:paraId="622F2CB2" w14:textId="77777777" w:rsidR="007C3627" w:rsidRDefault="007C3627"/>
        </w:tc>
      </w:tr>
      <w:tr w:rsidR="007C3627" w14:paraId="485DF0FE" w14:textId="77777777" w:rsidTr="007C3627">
        <w:trPr>
          <w:trHeight w:val="400"/>
          <w:jc w:val="center"/>
        </w:trPr>
        <w:tc>
          <w:tcPr>
            <w:tcW w:w="460" w:type="dxa"/>
          </w:tcPr>
          <w:p w14:paraId="14D42150" w14:textId="3829E3D2" w:rsidR="007C3627" w:rsidRDefault="007C3627">
            <w:r>
              <w:t>28</w:t>
            </w:r>
          </w:p>
        </w:tc>
        <w:tc>
          <w:tcPr>
            <w:tcW w:w="1836" w:type="dxa"/>
          </w:tcPr>
          <w:p w14:paraId="290EC5D1" w14:textId="77777777" w:rsidR="007C3627" w:rsidRDefault="007C3627"/>
        </w:tc>
        <w:tc>
          <w:tcPr>
            <w:tcW w:w="6810" w:type="dxa"/>
          </w:tcPr>
          <w:p w14:paraId="36C7AEE7" w14:textId="77777777" w:rsidR="007C3627" w:rsidRDefault="007C3627"/>
        </w:tc>
        <w:tc>
          <w:tcPr>
            <w:tcW w:w="1842" w:type="dxa"/>
          </w:tcPr>
          <w:p w14:paraId="258DB4CD" w14:textId="77777777" w:rsidR="007C3627" w:rsidRDefault="007C3627"/>
        </w:tc>
      </w:tr>
      <w:tr w:rsidR="007C3627" w14:paraId="033F2EB7" w14:textId="77777777" w:rsidTr="007C3627">
        <w:trPr>
          <w:trHeight w:val="400"/>
          <w:jc w:val="center"/>
        </w:trPr>
        <w:tc>
          <w:tcPr>
            <w:tcW w:w="460" w:type="dxa"/>
          </w:tcPr>
          <w:p w14:paraId="56F315EA" w14:textId="7264368D" w:rsidR="007C3627" w:rsidRDefault="007C3627">
            <w:r>
              <w:t>29</w:t>
            </w:r>
          </w:p>
        </w:tc>
        <w:tc>
          <w:tcPr>
            <w:tcW w:w="1836" w:type="dxa"/>
          </w:tcPr>
          <w:p w14:paraId="469CA373" w14:textId="77777777" w:rsidR="007C3627" w:rsidRDefault="007C3627"/>
        </w:tc>
        <w:tc>
          <w:tcPr>
            <w:tcW w:w="6810" w:type="dxa"/>
          </w:tcPr>
          <w:p w14:paraId="02374CC5" w14:textId="77777777" w:rsidR="007C3627" w:rsidRDefault="007C3627"/>
        </w:tc>
        <w:tc>
          <w:tcPr>
            <w:tcW w:w="1842" w:type="dxa"/>
          </w:tcPr>
          <w:p w14:paraId="1E88DAD0" w14:textId="77777777" w:rsidR="007C3627" w:rsidRDefault="007C3627"/>
        </w:tc>
      </w:tr>
      <w:tr w:rsidR="007C3627" w14:paraId="7D90D4ED" w14:textId="77777777" w:rsidTr="007C3627">
        <w:trPr>
          <w:trHeight w:val="400"/>
          <w:jc w:val="center"/>
        </w:trPr>
        <w:tc>
          <w:tcPr>
            <w:tcW w:w="460" w:type="dxa"/>
          </w:tcPr>
          <w:p w14:paraId="29EFE219" w14:textId="1DAACDB6" w:rsidR="007C3627" w:rsidRDefault="007C3627">
            <w:r>
              <w:t>30</w:t>
            </w:r>
          </w:p>
        </w:tc>
        <w:tc>
          <w:tcPr>
            <w:tcW w:w="1836" w:type="dxa"/>
          </w:tcPr>
          <w:p w14:paraId="72C194B9" w14:textId="77777777" w:rsidR="007C3627" w:rsidRDefault="007C3627"/>
        </w:tc>
        <w:tc>
          <w:tcPr>
            <w:tcW w:w="6810" w:type="dxa"/>
          </w:tcPr>
          <w:p w14:paraId="07738488" w14:textId="77777777" w:rsidR="007C3627" w:rsidRDefault="007C3627"/>
        </w:tc>
        <w:tc>
          <w:tcPr>
            <w:tcW w:w="1842" w:type="dxa"/>
          </w:tcPr>
          <w:p w14:paraId="75B00A87" w14:textId="77777777" w:rsidR="007C3627" w:rsidRDefault="007C3627"/>
        </w:tc>
      </w:tr>
      <w:tr w:rsidR="007C3627" w14:paraId="37E0CA95" w14:textId="77777777" w:rsidTr="007C3627">
        <w:tblPrEx>
          <w:jc w:val="left"/>
        </w:tblPrEx>
        <w:trPr>
          <w:trHeight w:val="400"/>
        </w:trPr>
        <w:tc>
          <w:tcPr>
            <w:tcW w:w="460" w:type="dxa"/>
          </w:tcPr>
          <w:p w14:paraId="14BED636" w14:textId="0911C326" w:rsidR="007C3627" w:rsidRDefault="007C3627" w:rsidP="003441FF">
            <w:r>
              <w:lastRenderedPageBreak/>
              <w:t>31</w:t>
            </w:r>
          </w:p>
        </w:tc>
        <w:tc>
          <w:tcPr>
            <w:tcW w:w="1836" w:type="dxa"/>
          </w:tcPr>
          <w:p w14:paraId="782C8F9C" w14:textId="77777777" w:rsidR="007C3627" w:rsidRDefault="007C3627" w:rsidP="003441FF"/>
        </w:tc>
        <w:tc>
          <w:tcPr>
            <w:tcW w:w="6810" w:type="dxa"/>
          </w:tcPr>
          <w:p w14:paraId="608E4423" w14:textId="77777777" w:rsidR="007C3627" w:rsidRDefault="007C3627" w:rsidP="003441FF"/>
        </w:tc>
        <w:tc>
          <w:tcPr>
            <w:tcW w:w="1842" w:type="dxa"/>
          </w:tcPr>
          <w:p w14:paraId="4CD8E548" w14:textId="77777777" w:rsidR="007C3627" w:rsidRDefault="007C3627" w:rsidP="003441FF"/>
        </w:tc>
      </w:tr>
      <w:tr w:rsidR="007C3627" w14:paraId="69B81515" w14:textId="77777777" w:rsidTr="007C3627">
        <w:tblPrEx>
          <w:jc w:val="left"/>
        </w:tblPrEx>
        <w:trPr>
          <w:trHeight w:val="400"/>
        </w:trPr>
        <w:tc>
          <w:tcPr>
            <w:tcW w:w="460" w:type="dxa"/>
          </w:tcPr>
          <w:p w14:paraId="45C87E49" w14:textId="661C9E84" w:rsidR="007C3627" w:rsidRDefault="007C3627" w:rsidP="003441FF">
            <w:r>
              <w:t>32</w:t>
            </w:r>
          </w:p>
        </w:tc>
        <w:tc>
          <w:tcPr>
            <w:tcW w:w="1836" w:type="dxa"/>
          </w:tcPr>
          <w:p w14:paraId="37A18D4A" w14:textId="77777777" w:rsidR="007C3627" w:rsidRDefault="007C3627" w:rsidP="003441FF"/>
        </w:tc>
        <w:tc>
          <w:tcPr>
            <w:tcW w:w="6810" w:type="dxa"/>
          </w:tcPr>
          <w:p w14:paraId="4BB61065" w14:textId="77777777" w:rsidR="007C3627" w:rsidRDefault="007C3627" w:rsidP="003441FF"/>
        </w:tc>
        <w:tc>
          <w:tcPr>
            <w:tcW w:w="1842" w:type="dxa"/>
          </w:tcPr>
          <w:p w14:paraId="229FDB98" w14:textId="77777777" w:rsidR="007C3627" w:rsidRDefault="007C3627" w:rsidP="003441FF"/>
        </w:tc>
      </w:tr>
      <w:tr w:rsidR="007C3627" w14:paraId="298F60A6" w14:textId="77777777" w:rsidTr="007C3627">
        <w:tblPrEx>
          <w:jc w:val="left"/>
        </w:tblPrEx>
        <w:trPr>
          <w:trHeight w:val="400"/>
        </w:trPr>
        <w:tc>
          <w:tcPr>
            <w:tcW w:w="460" w:type="dxa"/>
          </w:tcPr>
          <w:p w14:paraId="560DAFAD" w14:textId="25BE2DF6" w:rsidR="007C3627" w:rsidRDefault="007C3627" w:rsidP="003441FF">
            <w:r>
              <w:t>33</w:t>
            </w:r>
          </w:p>
        </w:tc>
        <w:tc>
          <w:tcPr>
            <w:tcW w:w="1836" w:type="dxa"/>
          </w:tcPr>
          <w:p w14:paraId="66197303" w14:textId="77777777" w:rsidR="007C3627" w:rsidRDefault="007C3627" w:rsidP="003441FF"/>
        </w:tc>
        <w:tc>
          <w:tcPr>
            <w:tcW w:w="6810" w:type="dxa"/>
          </w:tcPr>
          <w:p w14:paraId="795E1AE5" w14:textId="77777777" w:rsidR="007C3627" w:rsidRDefault="007C3627" w:rsidP="003441FF"/>
        </w:tc>
        <w:tc>
          <w:tcPr>
            <w:tcW w:w="1842" w:type="dxa"/>
          </w:tcPr>
          <w:p w14:paraId="2A3AB71B" w14:textId="77777777" w:rsidR="007C3627" w:rsidRDefault="007C3627" w:rsidP="003441FF"/>
        </w:tc>
      </w:tr>
      <w:tr w:rsidR="007C3627" w14:paraId="672CC093" w14:textId="77777777" w:rsidTr="007C3627">
        <w:tblPrEx>
          <w:jc w:val="left"/>
        </w:tblPrEx>
        <w:trPr>
          <w:trHeight w:val="400"/>
        </w:trPr>
        <w:tc>
          <w:tcPr>
            <w:tcW w:w="460" w:type="dxa"/>
          </w:tcPr>
          <w:p w14:paraId="7C7B91F9" w14:textId="1390FB84" w:rsidR="007C3627" w:rsidRDefault="007C3627" w:rsidP="003441FF">
            <w:r>
              <w:t>34</w:t>
            </w:r>
          </w:p>
        </w:tc>
        <w:tc>
          <w:tcPr>
            <w:tcW w:w="1836" w:type="dxa"/>
          </w:tcPr>
          <w:p w14:paraId="2B9BFD36" w14:textId="77777777" w:rsidR="007C3627" w:rsidRDefault="007C3627" w:rsidP="003441FF"/>
        </w:tc>
        <w:tc>
          <w:tcPr>
            <w:tcW w:w="6810" w:type="dxa"/>
          </w:tcPr>
          <w:p w14:paraId="1A4DCEEB" w14:textId="77777777" w:rsidR="007C3627" w:rsidRDefault="007C3627" w:rsidP="003441FF"/>
        </w:tc>
        <w:tc>
          <w:tcPr>
            <w:tcW w:w="1842" w:type="dxa"/>
          </w:tcPr>
          <w:p w14:paraId="3607E018" w14:textId="77777777" w:rsidR="007C3627" w:rsidRDefault="007C3627" w:rsidP="003441FF"/>
        </w:tc>
      </w:tr>
      <w:tr w:rsidR="007C3627" w14:paraId="58CF2DD8" w14:textId="77777777" w:rsidTr="007C3627">
        <w:tblPrEx>
          <w:jc w:val="left"/>
        </w:tblPrEx>
        <w:trPr>
          <w:trHeight w:val="400"/>
        </w:trPr>
        <w:tc>
          <w:tcPr>
            <w:tcW w:w="460" w:type="dxa"/>
          </w:tcPr>
          <w:p w14:paraId="3AE4A8A9" w14:textId="06BBF20F" w:rsidR="007C3627" w:rsidRDefault="007C3627" w:rsidP="003441FF">
            <w:r>
              <w:t>35</w:t>
            </w:r>
          </w:p>
        </w:tc>
        <w:tc>
          <w:tcPr>
            <w:tcW w:w="1836" w:type="dxa"/>
          </w:tcPr>
          <w:p w14:paraId="71272C64" w14:textId="77777777" w:rsidR="007C3627" w:rsidRDefault="007C3627" w:rsidP="003441FF"/>
        </w:tc>
        <w:tc>
          <w:tcPr>
            <w:tcW w:w="6810" w:type="dxa"/>
          </w:tcPr>
          <w:p w14:paraId="06DEDFBC" w14:textId="77777777" w:rsidR="007C3627" w:rsidRDefault="007C3627" w:rsidP="003441FF"/>
        </w:tc>
        <w:tc>
          <w:tcPr>
            <w:tcW w:w="1842" w:type="dxa"/>
          </w:tcPr>
          <w:p w14:paraId="2F39D5E3" w14:textId="77777777" w:rsidR="007C3627" w:rsidRDefault="007C3627" w:rsidP="003441FF"/>
        </w:tc>
      </w:tr>
      <w:tr w:rsidR="007C3627" w14:paraId="37AAD2E3" w14:textId="77777777" w:rsidTr="007C3627">
        <w:tblPrEx>
          <w:jc w:val="left"/>
        </w:tblPrEx>
        <w:trPr>
          <w:trHeight w:val="400"/>
        </w:trPr>
        <w:tc>
          <w:tcPr>
            <w:tcW w:w="460" w:type="dxa"/>
          </w:tcPr>
          <w:p w14:paraId="1F1EA325" w14:textId="125AA0E8" w:rsidR="007C3627" w:rsidRDefault="007C3627" w:rsidP="003441FF">
            <w:r>
              <w:t>36</w:t>
            </w:r>
          </w:p>
        </w:tc>
        <w:tc>
          <w:tcPr>
            <w:tcW w:w="1836" w:type="dxa"/>
          </w:tcPr>
          <w:p w14:paraId="75657697" w14:textId="77777777" w:rsidR="007C3627" w:rsidRDefault="007C3627" w:rsidP="003441FF"/>
        </w:tc>
        <w:tc>
          <w:tcPr>
            <w:tcW w:w="6810" w:type="dxa"/>
          </w:tcPr>
          <w:p w14:paraId="508368E1" w14:textId="77777777" w:rsidR="007C3627" w:rsidRDefault="007C3627" w:rsidP="003441FF"/>
        </w:tc>
        <w:tc>
          <w:tcPr>
            <w:tcW w:w="1842" w:type="dxa"/>
          </w:tcPr>
          <w:p w14:paraId="5C5B5A7A" w14:textId="77777777" w:rsidR="007C3627" w:rsidRDefault="007C3627" w:rsidP="003441FF"/>
        </w:tc>
      </w:tr>
      <w:tr w:rsidR="007C3627" w14:paraId="2866E980" w14:textId="77777777" w:rsidTr="007C3627">
        <w:tblPrEx>
          <w:jc w:val="left"/>
        </w:tblPrEx>
        <w:trPr>
          <w:trHeight w:val="400"/>
        </w:trPr>
        <w:tc>
          <w:tcPr>
            <w:tcW w:w="460" w:type="dxa"/>
          </w:tcPr>
          <w:p w14:paraId="2F691CC4" w14:textId="25BB8194" w:rsidR="007C3627" w:rsidRDefault="007C3627" w:rsidP="003441FF">
            <w:r>
              <w:t>37</w:t>
            </w:r>
          </w:p>
        </w:tc>
        <w:tc>
          <w:tcPr>
            <w:tcW w:w="1836" w:type="dxa"/>
          </w:tcPr>
          <w:p w14:paraId="6E815DEC" w14:textId="77777777" w:rsidR="007C3627" w:rsidRDefault="007C3627" w:rsidP="003441FF"/>
        </w:tc>
        <w:tc>
          <w:tcPr>
            <w:tcW w:w="6810" w:type="dxa"/>
          </w:tcPr>
          <w:p w14:paraId="73FD14F3" w14:textId="77777777" w:rsidR="007C3627" w:rsidRDefault="007C3627" w:rsidP="003441FF"/>
        </w:tc>
        <w:tc>
          <w:tcPr>
            <w:tcW w:w="1842" w:type="dxa"/>
          </w:tcPr>
          <w:p w14:paraId="4F19B5F9" w14:textId="77777777" w:rsidR="007C3627" w:rsidRDefault="007C3627" w:rsidP="003441FF"/>
        </w:tc>
      </w:tr>
      <w:tr w:rsidR="007C3627" w14:paraId="4981549C" w14:textId="77777777" w:rsidTr="007C3627">
        <w:tblPrEx>
          <w:jc w:val="left"/>
        </w:tblPrEx>
        <w:trPr>
          <w:trHeight w:val="400"/>
        </w:trPr>
        <w:tc>
          <w:tcPr>
            <w:tcW w:w="460" w:type="dxa"/>
          </w:tcPr>
          <w:p w14:paraId="0F189763" w14:textId="2389CAB4" w:rsidR="007C3627" w:rsidRDefault="007C3627" w:rsidP="003441FF">
            <w:r>
              <w:t>38</w:t>
            </w:r>
          </w:p>
        </w:tc>
        <w:tc>
          <w:tcPr>
            <w:tcW w:w="1836" w:type="dxa"/>
          </w:tcPr>
          <w:p w14:paraId="3D747A2C" w14:textId="77777777" w:rsidR="007C3627" w:rsidRDefault="007C3627" w:rsidP="003441FF"/>
        </w:tc>
        <w:tc>
          <w:tcPr>
            <w:tcW w:w="6810" w:type="dxa"/>
          </w:tcPr>
          <w:p w14:paraId="387FAF38" w14:textId="77777777" w:rsidR="007C3627" w:rsidRDefault="007C3627" w:rsidP="003441FF"/>
        </w:tc>
        <w:tc>
          <w:tcPr>
            <w:tcW w:w="1842" w:type="dxa"/>
          </w:tcPr>
          <w:p w14:paraId="1571CAE4" w14:textId="77777777" w:rsidR="007C3627" w:rsidRDefault="007C3627" w:rsidP="003441FF"/>
        </w:tc>
      </w:tr>
      <w:tr w:rsidR="007C3627" w14:paraId="7E3A6512" w14:textId="77777777" w:rsidTr="007C3627">
        <w:tblPrEx>
          <w:jc w:val="left"/>
        </w:tblPrEx>
        <w:trPr>
          <w:trHeight w:val="400"/>
        </w:trPr>
        <w:tc>
          <w:tcPr>
            <w:tcW w:w="460" w:type="dxa"/>
          </w:tcPr>
          <w:p w14:paraId="0197BEF7" w14:textId="53107A5C" w:rsidR="007C3627" w:rsidRDefault="007C3627" w:rsidP="003441FF">
            <w:r>
              <w:t>39</w:t>
            </w:r>
          </w:p>
        </w:tc>
        <w:tc>
          <w:tcPr>
            <w:tcW w:w="1836" w:type="dxa"/>
          </w:tcPr>
          <w:p w14:paraId="3585B87D" w14:textId="77777777" w:rsidR="007C3627" w:rsidRDefault="007C3627" w:rsidP="003441FF"/>
        </w:tc>
        <w:tc>
          <w:tcPr>
            <w:tcW w:w="6810" w:type="dxa"/>
          </w:tcPr>
          <w:p w14:paraId="66035413" w14:textId="77777777" w:rsidR="007C3627" w:rsidRDefault="007C3627" w:rsidP="003441FF"/>
        </w:tc>
        <w:tc>
          <w:tcPr>
            <w:tcW w:w="1842" w:type="dxa"/>
          </w:tcPr>
          <w:p w14:paraId="28BD38D7" w14:textId="77777777" w:rsidR="007C3627" w:rsidRDefault="007C3627" w:rsidP="003441FF"/>
        </w:tc>
      </w:tr>
      <w:tr w:rsidR="007C3627" w14:paraId="350F1554" w14:textId="77777777" w:rsidTr="007C3627">
        <w:tblPrEx>
          <w:jc w:val="left"/>
        </w:tblPrEx>
        <w:trPr>
          <w:trHeight w:val="400"/>
        </w:trPr>
        <w:tc>
          <w:tcPr>
            <w:tcW w:w="460" w:type="dxa"/>
          </w:tcPr>
          <w:p w14:paraId="214462FF" w14:textId="3290D775" w:rsidR="007C3627" w:rsidRDefault="007C3627" w:rsidP="003441FF">
            <w:r>
              <w:t>40</w:t>
            </w:r>
          </w:p>
        </w:tc>
        <w:tc>
          <w:tcPr>
            <w:tcW w:w="1836" w:type="dxa"/>
          </w:tcPr>
          <w:p w14:paraId="57968310" w14:textId="77777777" w:rsidR="007C3627" w:rsidRDefault="007C3627" w:rsidP="003441FF"/>
        </w:tc>
        <w:tc>
          <w:tcPr>
            <w:tcW w:w="6810" w:type="dxa"/>
          </w:tcPr>
          <w:p w14:paraId="442EE005" w14:textId="77777777" w:rsidR="007C3627" w:rsidRDefault="007C3627" w:rsidP="003441FF"/>
        </w:tc>
        <w:tc>
          <w:tcPr>
            <w:tcW w:w="1842" w:type="dxa"/>
          </w:tcPr>
          <w:p w14:paraId="5554E62C" w14:textId="77777777" w:rsidR="007C3627" w:rsidRDefault="007C3627" w:rsidP="003441FF"/>
        </w:tc>
      </w:tr>
    </w:tbl>
    <w:p w14:paraId="392BC7EC" w14:textId="77777777" w:rsidR="007C3627" w:rsidRDefault="007C3627"/>
    <w:tbl>
      <w:tblPr>
        <w:tblStyle w:val="TableGrid"/>
        <w:tblpPr w:leftFromText="180" w:rightFromText="180" w:vertAnchor="text" w:horzAnchor="margin" w:tblpY="204"/>
        <w:tblW w:w="0" w:type="auto"/>
        <w:tblLook w:val="04A0" w:firstRow="1" w:lastRow="0" w:firstColumn="1" w:lastColumn="0" w:noHBand="0" w:noVBand="1"/>
      </w:tblPr>
      <w:tblGrid>
        <w:gridCol w:w="9123"/>
        <w:gridCol w:w="1747"/>
      </w:tblGrid>
      <w:tr w:rsidR="007C3627" w14:paraId="59544B34" w14:textId="77777777" w:rsidTr="007C3627">
        <w:trPr>
          <w:trHeight w:val="435"/>
        </w:trPr>
        <w:tc>
          <w:tcPr>
            <w:tcW w:w="9180" w:type="dxa"/>
          </w:tcPr>
          <w:p w14:paraId="6BDDC025" w14:textId="77777777" w:rsidR="007C3627" w:rsidRPr="007C3627" w:rsidRDefault="007C3627" w:rsidP="007C3627">
            <w:pPr>
              <w:rPr>
                <w:sz w:val="24"/>
                <w:szCs w:val="24"/>
              </w:rPr>
            </w:pPr>
            <w:r w:rsidRPr="007C3627">
              <w:rPr>
                <w:sz w:val="24"/>
                <w:szCs w:val="24"/>
              </w:rPr>
              <w:t>Total of Entry Fees @ $3.00 (first 10)</w:t>
            </w:r>
          </w:p>
        </w:tc>
        <w:tc>
          <w:tcPr>
            <w:tcW w:w="1758" w:type="dxa"/>
          </w:tcPr>
          <w:p w14:paraId="35214B58" w14:textId="77777777" w:rsidR="007C3627" w:rsidRPr="007C3627" w:rsidRDefault="007C3627" w:rsidP="007C3627">
            <w:pPr>
              <w:rPr>
                <w:sz w:val="24"/>
                <w:szCs w:val="24"/>
              </w:rPr>
            </w:pPr>
            <w:r w:rsidRPr="007C3627">
              <w:rPr>
                <w:sz w:val="24"/>
                <w:szCs w:val="24"/>
              </w:rPr>
              <w:t>$</w:t>
            </w:r>
          </w:p>
        </w:tc>
      </w:tr>
      <w:tr w:rsidR="007C3627" w14:paraId="0DDB6623" w14:textId="77777777" w:rsidTr="007C3627">
        <w:trPr>
          <w:trHeight w:val="404"/>
        </w:trPr>
        <w:tc>
          <w:tcPr>
            <w:tcW w:w="9180" w:type="dxa"/>
          </w:tcPr>
          <w:p w14:paraId="11D5FABC" w14:textId="77777777" w:rsidR="007C3627" w:rsidRPr="007C3627" w:rsidRDefault="007C3627" w:rsidP="007C3627">
            <w:pPr>
              <w:rPr>
                <w:sz w:val="24"/>
                <w:szCs w:val="24"/>
              </w:rPr>
            </w:pPr>
            <w:r w:rsidRPr="007C3627">
              <w:rPr>
                <w:sz w:val="24"/>
                <w:szCs w:val="24"/>
              </w:rPr>
              <w:t>Total of Entry Fees @ $1.00 (each subsequent)</w:t>
            </w:r>
          </w:p>
        </w:tc>
        <w:tc>
          <w:tcPr>
            <w:tcW w:w="1758" w:type="dxa"/>
          </w:tcPr>
          <w:p w14:paraId="5900C6E7" w14:textId="77777777" w:rsidR="007C3627" w:rsidRPr="007C3627" w:rsidRDefault="007C3627" w:rsidP="007C3627">
            <w:pPr>
              <w:rPr>
                <w:sz w:val="24"/>
                <w:szCs w:val="24"/>
              </w:rPr>
            </w:pPr>
            <w:r w:rsidRPr="007C3627">
              <w:rPr>
                <w:sz w:val="24"/>
                <w:szCs w:val="24"/>
              </w:rPr>
              <w:t>$</w:t>
            </w:r>
          </w:p>
        </w:tc>
      </w:tr>
      <w:tr w:rsidR="007C3627" w14:paraId="0A595968" w14:textId="77777777" w:rsidTr="007C3627">
        <w:trPr>
          <w:trHeight w:val="435"/>
        </w:trPr>
        <w:tc>
          <w:tcPr>
            <w:tcW w:w="9180" w:type="dxa"/>
          </w:tcPr>
          <w:p w14:paraId="34E9F481" w14:textId="77777777" w:rsidR="007C3627" w:rsidRPr="007C3627" w:rsidRDefault="007C3627" w:rsidP="007C3627">
            <w:pPr>
              <w:rPr>
                <w:sz w:val="24"/>
                <w:szCs w:val="24"/>
              </w:rPr>
            </w:pPr>
            <w:r w:rsidRPr="007C3627">
              <w:rPr>
                <w:sz w:val="24"/>
                <w:szCs w:val="24"/>
              </w:rPr>
              <w:t>Presentation Dinner / Social Function @ $60.00</w:t>
            </w:r>
          </w:p>
        </w:tc>
        <w:tc>
          <w:tcPr>
            <w:tcW w:w="1758" w:type="dxa"/>
          </w:tcPr>
          <w:p w14:paraId="0E55BDA7" w14:textId="77777777" w:rsidR="007C3627" w:rsidRPr="007C3627" w:rsidRDefault="007C3627" w:rsidP="007C3627">
            <w:pPr>
              <w:rPr>
                <w:sz w:val="24"/>
                <w:szCs w:val="24"/>
              </w:rPr>
            </w:pPr>
            <w:r w:rsidRPr="007C3627">
              <w:rPr>
                <w:sz w:val="24"/>
                <w:szCs w:val="24"/>
              </w:rPr>
              <w:t>$</w:t>
            </w:r>
          </w:p>
        </w:tc>
      </w:tr>
      <w:tr w:rsidR="007C3627" w14:paraId="261F58F7" w14:textId="77777777" w:rsidTr="007C3627">
        <w:trPr>
          <w:trHeight w:val="404"/>
        </w:trPr>
        <w:tc>
          <w:tcPr>
            <w:tcW w:w="9180" w:type="dxa"/>
          </w:tcPr>
          <w:p w14:paraId="20C7A4EE" w14:textId="77777777" w:rsidR="007C3627" w:rsidRPr="007C3627" w:rsidRDefault="007C3627" w:rsidP="007C3627">
            <w:pPr>
              <w:rPr>
                <w:sz w:val="24"/>
                <w:szCs w:val="24"/>
              </w:rPr>
            </w:pPr>
            <w:r w:rsidRPr="007C3627">
              <w:rPr>
                <w:sz w:val="24"/>
                <w:szCs w:val="24"/>
              </w:rPr>
              <w:t>Donation / Sponsorship</w:t>
            </w:r>
          </w:p>
        </w:tc>
        <w:tc>
          <w:tcPr>
            <w:tcW w:w="1758" w:type="dxa"/>
          </w:tcPr>
          <w:p w14:paraId="260EF024" w14:textId="77777777" w:rsidR="007C3627" w:rsidRPr="007C3627" w:rsidRDefault="007C3627" w:rsidP="007C3627">
            <w:pPr>
              <w:rPr>
                <w:sz w:val="24"/>
                <w:szCs w:val="24"/>
              </w:rPr>
            </w:pPr>
            <w:r w:rsidRPr="007C3627">
              <w:rPr>
                <w:sz w:val="24"/>
                <w:szCs w:val="24"/>
              </w:rPr>
              <w:t>$</w:t>
            </w:r>
          </w:p>
        </w:tc>
      </w:tr>
      <w:tr w:rsidR="007C3627" w14:paraId="4CCB32C7" w14:textId="77777777" w:rsidTr="007C3627">
        <w:trPr>
          <w:trHeight w:val="404"/>
        </w:trPr>
        <w:tc>
          <w:tcPr>
            <w:tcW w:w="9180" w:type="dxa"/>
            <w:shd w:val="clear" w:color="auto" w:fill="0B3D2E"/>
          </w:tcPr>
          <w:p w14:paraId="1BA4C4F0" w14:textId="77777777" w:rsidR="007C3627" w:rsidRPr="007C3627" w:rsidRDefault="007C3627" w:rsidP="007C3627">
            <w:pPr>
              <w:jc w:val="center"/>
              <w:rPr>
                <w:sz w:val="24"/>
                <w:szCs w:val="24"/>
              </w:rPr>
            </w:pPr>
            <w:r w:rsidRPr="007C3627">
              <w:rPr>
                <w:b/>
                <w:color w:val="FFFFFF"/>
                <w:sz w:val="24"/>
                <w:szCs w:val="24"/>
              </w:rPr>
              <w:t>TOTAL</w:t>
            </w:r>
          </w:p>
        </w:tc>
        <w:tc>
          <w:tcPr>
            <w:tcW w:w="1758" w:type="dxa"/>
          </w:tcPr>
          <w:p w14:paraId="1B23F06C" w14:textId="77777777" w:rsidR="007C3627" w:rsidRPr="007C3627" w:rsidRDefault="007C3627" w:rsidP="007C3627">
            <w:pPr>
              <w:rPr>
                <w:sz w:val="24"/>
                <w:szCs w:val="24"/>
              </w:rPr>
            </w:pPr>
            <w:r w:rsidRPr="007C3627">
              <w:rPr>
                <w:b/>
                <w:color w:val="000000" w:themeColor="text1"/>
                <w:sz w:val="24"/>
                <w:szCs w:val="24"/>
              </w:rPr>
              <w:t>$</w:t>
            </w:r>
          </w:p>
        </w:tc>
      </w:tr>
    </w:tbl>
    <w:p w14:paraId="53B8E72C" w14:textId="77777777" w:rsidR="007C3627" w:rsidRDefault="007C3627"/>
    <w:p w14:paraId="3E376F08" w14:textId="3DFBE5D4" w:rsidR="007C3627" w:rsidRDefault="00000000" w:rsidP="007C3627">
      <w:pPr>
        <w:jc w:val="center"/>
      </w:pPr>
      <w:r>
        <w:t xml:space="preserve">EFT PAYMENTS:   </w:t>
      </w:r>
      <w:r w:rsidR="007C3627">
        <w:t>Account Name: Old English Game Fowl Club of Australia Inc.</w:t>
      </w:r>
    </w:p>
    <w:p w14:paraId="2257F8F9" w14:textId="5A5F11B4" w:rsidR="00CB54D9" w:rsidRDefault="00000000" w:rsidP="007C3627">
      <w:pPr>
        <w:jc w:val="center"/>
      </w:pPr>
      <w:r>
        <w:t>BSB 032 543    Account 275939    Reference: ____________</w:t>
      </w:r>
      <w:r w:rsidR="007C3627">
        <w:t>_______________________</w:t>
      </w:r>
      <w:r>
        <w:t>___</w:t>
      </w:r>
    </w:p>
    <w:p w14:paraId="23F727D9" w14:textId="77777777" w:rsidR="00CB54D9" w:rsidRDefault="00000000">
      <w:pPr>
        <w:jc w:val="center"/>
      </w:pPr>
      <w:r>
        <w:t>Please indicate number of Auction Pens required: __________</w:t>
      </w:r>
    </w:p>
    <w:p w14:paraId="5BC07CEF" w14:textId="4D12EC74" w:rsidR="00CB54D9" w:rsidRDefault="00000000">
      <w:pPr>
        <w:jc w:val="center"/>
      </w:pPr>
      <w:r>
        <w:t>Auction Pens to be confirmed &amp; paid to the</w:t>
      </w:r>
      <w:r w:rsidR="007C3627">
        <w:t xml:space="preserve"> Auction Steward </w:t>
      </w:r>
      <w:r>
        <w:t>on Sat. 18th July prior to the AGM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8"/>
        <w:gridCol w:w="2717"/>
        <w:gridCol w:w="2717"/>
        <w:gridCol w:w="2718"/>
      </w:tblGrid>
      <w:tr w:rsidR="007C3627" w14:paraId="6227C370" w14:textId="77777777" w:rsidTr="00AB008C">
        <w:tc>
          <w:tcPr>
            <w:tcW w:w="2720" w:type="dxa"/>
          </w:tcPr>
          <w:p w14:paraId="0285B325" w14:textId="77777777" w:rsidR="007C3627" w:rsidRDefault="007C3627">
            <w:r>
              <w:t>Exhibitor’s Name:</w:t>
            </w:r>
          </w:p>
        </w:tc>
        <w:tc>
          <w:tcPr>
            <w:tcW w:w="8160" w:type="dxa"/>
            <w:gridSpan w:val="3"/>
          </w:tcPr>
          <w:p w14:paraId="3F9CAB3C" w14:textId="77777777" w:rsidR="007C3627" w:rsidRDefault="007C3627"/>
          <w:p w14:paraId="4499FA65" w14:textId="77777777" w:rsidR="007C3627" w:rsidRDefault="007C3627"/>
        </w:tc>
      </w:tr>
      <w:tr w:rsidR="007C3627" w14:paraId="05335AC3" w14:textId="77777777" w:rsidTr="006F1FBD">
        <w:tc>
          <w:tcPr>
            <w:tcW w:w="5440" w:type="dxa"/>
            <w:gridSpan w:val="2"/>
          </w:tcPr>
          <w:p w14:paraId="553A8B1A" w14:textId="77777777" w:rsidR="007C3627" w:rsidRDefault="007C3627">
            <w:r>
              <w:t>Address:</w:t>
            </w:r>
          </w:p>
          <w:p w14:paraId="61707AB0" w14:textId="47CE6D0E" w:rsidR="007C3627" w:rsidRDefault="007C3627"/>
          <w:p w14:paraId="4952E5D6" w14:textId="77777777" w:rsidR="007C3627" w:rsidRDefault="007C3627"/>
        </w:tc>
        <w:tc>
          <w:tcPr>
            <w:tcW w:w="2720" w:type="dxa"/>
          </w:tcPr>
          <w:p w14:paraId="0C482640" w14:textId="77777777" w:rsidR="007C3627" w:rsidRDefault="007C3627">
            <w:r>
              <w:t>State:</w:t>
            </w:r>
          </w:p>
        </w:tc>
        <w:tc>
          <w:tcPr>
            <w:tcW w:w="2720" w:type="dxa"/>
          </w:tcPr>
          <w:p w14:paraId="46F0211E" w14:textId="77777777" w:rsidR="007C3627" w:rsidRDefault="007C3627">
            <w:r>
              <w:t>Postcode:</w:t>
            </w:r>
          </w:p>
        </w:tc>
      </w:tr>
      <w:tr w:rsidR="007C3627" w14:paraId="1712A3B6" w14:textId="77777777" w:rsidTr="00B048AB">
        <w:tc>
          <w:tcPr>
            <w:tcW w:w="5440" w:type="dxa"/>
            <w:gridSpan w:val="2"/>
          </w:tcPr>
          <w:p w14:paraId="14F56224" w14:textId="77777777" w:rsidR="007C3627" w:rsidRDefault="007C3627">
            <w:r>
              <w:t>Phone No:</w:t>
            </w:r>
          </w:p>
          <w:p w14:paraId="5D33981A" w14:textId="19FCDEA0" w:rsidR="007C3627" w:rsidRDefault="007C3627"/>
          <w:p w14:paraId="56E01DF1" w14:textId="77777777" w:rsidR="007C3627" w:rsidRDefault="007C3627"/>
        </w:tc>
        <w:tc>
          <w:tcPr>
            <w:tcW w:w="5440" w:type="dxa"/>
            <w:gridSpan w:val="2"/>
          </w:tcPr>
          <w:p w14:paraId="10F4B6B9" w14:textId="496FD4C7" w:rsidR="007C3627" w:rsidRDefault="007C3627">
            <w:r>
              <w:t>Email:</w:t>
            </w:r>
          </w:p>
        </w:tc>
      </w:tr>
    </w:tbl>
    <w:p w14:paraId="411F420D" w14:textId="77777777" w:rsidR="00CB54D9" w:rsidRDefault="00CB54D9"/>
    <w:p w14:paraId="6735CAC1" w14:textId="77777777" w:rsidR="00CB54D9" w:rsidRDefault="00000000">
      <w:pPr>
        <w:jc w:val="center"/>
      </w:pPr>
      <w:r>
        <w:rPr>
          <w:sz w:val="20"/>
        </w:rPr>
        <w:t>Entry fees &amp; Presentation Dinner payment to be included with entry form.</w:t>
      </w:r>
    </w:p>
    <w:p w14:paraId="15B04CBF" w14:textId="77777777" w:rsidR="00CB54D9" w:rsidRDefault="00000000">
      <w:pPr>
        <w:jc w:val="center"/>
      </w:pPr>
      <w:r>
        <w:rPr>
          <w:sz w:val="20"/>
        </w:rPr>
        <w:t>All monies due to be made payable to the Old English Game Fowl Club of Australia Inc.</w:t>
      </w:r>
    </w:p>
    <w:p w14:paraId="277CEDD1" w14:textId="77777777" w:rsidR="00CB54D9" w:rsidRDefault="00000000">
      <w:pPr>
        <w:jc w:val="center"/>
      </w:pPr>
      <w:r>
        <w:rPr>
          <w:sz w:val="20"/>
        </w:rPr>
        <w:t>Entries close 3rd July 2026. Please post/email entries to: Sean Phillis, P O Box 3279 Exeter NSW 2579</w:t>
      </w:r>
    </w:p>
    <w:p w14:paraId="7EBC27C4" w14:textId="77777777" w:rsidR="00CB54D9" w:rsidRDefault="00000000">
      <w:pPr>
        <w:jc w:val="center"/>
      </w:pPr>
      <w:r>
        <w:rPr>
          <w:sz w:val="20"/>
        </w:rPr>
        <w:t>Or Email to: oegclubaustralia@gmail.com</w:t>
      </w:r>
    </w:p>
    <w:p w14:paraId="134E76ED" w14:textId="77777777" w:rsidR="00CB54D9" w:rsidRDefault="00000000">
      <w:pPr>
        <w:jc w:val="center"/>
      </w:pPr>
      <w:r>
        <w:rPr>
          <w:b/>
          <w:color w:val="B40000"/>
          <w:sz w:val="20"/>
        </w:rPr>
        <w:t>ENTRY PAYMENT MUST ACCOMPANY ENTRIES</w:t>
      </w:r>
    </w:p>
    <w:sectPr w:rsidR="00CB54D9" w:rsidSect="007C3627">
      <w:pgSz w:w="12240" w:h="15840"/>
      <w:pgMar w:top="68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04505786">
    <w:abstractNumId w:val="8"/>
  </w:num>
  <w:num w:numId="2" w16cid:durableId="770927645">
    <w:abstractNumId w:val="6"/>
  </w:num>
  <w:num w:numId="3" w16cid:durableId="1149906745">
    <w:abstractNumId w:val="5"/>
  </w:num>
  <w:num w:numId="4" w16cid:durableId="319383890">
    <w:abstractNumId w:val="4"/>
  </w:num>
  <w:num w:numId="5" w16cid:durableId="30738274">
    <w:abstractNumId w:val="7"/>
  </w:num>
  <w:num w:numId="6" w16cid:durableId="596983001">
    <w:abstractNumId w:val="3"/>
  </w:num>
  <w:num w:numId="7" w16cid:durableId="314536042">
    <w:abstractNumId w:val="2"/>
  </w:num>
  <w:num w:numId="8" w16cid:durableId="1909997018">
    <w:abstractNumId w:val="1"/>
  </w:num>
  <w:num w:numId="9" w16cid:durableId="284233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479E9"/>
    <w:rsid w:val="007C3627"/>
    <w:rsid w:val="00AA1D8D"/>
    <w:rsid w:val="00B47730"/>
    <w:rsid w:val="00CB0664"/>
    <w:rsid w:val="00CB54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2B5AFA"/>
  <w14:defaultImageDpi w14:val="300"/>
  <w15:docId w15:val="{65497E1C-0DE7-5445-A90D-6F992E286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Rosnel Hostel</cp:lastModifiedBy>
  <cp:revision>2</cp:revision>
  <dcterms:created xsi:type="dcterms:W3CDTF">2026-05-25T11:53:00Z</dcterms:created>
  <dcterms:modified xsi:type="dcterms:W3CDTF">2026-05-25T11:53:00Z</dcterms:modified>
  <cp:category/>
</cp:coreProperties>
</file>