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828800" cy="1413272"/>
            <wp:docPr id="1" name="Picture 1"/>
            <wp:cNvGraphicFramePr>
              <a:graphicFrameLocks noChangeAspect="1"/>
            </wp:cNvGraphicFramePr>
            <a:graphic>
              <a:graphicData uri="http://schemas.openxmlformats.org/drawingml/2006/picture">
                <pic:pic>
                  <pic:nvPicPr>
                    <pic:cNvPr id="0" name="Childs logo men.jpeg"/>
                    <pic:cNvPicPr/>
                  </pic:nvPicPr>
                  <pic:blipFill>
                    <a:blip r:embed="rId9"/>
                    <a:stretch>
                      <a:fillRect/>
                    </a:stretch>
                  </pic:blipFill>
                  <pic:spPr>
                    <a:xfrm>
                      <a:off x="0" y="0"/>
                      <a:ext cx="1828800" cy="1413272"/>
                    </a:xfrm>
                    <a:prstGeom prst="rect"/>
                  </pic:spPr>
                </pic:pic>
              </a:graphicData>
            </a:graphic>
          </wp:inline>
        </w:drawing>
      </w:r>
    </w:p>
    <w:p>
      <w:pPr>
        <w:pStyle w:val="Title"/>
        <w:jc w:val="center"/>
      </w:pPr>
      <w:r>
        <w:t>GUARDIAN HOME APPLICATION &amp; QUESTIONNAIRE</w:t>
      </w:r>
    </w:p>
    <w:p>
      <w:pPr>
        <w:jc w:val="center"/>
      </w:pPr>
      <w:r>
        <w:rPr>
          <w:b/>
          <w:sz w:val="21"/>
        </w:rPr>
        <w:t>Childs Bulldogs • Port St. Lucie, Florida</w:t>
      </w:r>
    </w:p>
    <w:p>
      <w:pPr>
        <w:jc w:val="center"/>
      </w:pPr>
      <w:r>
        <w:rPr>
          <w:sz w:val="19"/>
        </w:rPr>
        <w:t>www.childsbulldogs.com  |  Call/Text: 772-828-5798</w:t>
      </w:r>
    </w:p>
    <w:p>
      <w:pPr>
        <w:jc w:val="both"/>
      </w:pPr>
      <w:r>
        <w:t>Thank you for your interest in becoming a Guardian Home with Childs Bulldogs. Our Guardian Home Program allows select breeding-quality dogs to live with a loving, permanent family while remaining part of the Childs Bulldogs breeding program for a designated period of time. Guardian placement requires excellent communication, flexibility, responsible pet ownership, and a willingness to follow our health, nutrition, safety, and breeding requirements. Please answer all questions honestly and completely.</w:t>
      </w:r>
    </w:p>
    <w:p>
      <w:pPr>
        <w:pStyle w:val="Heading1"/>
      </w:pPr>
      <w:r>
        <w:t>1. CONTACT INFORMATION</w:t>
      </w:r>
    </w:p>
    <w:p>
      <w:r>
        <w:rPr>
          <w:b/>
        </w:rPr>
        <w:t>Full Name:</w:t>
      </w:r>
    </w:p>
    <w:p>
      <w:r>
        <w:t>________________________________________________________________________________</w:t>
      </w:r>
    </w:p>
    <w:p>
      <w:r>
        <w:rPr>
          <w:b/>
        </w:rPr>
        <w:t>Phone Number:</w:t>
      </w:r>
    </w:p>
    <w:p>
      <w:r>
        <w:t>________________________________________________________________________________</w:t>
      </w:r>
    </w:p>
    <w:p>
      <w:r>
        <w:rPr>
          <w:b/>
        </w:rPr>
        <w:t>Email Address:</w:t>
      </w:r>
    </w:p>
    <w:p>
      <w:r>
        <w:t>________________________________________________________________________________</w:t>
      </w:r>
    </w:p>
    <w:p>
      <w:r>
        <w:rPr>
          <w:b/>
        </w:rPr>
        <w:t>Street / Area:</w:t>
      </w:r>
    </w:p>
    <w:p>
      <w:r>
        <w:t>________________________________________________________________________________</w:t>
      </w:r>
    </w:p>
    <w:p>
      <w:r>
        <w:rPr>
          <w:b/>
        </w:rPr>
        <w:t>City / State / ZIP:</w:t>
      </w:r>
    </w:p>
    <w:p>
      <w:r>
        <w:t>________________________________________________________________________________</w:t>
      </w:r>
    </w:p>
    <w:p>
      <w:r>
        <w:rPr>
          <w:b/>
        </w:rPr>
        <w:t>Which Guardian dog are you interested in?</w:t>
      </w:r>
    </w:p>
    <w:p>
      <w:r>
        <w:t>________________________________________________________________________________</w:t>
      </w:r>
    </w:p>
    <w:p>
      <w:r>
        <w:rPr>
          <w:b/>
        </w:rPr>
        <w:t>Approximately how far do you live from Port St. Lucie, Florida?</w:t>
      </w:r>
    </w:p>
    <w:p>
      <w:r>
        <w:t>________________________________________________________________________________</w:t>
      </w:r>
    </w:p>
    <w:p>
      <w:pPr>
        <w:pStyle w:val="Heading1"/>
      </w:pPr>
      <w:r>
        <w:t>2. YOUR HOME &amp; FAMILY</w:t>
      </w:r>
    </w:p>
    <w:p>
      <w:r>
        <w:rPr>
          <w:b/>
        </w:rPr>
        <w:t>1. Do you own or rent your home?</w:t>
      </w:r>
      <w:r>
        <w:br/>
        <w:t>☐ Own     ☐ Rent</w:t>
      </w:r>
    </w:p>
    <w:p>
      <w:r>
        <w:rPr>
          <w:b/>
        </w:rPr>
        <w:t>2. If renting, does your landlord/property management allow Bulldogs and an intact dog?</w:t>
      </w:r>
      <w:r>
        <w:br/>
        <w:t>☐ Yes     ☐ No</w:t>
      </w:r>
    </w:p>
    <w:p>
      <w:r>
        <w:rPr>
          <w:b/>
        </w:rPr>
        <w:t>3. How long have you lived at your current residence?</w:t>
      </w:r>
    </w:p>
    <w:p>
      <w:r>
        <w:t>________________________________________________________________________________</w:t>
      </w:r>
    </w:p>
    <w:p>
      <w:r>
        <w:rPr>
          <w:b/>
        </w:rPr>
        <w:t>4. Please list everyone living in your household, including the ages of any children.</w:t>
      </w:r>
    </w:p>
    <w:p>
      <w:r>
        <w:t>________________________________________________________________________________</w:t>
      </w:r>
    </w:p>
    <w:p>
      <w:r>
        <w:t>________________________________________________________________________________</w:t>
      </w:r>
    </w:p>
    <w:p>
      <w:r>
        <w:rPr>
          <w:b/>
        </w:rPr>
        <w:t>5. Is everyone in your household supportive of becoming a Guardian Home?</w:t>
      </w:r>
      <w:r>
        <w:br/>
        <w:t>☐ Yes     ☐ No</w:t>
      </w:r>
    </w:p>
    <w:p>
      <w:r>
        <w:rPr>
          <w:b/>
        </w:rPr>
        <w:t>6. Who will be the dog's primary caretaker?</w:t>
      </w:r>
    </w:p>
    <w:p>
      <w:r>
        <w:t>________________________________________________________________________________</w:t>
      </w:r>
    </w:p>
    <w:p>
      <w:r>
        <w:rPr>
          <w:b/>
        </w:rPr>
        <w:t>7. What is your normal work/school schedule?</w:t>
      </w:r>
    </w:p>
    <w:p>
      <w:r>
        <w:t>________________________________________________________________________________</w:t>
      </w:r>
    </w:p>
    <w:p>
      <w:r>
        <w:t>________________________________________________________________________________</w:t>
      </w:r>
    </w:p>
    <w:p>
      <w:r>
        <w:rPr>
          <w:b/>
        </w:rPr>
        <w:t>8. Approximately how many hours per day would the dog normally be left alone?</w:t>
      </w:r>
    </w:p>
    <w:p>
      <w:r>
        <w:t>________________________________________________________________________________</w:t>
      </w:r>
    </w:p>
    <w:p>
      <w:r>
        <w:rPr>
          <w:b/>
        </w:rPr>
        <w:t>9. Do you have reliable transportation and the ability to bring the dog to Childs Bulldogs when required?</w:t>
      </w:r>
      <w:r>
        <w:br/>
        <w:t>☐ Yes     ☐ No</w:t>
      </w:r>
    </w:p>
    <w:p>
      <w:r>
        <w:rPr>
          <w:b/>
        </w:rPr>
        <w:t>10. Do you anticipate moving or relocating within the next several years?</w:t>
      </w:r>
      <w:r>
        <w:br/>
        <w:t>☐ Yes     ☐ No     ☐ Possibly</w:t>
      </w:r>
    </w:p>
    <w:p>
      <w:r>
        <w:rPr>
          <w:b/>
        </w:rPr>
        <w:t>If yes or possibly, please explain:</w:t>
      </w:r>
    </w:p>
    <w:p>
      <w:r>
        <w:t>________________________________________________________________________________</w:t>
      </w:r>
    </w:p>
    <w:p>
      <w:r>
        <w:t>________________________________________________________________________________</w:t>
      </w:r>
    </w:p>
    <w:p>
      <w:pPr>
        <w:pStyle w:val="Heading1"/>
      </w:pPr>
      <w:r>
        <w:t>3. HOME, YARD &amp; SAFETY</w:t>
      </w:r>
    </w:p>
    <w:p>
      <w:r>
        <w:rPr>
          <w:b/>
        </w:rPr>
        <w:t>11. Do you have a securely fenced yard?</w:t>
      </w:r>
      <w:r>
        <w:br/>
        <w:t>☐ Yes     ☐ No</w:t>
      </w:r>
    </w:p>
    <w:p>
      <w:r>
        <w:rPr>
          <w:b/>
        </w:rPr>
        <w:t>If yes, please describe the type and approximate height of the fence.</w:t>
      </w:r>
    </w:p>
    <w:p>
      <w:r>
        <w:t>________________________________________________________________________________</w:t>
      </w:r>
    </w:p>
    <w:p>
      <w:r>
        <w:rPr>
          <w:b/>
        </w:rPr>
        <w:t>12. Do you have a pool?</w:t>
      </w:r>
      <w:r>
        <w:br/>
        <w:t>☐ Yes     ☐ No</w:t>
      </w:r>
    </w:p>
    <w:p>
      <w:r>
        <w:rPr>
          <w:b/>
        </w:rPr>
        <w:t>13. If you have a pool, is it separately fenced or otherwise secured from unsupervised access?</w:t>
      </w:r>
      <w:r>
        <w:br/>
        <w:t>☐ Yes     ☐ No</w:t>
      </w:r>
    </w:p>
    <w:p>
      <w:r>
        <w:rPr>
          <w:b/>
        </w:rPr>
        <w:t>14. Do you use a doggie door?</w:t>
      </w:r>
      <w:r>
        <w:br/>
        <w:t>☐ Yes     ☐ No</w:t>
      </w:r>
    </w:p>
    <w:p>
      <w:r>
        <w:rPr>
          <w:b/>
        </w:rPr>
        <w:t>15. Where will the dog stay when no one is home?</w:t>
      </w:r>
    </w:p>
    <w:p>
      <w:r>
        <w:t>________________________________________________________________________________</w:t>
      </w:r>
    </w:p>
    <w:p>
      <w:r>
        <w:rPr>
          <w:b/>
        </w:rPr>
        <w:t>16. Where will the dog sleep at night?</w:t>
      </w:r>
    </w:p>
    <w:p>
      <w:r>
        <w:t>________________________________________________________________________________</w:t>
      </w:r>
    </w:p>
    <w:p>
      <w:r>
        <w:rPr>
          <w:b/>
        </w:rPr>
        <w:t>17. Will the Guardian dog live indoors as a member of your family?</w:t>
      </w:r>
      <w:r>
        <w:br/>
        <w:t>☐ Yes     ☐ No</w:t>
      </w:r>
    </w:p>
    <w:p>
      <w:r>
        <w:rPr>
          <w:b/>
        </w:rPr>
        <w:t>18. Will you agree that the dog will never roam freely or be off-leash in an unsecured/unfenced area?</w:t>
      </w:r>
      <w:r>
        <w:br/>
        <w:t>☐ Yes     ☐ No</w:t>
      </w:r>
    </w:p>
    <w:p>
      <w:r>
        <w:rPr>
          <w:b/>
        </w:rPr>
        <w:t>19. Please describe the precautions you will use to prevent escape through doors, gates, fencing, vehicles, etc.</w:t>
      </w:r>
    </w:p>
    <w:p>
      <w:r>
        <w:t>________________________________________________________________________________</w:t>
      </w:r>
    </w:p>
    <w:p>
      <w:r>
        <w:t>________________________________________________________________________________</w:t>
      </w:r>
    </w:p>
    <w:p>
      <w:pPr>
        <w:pStyle w:val="Heading1"/>
      </w:pPr>
      <w:r>
        <w:t>4. CURRENT &amp; PREVIOUS PETS</w:t>
      </w:r>
    </w:p>
    <w:p>
      <w:r>
        <w:rPr>
          <w:b/>
        </w:rPr>
        <w:t>20. List all pets currently living in your home. Include breed/species, age, sex, and spay/neuter status.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21. Do you currently own an intact male or female dog?</w:t>
      </w:r>
      <w:r>
        <w:br/>
        <w:t>☐ Yes     ☐ No</w:t>
      </w:r>
    </w:p>
    <w:p>
      <w:r>
        <w:rPr>
          <w:b/>
        </w:rPr>
        <w:t>If yes, please explain.</w:t>
      </w:r>
    </w:p>
    <w:p>
      <w:r>
        <w:t>________________________________________________________________________________</w:t>
      </w:r>
    </w:p>
    <w:p>
      <w:r>
        <w:rPr>
          <w:b/>
        </w:rPr>
        <w:t>22. Have you previously owned a French Bulldog, English Bulldog, or another brachycephalic breed?</w:t>
      </w:r>
      <w:r>
        <w:br/>
        <w:t>☐ Yes     ☐ No</w:t>
      </w:r>
    </w:p>
    <w:p>
      <w:r>
        <w:rPr>
          <w:b/>
        </w:rPr>
        <w:t>Please describe your experience.</w:t>
      </w:r>
    </w:p>
    <w:p>
      <w:r>
        <w:t>________________________________________________________________________________</w:t>
      </w:r>
    </w:p>
    <w:p>
      <w:r>
        <w:t>________________________________________________________________________________</w:t>
      </w:r>
    </w:p>
    <w:p>
      <w:r>
        <w:rPr>
          <w:b/>
        </w:rPr>
        <w:t>23. Have you ever rehomed, surrendered, sold, or given away a pet?</w:t>
      </w:r>
      <w:r>
        <w:br/>
        <w:t>☐ Yes     ☐ No</w:t>
      </w:r>
    </w:p>
    <w:p>
      <w:r>
        <w:rPr>
          <w:b/>
        </w:rPr>
        <w:t>If yes, please explain.</w:t>
      </w:r>
    </w:p>
    <w:p>
      <w:r>
        <w:t>________________________________________________________________________________</w:t>
      </w:r>
    </w:p>
    <w:p>
      <w:r>
        <w:t>________________________________________________________________________________</w:t>
      </w:r>
    </w:p>
    <w:p>
      <w:r>
        <w:rPr>
          <w:b/>
        </w:rPr>
        <w:t>24. Has a pet you owned ever escaped, become lost, or been hit by a vehicle?</w:t>
      </w:r>
      <w:r>
        <w:br/>
        <w:t>☐ Yes     ☐ No</w:t>
      </w:r>
    </w:p>
    <w:p>
      <w:r>
        <w:rPr>
          <w:b/>
        </w:rPr>
        <w:t>If yes, please explain what happened and what safety measures were implemented afterward.</w:t>
      </w:r>
    </w:p>
    <w:p>
      <w:r>
        <w:t>________________________________________________________________________________</w:t>
      </w:r>
    </w:p>
    <w:p>
      <w:r>
        <w:t>________________________________________________________________________________</w:t>
      </w:r>
    </w:p>
    <w:p>
      <w:r>
        <w:rPr>
          <w:b/>
        </w:rPr>
        <w:t>25. Have any of your pets ever had a serious behavioral issue or bite incident?</w:t>
      </w:r>
      <w:r>
        <w:br/>
        <w:t>☐ Yes     ☐ No</w:t>
      </w:r>
    </w:p>
    <w:p>
      <w:r>
        <w:rPr>
          <w:b/>
        </w:rPr>
        <w:t>If yes, please explain.</w:t>
      </w:r>
    </w:p>
    <w:p>
      <w:r>
        <w:t>________________________________________________________________________________</w:t>
      </w:r>
    </w:p>
    <w:p>
      <w:r>
        <w:t>________________________________________________________________________________</w:t>
      </w:r>
    </w:p>
    <w:p>
      <w:pPr>
        <w:pStyle w:val="Heading1"/>
      </w:pPr>
      <w:r>
        <w:t>5. VETERINARY CARE &amp; PET INSURANCE</w:t>
      </w:r>
    </w:p>
    <w:p>
      <w:r>
        <w:rPr>
          <w:b/>
        </w:rPr>
        <w:t>26. Current Veterinary Clinic / Veterinarian:</w:t>
      </w:r>
    </w:p>
    <w:p>
      <w:r>
        <w:t>________________________________________________________________________________</w:t>
      </w:r>
    </w:p>
    <w:p>
      <w:r>
        <w:rPr>
          <w:b/>
        </w:rPr>
        <w:t>Veterinary Clinic Phone Number:</w:t>
      </w:r>
    </w:p>
    <w:p>
      <w:r>
        <w:t>________________________________________________________________________________</w:t>
      </w:r>
    </w:p>
    <w:p>
      <w:r>
        <w:rPr>
          <w:b/>
        </w:rPr>
        <w:t>27. May Childs Bulldogs contact your veterinarian for a reference and/or verification of veterinary care?</w:t>
      </w:r>
      <w:r>
        <w:br/>
        <w:t>☐ Yes     ☐ No</w:t>
      </w:r>
    </w:p>
    <w:p>
      <w:r>
        <w:rPr>
          <w:b/>
        </w:rPr>
        <w:t>28. Are your current pets kept up to date with appropriate veterinary care?</w:t>
      </w:r>
      <w:r>
        <w:br/>
        <w:t>☐ Yes     ☐ No</w:t>
      </w:r>
    </w:p>
    <w:p>
      <w:r>
        <w:rPr>
          <w:b/>
        </w:rPr>
        <w:t>29. Are you financially prepared for routine and unexpected veterinary expenses associated with normal pet ownership?</w:t>
      </w:r>
      <w:r>
        <w:br/>
        <w:t>☐ Yes     ☐ No</w:t>
      </w:r>
    </w:p>
    <w:p>
      <w:r>
        <w:rPr>
          <w:b/>
        </w:rPr>
        <w:t>30. Pet insurance is REQUIRED for all Guardian dogs. Are you willing to maintain approved pet insurance throughout the dog's breeding career?</w:t>
      </w:r>
      <w:r>
        <w:br/>
        <w:t>☐ Yes     ☐ No</w:t>
      </w:r>
    </w:p>
    <w:p>
      <w:r>
        <w:rPr>
          <w:b/>
        </w:rPr>
        <w:t>31. Are you willing to promptly notify Childs Bulldogs of significant illness, injury, emergency care, medications, or veterinary concerns involving the Guardian dog?</w:t>
      </w:r>
      <w:r>
        <w:br/>
        <w:t>☐ Yes     ☐ No</w:t>
      </w:r>
    </w:p>
    <w:p>
      <w:pPr>
        <w:pStyle w:val="Heading1"/>
      </w:pPr>
      <w:r>
        <w:t>6. FOOD, NUTRITION, SUPPLEMENTS &amp; MEDICATIONS</w:t>
      </w:r>
    </w:p>
    <w:p>
      <w:r>
        <w:t>Nutrition is very important to our breeding program. Guardian dogs must remain on a quality diet approved by Childs Bulldogs during their breeding career. If breeding-, pregnancy-, or stud-specific supplements are required, Childs Bulldogs will provide those specific supplements and the Guardian family must administer them as directed.</w:t>
      </w:r>
    </w:p>
    <w:p>
      <w:r>
        <w:rPr>
          <w:b/>
        </w:rPr>
        <w:t>32. Are you willing to feed a Childs Bulldogs-approved diet throughout the dog's breeding career?</w:t>
      </w:r>
      <w:r>
        <w:br/>
        <w:t>☐ Yes     ☐ No</w:t>
      </w:r>
    </w:p>
    <w:p>
      <w:r>
        <w:rPr>
          <w:b/>
        </w:rPr>
        <w:t>33. Are you willing to discuss major diet changes with Childs Bulldogs beforehand?</w:t>
      </w:r>
      <w:r>
        <w:br/>
        <w:t>☐ Yes     ☐ No</w:t>
      </w:r>
    </w:p>
    <w:p>
      <w:r>
        <w:rPr>
          <w:b/>
        </w:rPr>
        <w:t>34. Are you willing to administer required breeding, pregnancy, or stud supplements as directed?</w:t>
      </w:r>
      <w:r>
        <w:br/>
        <w:t>☐ Yes     ☐ No</w:t>
      </w:r>
    </w:p>
    <w:p>
      <w:r>
        <w:t>We are also cautious with medications, supplements, flea/tick preventatives, elective procedures, and vaccination timing, particularly around heat cycles, breeding, pregnancy, nursing, and recovery.</w:t>
      </w:r>
    </w:p>
    <w:p>
      <w:r>
        <w:rPr>
          <w:b/>
        </w:rPr>
        <w:t>35. Are you willing to discuss these items with Childs Bulldogs when appropriate during the dog's breeding career?</w:t>
      </w:r>
      <w:r>
        <w:br/>
        <w:t>☐ Yes     ☐ No</w:t>
      </w:r>
    </w:p>
    <w:p>
      <w:r>
        <w:rPr>
          <w:b/>
        </w:rPr>
        <w:t>36. Are you comfortable following Childs Bulldogs' reproductive-health recommendations while the dog remains in the program?</w:t>
      </w:r>
      <w:r>
        <w:br/>
        <w:t>☐ Yes     ☐ No</w:t>
      </w:r>
    </w:p>
    <w:p>
      <w:pPr>
        <w:pStyle w:val="Heading1"/>
      </w:pPr>
      <w:r>
        <w:t>7. FEMALE GUARDIAN REQUIREMENTS</w:t>
      </w:r>
    </w:p>
    <w:p>
      <w:r>
        <w:t>Complete this section if you are interested in a female Guardian dog. Females are generally not considered for breeding until approximately 12–15 months of age or later, after appropriate maturity, veterinary evaluation, and any testing we require. There is no predetermined number of litters. A female may have one, two, three, or in some cases up to four litters. We will never exceed four litters. Decisions are made individually based on her health, reproductive history, pregnancy, delivery, recovery, body condition, and overall well-being. There is no guaranteed retirement age because heat cycles and pregnancy outcomes vary.</w:t>
      </w:r>
    </w:p>
    <w:p>
      <w:r>
        <w:rPr>
          <w:b/>
        </w:rPr>
        <w:t>37. Are you comfortable keeping an intact female until she is retired or released from the breeding program?</w:t>
      </w:r>
      <w:r>
        <w:br/>
        <w:t>☐ Yes     ☐ No</w:t>
      </w:r>
    </w:p>
    <w:p>
      <w:r>
        <w:rPr>
          <w:b/>
        </w:rPr>
        <w:t>38. Are you willing to monitor closely for signs of a heat cycle and notify Childs Bulldogs immediately?</w:t>
      </w:r>
      <w:r>
        <w:br/>
        <w:t>☐ Yes     ☐ No</w:t>
      </w:r>
    </w:p>
    <w:p>
      <w:r>
        <w:rPr>
          <w:b/>
        </w:rPr>
        <w:t>39. Can you completely prevent access to intact males during her heat cycles?</w:t>
      </w:r>
      <w:r>
        <w:br/>
        <w:t>☐ Yes     ☐ No</w:t>
      </w:r>
    </w:p>
    <w:p>
      <w:r>
        <w:rPr>
          <w:b/>
        </w:rPr>
        <w:t>40. Are you willing to make her available for progesterone testing, breeding/AI, ultrasounds, health testing, and reproductive appointments?</w:t>
      </w:r>
      <w:r>
        <w:br/>
        <w:t>☐ Yes     ☐ No</w:t>
      </w:r>
    </w:p>
    <w:p>
      <w:r>
        <w:rPr>
          <w:b/>
        </w:rPr>
        <w:t>41. Do you understand that reproductive timing may require flexibility and occasionally short-notice appointments?</w:t>
      </w:r>
      <w:r>
        <w:br/>
        <w:t>☐ Yes     ☐ No</w:t>
      </w:r>
    </w:p>
    <w:p>
      <w:r>
        <w:t>If she becomes pregnant, she will return to Childs Bulldogs approximately one week before her expected delivery, or earlier if necessary, and remain with us for delivery, recovery, and while she raises her puppies. Her return home depends on her recovery, body condition, milk production, and the needs of her puppies.</w:t>
      </w:r>
    </w:p>
    <w:p>
      <w:r>
        <w:rPr>
          <w:b/>
        </w:rPr>
        <w:t>42. Are you comfortable with the female temporarily staying with Childs Bulldogs for delivery and puppy-rearing?</w:t>
      </w:r>
      <w:r>
        <w:br/>
        <w:t>☐ Yes     ☐ No</w:t>
      </w:r>
    </w:p>
    <w:p>
      <w:pPr>
        <w:pStyle w:val="Heading1"/>
      </w:pPr>
      <w:r>
        <w:t>8. PREGNANCY ENVIRONMENT</w:t>
      </w:r>
    </w:p>
    <w:p>
      <w:r>
        <w:t>During pregnancy we require families to minimize unnecessary exposure to strong fragrances, fumes, pesticides, and potentially harmful chemicals. This includes scented plug-ins, heavily scented candles, paint fumes, epoxy/resin flooring, floor refinishing, strong construction or cleaning chemicals, pesticides, and major remodeling involving significant fumes or chemicals.</w:t>
      </w:r>
    </w:p>
    <w:p>
      <w:r>
        <w:rPr>
          <w:b/>
        </w:rPr>
        <w:t>43. Are you willing to follow these environmental precautions during pregnancy?</w:t>
      </w:r>
      <w:r>
        <w:br/>
        <w:t>☐ Yes     ☐ No</w:t>
      </w:r>
    </w:p>
    <w:p>
      <w:r>
        <w:rPr>
          <w:b/>
        </w:rPr>
        <w:t>44. Will you notify Childs Bulldogs before painting, flooring, pest treatment, remodeling, or similar projects during a pregnancy?</w:t>
      </w:r>
      <w:r>
        <w:br/>
        <w:t>☐ Yes     ☐ No</w:t>
      </w:r>
    </w:p>
    <w:p>
      <w:pPr>
        <w:pStyle w:val="Heading1"/>
      </w:pPr>
      <w:r>
        <w:t>9. MALE / STUD GUARDIAN REQUIREMENTS</w:t>
      </w:r>
    </w:p>
    <w:p>
      <w:r>
        <w:t>Complete this section if you are interested in a male Guardian dog. How frequently a stud is needed depends on demand. For an individual breeding, we may need the male for approximately 1–4 days depending on the female's progesterone levels, reproductive timing, collection schedule, and breeding method.</w:t>
      </w:r>
    </w:p>
    <w:p>
      <w:r>
        <w:rPr>
          <w:b/>
        </w:rPr>
        <w:t>45. Are you comfortable keeping an intact male throughout his breeding career?</w:t>
      </w:r>
      <w:r>
        <w:br/>
        <w:t>☐ Yes     ☐ No</w:t>
      </w:r>
    </w:p>
    <w:p>
      <w:r>
        <w:rPr>
          <w:b/>
        </w:rPr>
        <w:t>46. Are you willing to make him available for approved breeding/collections when requested?</w:t>
      </w:r>
      <w:r>
        <w:br/>
        <w:t>☐ Yes     ☐ No</w:t>
      </w:r>
    </w:p>
    <w:p>
      <w:r>
        <w:rPr>
          <w:b/>
        </w:rPr>
        <w:t>47. Do you understand that breeding timing can occasionally require limited advance notice?</w:t>
      </w:r>
      <w:r>
        <w:br/>
        <w:t>☐ Yes     ☐ No</w:t>
      </w:r>
    </w:p>
    <w:p>
      <w:r>
        <w:rPr>
          <w:b/>
        </w:rPr>
        <w:t>48. Are you comfortable with him staying with Childs Bulldogs for approximately 1–4 days when necessary?</w:t>
      </w:r>
      <w:r>
        <w:br/>
        <w:t>☐ Yes     ☐ No</w:t>
      </w:r>
    </w:p>
    <w:p>
      <w:r>
        <w:rPr>
          <w:b/>
        </w:rPr>
        <w:t>49. Are you willing to administer breeding/reproductive supplements provided by Childs Bulldogs if required?</w:t>
      </w:r>
      <w:r>
        <w:br/>
        <w:t>☐ Yes     ☐ No</w:t>
      </w:r>
    </w:p>
    <w:p>
      <w:pPr>
        <w:pStyle w:val="Heading1"/>
      </w:pPr>
      <w:r>
        <w:t>10. TRAVEL &amp; OTHER CARETAKERS</w:t>
      </w:r>
    </w:p>
    <w:p>
      <w:r>
        <w:rPr>
          <w:b/>
        </w:rPr>
        <w:t>50. How often does your family typically travel?</w:t>
      </w:r>
    </w:p>
    <w:p>
      <w:r>
        <w:t>________________________________________________________________________________</w:t>
      </w:r>
    </w:p>
    <w:p>
      <w:r>
        <w:rPr>
          <w:b/>
        </w:rPr>
        <w:t>51. What arrangements do you normally make for your pets when traveling?</w:t>
      </w:r>
    </w:p>
    <w:p>
      <w:r>
        <w:t>________________________________________________________________________________</w:t>
      </w:r>
    </w:p>
    <w:p>
      <w:r>
        <w:t>________________________________________________________________________________</w:t>
      </w:r>
    </w:p>
    <w:p>
      <w:r>
        <w:rPr>
          <w:b/>
        </w:rPr>
        <w:t>52. Who other than members of your immediate household would regularly have access to or care for the Guardian dog?</w:t>
      </w:r>
    </w:p>
    <w:p>
      <w:r>
        <w:t>________________________________________________________________________________</w:t>
      </w:r>
    </w:p>
    <w:p>
      <w:r>
        <w:t>________________________________________________________________________________</w:t>
      </w:r>
    </w:p>
    <w:p>
      <w:r>
        <w:rPr>
          <w:b/>
        </w:rPr>
        <w:t>53. Are you willing to communicate with Childs Bulldogs regarding extended boarding or care arrangements when applicable?</w:t>
      </w:r>
      <w:r>
        <w:br/>
        <w:t>☐ Yes     ☐ No</w:t>
      </w:r>
    </w:p>
    <w:p>
      <w:pPr>
        <w:pStyle w:val="Heading1"/>
      </w:pPr>
      <w:r>
        <w:t>11. ABOUT YOUR FAMILY</w:t>
      </w:r>
    </w:p>
    <w:p>
      <w:r>
        <w:rPr>
          <w:b/>
        </w:rPr>
        <w:t>54. Why are you interested in becoming a Guardian Home rather than purchasing a puppy as a pet?</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55. What interests you about this particular dog?</w:t>
      </w:r>
    </w:p>
    <w:p>
      <w:r>
        <w:t>________________________________________________________________________________</w:t>
      </w:r>
    </w:p>
    <w:p>
      <w:r>
        <w:t>________________________________________________________________________________</w:t>
      </w:r>
    </w:p>
    <w:p>
      <w:r>
        <w:rPr>
          <w:b/>
        </w:rPr>
        <w:t>56. What type of personality are you looking for in a dog?</w:t>
      </w:r>
    </w:p>
    <w:p>
      <w:r>
        <w:t>________________________________________________________________________________</w:t>
      </w:r>
    </w:p>
    <w:p>
      <w:r>
        <w:t>________________________________________________________________________________</w:t>
      </w:r>
    </w:p>
    <w:p>
      <w:r>
        <w:rPr>
          <w:b/>
        </w:rPr>
        <w:t>57. What activities do you envision doing with your dog?</w:t>
      </w:r>
    </w:p>
    <w:p>
      <w:r>
        <w:t>________________________________________________________________________________</w:t>
      </w:r>
    </w:p>
    <w:p>
      <w:r>
        <w:t>________________________________________________________________________________</w:t>
      </w:r>
    </w:p>
    <w:p>
      <w:r>
        <w:rPr>
          <w:b/>
        </w:rPr>
        <w:t>58. What is your approach to training and correcting unwanted behavior?</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59. Are you comfortable with crate training?</w:t>
      </w:r>
      <w:r>
        <w:br/>
        <w:t>☐ Yes     ☐ No</w:t>
      </w:r>
    </w:p>
    <w:p>
      <w:r>
        <w:rPr>
          <w:b/>
        </w:rPr>
        <w:t>60. Are you willing to maintain the dog at an appropriate healthy weight and provide suitable exercise?</w:t>
      </w:r>
      <w:r>
        <w:br/>
        <w:t>☐ Yes     ☐ No</w:t>
      </w:r>
    </w:p>
    <w:p>
      <w:pPr>
        <w:pStyle w:val="Heading1"/>
      </w:pPr>
      <w:r>
        <w:t>12. GUARDIAN HOME ACKNOWLEDGMENT</w:t>
      </w:r>
    </w:p>
    <w:p>
      <w:r>
        <w:t>_____  I understand that the Guardian dog will live with my family as a loved companion while remaining part of the Childs Bulldogs breeding program.</w:t>
      </w:r>
    </w:p>
    <w:p>
      <w:r>
        <w:t>_____  I understand that becoming a Guardian Home carries responsibilities beyond normal pet ownership.</w:t>
      </w:r>
    </w:p>
    <w:p>
      <w:r>
        <w:t>_____  I understand that Childs Bulldogs retains ownership and/or exclusive breeding rights as stated in the Guardian Home Agreement.</w:t>
      </w:r>
    </w:p>
    <w:p>
      <w:r>
        <w:t>_____  I will not breed the Guardian dog or allow an unauthorized or accidental breeding.</w:t>
      </w:r>
    </w:p>
    <w:p>
      <w:r>
        <w:t>_____  I will not spay/neuter the Guardian dog without authorization while the dog remains in the breeding program.</w:t>
      </w:r>
    </w:p>
    <w:p>
      <w:r>
        <w:t>_____  I understand that pet insurance is required.</w:t>
      </w:r>
    </w:p>
    <w:p>
      <w:r>
        <w:t>_____  I agree to follow Childs Bulldogs' approved nutrition requirements during the dog's breeding career.</w:t>
      </w:r>
    </w:p>
    <w:p>
      <w:r>
        <w:t>_____  I agree to administer required breeding/pregnancy/stud supplements as directed.</w:t>
      </w:r>
    </w:p>
    <w:p>
      <w:r>
        <w:t>_____  I understand that certain medications, preventatives, elective procedures, and vaccination timing may need to be discussed with Childs Bulldogs.</w:t>
      </w:r>
    </w:p>
    <w:p>
      <w:r>
        <w:t>_____  I agree to maintain regular communication with Childs Bulldogs.</w:t>
      </w:r>
    </w:p>
    <w:p>
      <w:r>
        <w:t>_____  I agree to promptly report significant illness, injury, veterinary concerns, loss, theft, or accidents.</w:t>
      </w:r>
    </w:p>
    <w:p>
      <w:r>
        <w:t>_____  I understand that I am responsible for reasonable precautions to prevent escape, loss, theft, preventable injury, and unauthorized breeding.</w:t>
      </w:r>
    </w:p>
    <w:p>
      <w:r>
        <w:t>_____  I understand that breeding timing can require flexibility and short-notice availability.</w:t>
      </w:r>
    </w:p>
    <w:p>
      <w:r>
        <w:t>_____  I understand that there is no guaranteed breeding or retirement schedule.</w:t>
      </w:r>
    </w:p>
    <w:p>
      <w:r>
        <w:t>_____  I understand that a female may have from one to four litters depending on her individual health and reproductive career, and that four litters is the maximum, not a required number.</w:t>
      </w:r>
    </w:p>
    <w:p>
      <w:r>
        <w:t>_____  I understand that a female Guardian will temporarily return to Childs Bulldogs for delivery and puppy-rearing when bred.</w:t>
      </w:r>
    </w:p>
    <w:p>
      <w:r>
        <w:t>_____  I understand that a male Guardian may occasionally stay with Childs Bulldogs for breeding purposes.</w:t>
      </w:r>
    </w:p>
    <w:p>
      <w:r>
        <w:t>_____  I understand that final breeding decisions are made by Childs Bulldogs with the dog's health and well-being considered.</w:t>
      </w:r>
    </w:p>
    <w:p>
      <w:r>
        <w:t>_____  I understand that the signed Guardian Home Agreement contains the complete legal and financial terms of the placement.</w:t>
      </w:r>
    </w:p>
    <w:p>
      <w:pPr>
        <w:pStyle w:val="Heading1"/>
      </w:pPr>
      <w:r>
        <w:t>13. FINAL QUESTIONS</w:t>
      </w:r>
    </w:p>
    <w:p>
      <w:r>
        <w:rPr>
          <w:b/>
        </w:rPr>
        <w:t>61. What do you feel would make your family a great Guardian Home?</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62. Is there any part of the Guardian Home Program that you are uncomfortable with or would like explained further?</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63. Do you have vacations, moves, renovations, major family events, or other circumstances planned within the next 12 months that we should know about?</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64. If selected, when would you be ready to welcome the dog into your home?</w:t>
      </w:r>
    </w:p>
    <w:p>
      <w:r>
        <w:t>________________________________________________________________________________</w:t>
      </w:r>
    </w:p>
    <w:p>
      <w:r>
        <w:rPr>
          <w:b/>
        </w:rPr>
        <w:t>65. Is there anything else you would like Childs Bulldogs to know about your family?</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APPLICANT CERTIFICATION</w:t>
      </w:r>
    </w:p>
    <w:p>
      <w:r>
        <w:t>I certify that the information provided in this questionnaire is accurate and complete to the best of my knowledge. I understand that completing this application does not guarantee approval or placement of a Guardian dog. If selected, a separate Childs Bulldogs Guardian Home Agreement must be reviewed and signed before placement.</w:t>
      </w:r>
    </w:p>
    <w:p>
      <w:r>
        <w:rPr>
          <w:b/>
        </w:rPr>
        <w:t>Applicant Name:</w:t>
      </w:r>
    </w:p>
    <w:p>
      <w:r>
        <w:t>________________________________________________________________________________</w:t>
      </w:r>
    </w:p>
    <w:p>
      <w:r>
        <w:rPr>
          <w:b/>
        </w:rPr>
        <w:t>Signature:</w:t>
      </w:r>
    </w:p>
    <w:p>
      <w:r>
        <w:t>________________________________________________________________________________</w:t>
      </w:r>
    </w:p>
    <w:p>
      <w:r>
        <w:rPr>
          <w:b/>
        </w:rPr>
        <w:t>Date:</w:t>
      </w:r>
    </w:p>
    <w:sectPr w:rsidR="00FC693F" w:rsidRPr="0006063C" w:rsidSect="00034616">
      <w:footerReference w:type="default" r:id="rId10"/>
      <w:pgSz w:w="12240" w:h="15840"/>
      <w:pgMar w:top="648"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Childs Bulldogs Guardian Home Application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02E5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02E5F"/>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02E5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