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03832" w14:textId="5567DAB9" w:rsidR="00847DC8" w:rsidRPr="00480B33" w:rsidRDefault="00DB0791" w:rsidP="00DB0791">
      <w:pPr>
        <w:pStyle w:val="Heading1"/>
        <w:rPr>
          <w:color w:val="002060"/>
        </w:rPr>
      </w:pPr>
      <w:r w:rsidRPr="00DB0791">
        <w:rPr>
          <w:noProof/>
          <w:color w:val="002060"/>
        </w:rPr>
        <w:drawing>
          <wp:anchor distT="0" distB="0" distL="114300" distR="114300" simplePos="0" relativeHeight="251658247" behindDoc="1" locked="0" layoutInCell="1" allowOverlap="1" wp14:anchorId="7865B9DA" wp14:editId="62EB830F">
            <wp:simplePos x="0" y="0"/>
            <wp:positionH relativeFrom="column">
              <wp:posOffset>66675</wp:posOffset>
            </wp:positionH>
            <wp:positionV relativeFrom="paragraph">
              <wp:posOffset>790575</wp:posOffset>
            </wp:positionV>
            <wp:extent cx="2199005" cy="1590675"/>
            <wp:effectExtent l="0" t="0" r="0" b="9525"/>
            <wp:wrapTight wrapText="bothSides">
              <wp:wrapPolygon edited="0">
                <wp:start x="0" y="0"/>
                <wp:lineTo x="0" y="21471"/>
                <wp:lineTo x="21332" y="21471"/>
                <wp:lineTo x="21332" y="0"/>
                <wp:lineTo x="0" y="0"/>
              </wp:wrapPolygon>
            </wp:wrapTight>
            <wp:docPr id="1192783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78303" name=""/>
                    <pic:cNvPicPr/>
                  </pic:nvPicPr>
                  <pic:blipFill>
                    <a:blip r:embed="rId8"/>
                    <a:stretch>
                      <a:fillRect/>
                    </a:stretch>
                  </pic:blipFill>
                  <pic:spPr>
                    <a:xfrm>
                      <a:off x="0" y="0"/>
                      <a:ext cx="2199005" cy="1590675"/>
                    </a:xfrm>
                    <a:prstGeom prst="rect">
                      <a:avLst/>
                    </a:prstGeom>
                  </pic:spPr>
                </pic:pic>
              </a:graphicData>
            </a:graphic>
            <wp14:sizeRelH relativeFrom="margin">
              <wp14:pctWidth>0</wp14:pctWidth>
            </wp14:sizeRelH>
            <wp14:sizeRelV relativeFrom="margin">
              <wp14:pctHeight>0</wp14:pctHeight>
            </wp14:sizeRelV>
          </wp:anchor>
        </w:drawing>
      </w:r>
      <w:r w:rsidRPr="00480B33">
        <w:rPr>
          <w:color w:val="002060"/>
        </w:rPr>
        <w:t xml:space="preserve">🐾 Meet Our </w:t>
      </w:r>
      <w:r w:rsidR="00480B33">
        <w:rPr>
          <w:color w:val="002060"/>
        </w:rPr>
        <w:t xml:space="preserve">2026 </w:t>
      </w:r>
      <w:r w:rsidRPr="00480B33">
        <w:rPr>
          <w:color w:val="002060"/>
        </w:rPr>
        <w:t>Kittens! 🐾</w:t>
      </w:r>
    </w:p>
    <w:p w14:paraId="2D56052C" w14:textId="746F7E30" w:rsidR="00DB0791" w:rsidRDefault="0071269B" w:rsidP="000E67C6">
      <w:pPr>
        <w:spacing w:after="0" w:line="240" w:lineRule="auto"/>
      </w:pPr>
      <w:r>
        <w:t>Welcome to our catalog of the sweetest, cuddliest, and most playful kittens looking for their forever homes.</w:t>
      </w:r>
      <w:r w:rsidR="000E67C6">
        <w:t xml:space="preserve">  W</w:t>
      </w:r>
      <w:r w:rsidR="00DB0791" w:rsidRPr="00DB0791">
        <w:t>e are happy to offer delivery for our kittens to families in the Sacramento and Bay Area areas.</w:t>
      </w:r>
    </w:p>
    <w:p w14:paraId="2E28E223" w14:textId="77777777" w:rsidR="000E67C6" w:rsidRDefault="000E67C6" w:rsidP="00AB5BCA">
      <w:pPr>
        <w:ind w:left="4320"/>
        <w:rPr>
          <w:b/>
          <w:bCs/>
        </w:rPr>
      </w:pPr>
    </w:p>
    <w:p w14:paraId="1E1059B9" w14:textId="7448F697" w:rsidR="00AA14D1" w:rsidRPr="00063E75" w:rsidRDefault="00F66EA5" w:rsidP="00AB5BCA">
      <w:pPr>
        <w:ind w:left="4320"/>
        <w:rPr>
          <w:b/>
          <w:bCs/>
        </w:rPr>
      </w:pPr>
      <w:r w:rsidRPr="00063E75">
        <w:rPr>
          <w:b/>
          <w:bCs/>
        </w:rPr>
        <w:t>Contact Sta</w:t>
      </w:r>
      <w:r w:rsidR="00063E75">
        <w:rPr>
          <w:b/>
          <w:bCs/>
        </w:rPr>
        <w:t>c</w:t>
      </w:r>
      <w:r w:rsidRPr="00063E75">
        <w:rPr>
          <w:b/>
          <w:bCs/>
        </w:rPr>
        <w:t>y:</w:t>
      </w:r>
      <w:proofErr w:type="gramStart"/>
      <w:r w:rsidRPr="00063E75">
        <w:rPr>
          <w:b/>
          <w:bCs/>
        </w:rPr>
        <w:t xml:space="preserve"> </w:t>
      </w:r>
      <w:r w:rsidR="006C7CC6">
        <w:rPr>
          <w:b/>
          <w:bCs/>
        </w:rPr>
        <w:t xml:space="preserve">  </w:t>
      </w:r>
      <w:r w:rsidRPr="00063E75">
        <w:rPr>
          <w:b/>
          <w:bCs/>
        </w:rPr>
        <w:t>(</w:t>
      </w:r>
      <w:proofErr w:type="gramEnd"/>
      <w:r w:rsidRPr="00063E75">
        <w:rPr>
          <w:b/>
          <w:bCs/>
        </w:rPr>
        <w:t>650)678-5714</w:t>
      </w:r>
      <w:r w:rsidR="00AB5BCA">
        <w:rPr>
          <w:b/>
          <w:bCs/>
        </w:rPr>
        <w:t xml:space="preserve"> </w:t>
      </w:r>
      <w:hyperlink r:id="rId9" w:history="1">
        <w:r w:rsidR="00576045" w:rsidRPr="00074A10">
          <w:rPr>
            <w:rStyle w:val="Hyperlink"/>
            <w:b/>
            <w:bCs/>
          </w:rPr>
          <w:t>stacy@kittyhavenrescue.com</w:t>
        </w:r>
      </w:hyperlink>
      <w:r w:rsidR="00576045">
        <w:rPr>
          <w:b/>
          <w:bCs/>
        </w:rPr>
        <w:t xml:space="preserve"> </w:t>
      </w:r>
      <w:hyperlink r:id="rId10" w:history="1">
        <w:r w:rsidR="00576045" w:rsidRPr="00074A10">
          <w:rPr>
            <w:rStyle w:val="Hyperlink"/>
            <w:b/>
            <w:bCs/>
          </w:rPr>
          <w:t>www.kittyhavenrescue.com</w:t>
        </w:r>
      </w:hyperlink>
      <w:r w:rsidR="00576045">
        <w:rPr>
          <w:b/>
          <w:bCs/>
        </w:rPr>
        <w:tab/>
      </w:r>
    </w:p>
    <w:p w14:paraId="46408AF1" w14:textId="77777777" w:rsidR="00847DC8" w:rsidRPr="00480B33" w:rsidRDefault="0071269B">
      <w:pPr>
        <w:pStyle w:val="Heading3"/>
        <w:rPr>
          <w:color w:val="DE2ECD"/>
        </w:rPr>
      </w:pPr>
      <w:r w:rsidRPr="00480B33">
        <w:rPr>
          <w:color w:val="DE2ECD"/>
        </w:rPr>
        <w:t>🩷 Kenzie</w:t>
      </w:r>
    </w:p>
    <w:p w14:paraId="32666168" w14:textId="77777777" w:rsidR="00480B33" w:rsidRDefault="00480B33" w:rsidP="00480B33">
      <w:pPr>
        <w:spacing w:line="240" w:lineRule="auto"/>
      </w:pPr>
      <w:r>
        <w:rPr>
          <w:noProof/>
        </w:rPr>
        <w:drawing>
          <wp:anchor distT="0" distB="0" distL="114300" distR="114300" simplePos="0" relativeHeight="251658240" behindDoc="1" locked="0" layoutInCell="1" allowOverlap="1" wp14:anchorId="28DF2818" wp14:editId="189D9A37">
            <wp:simplePos x="0" y="0"/>
            <wp:positionH relativeFrom="column">
              <wp:posOffset>0</wp:posOffset>
            </wp:positionH>
            <wp:positionV relativeFrom="paragraph">
              <wp:posOffset>3810</wp:posOffset>
            </wp:positionV>
            <wp:extent cx="1947545" cy="1828800"/>
            <wp:effectExtent l="0" t="0" r="0" b="0"/>
            <wp:wrapSquare wrapText="bothSides"/>
            <wp:docPr id="8458682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868237" name="Picture 1"/>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47545" cy="1828800"/>
                    </a:xfrm>
                    <a:prstGeom prst="rect">
                      <a:avLst/>
                    </a:prstGeom>
                  </pic:spPr>
                </pic:pic>
              </a:graphicData>
            </a:graphic>
          </wp:anchor>
        </w:drawing>
      </w:r>
      <w:r>
        <w:t>Meet Kenzie! Kenzie is a sweet little girl with the cutest round eyes and tiniest paws. She absolutely loves curling up beside her favorite people, purring away, and soaking up all the cuddles she can get. If you're looking for a gentle, affectionate companion, Kenzie would love to steal your heart!</w:t>
      </w:r>
      <w:r w:rsidRPr="00480B33">
        <w:t xml:space="preserve"> </w:t>
      </w:r>
    </w:p>
    <w:p w14:paraId="34D4B0B6" w14:textId="4A8D6C2F" w:rsidR="00480B33" w:rsidRDefault="00480B33" w:rsidP="00480B33">
      <w:pPr>
        <w:spacing w:line="240" w:lineRule="auto"/>
      </w:pPr>
      <w:r>
        <w:t>Age: 1</w:t>
      </w:r>
      <w:r w:rsidR="004D7727">
        <w:t>5</w:t>
      </w:r>
      <w:r>
        <w:t xml:space="preserve"> Weeks</w:t>
      </w:r>
    </w:p>
    <w:p w14:paraId="5746AD13" w14:textId="1C99D23D" w:rsidR="00480B33" w:rsidRDefault="00480B33" w:rsidP="00480B33">
      <w:pPr>
        <w:spacing w:line="240" w:lineRule="auto"/>
      </w:pPr>
      <w:r>
        <w:t>Sex:  F - Spayed and Vaccinated</w:t>
      </w:r>
    </w:p>
    <w:p w14:paraId="7E2E88BC" w14:textId="581125C0" w:rsidR="00480B33" w:rsidRDefault="00480B33" w:rsidP="00480B33">
      <w:pPr>
        <w:spacing w:line="240" w:lineRule="auto"/>
      </w:pPr>
      <w:r>
        <w:t xml:space="preserve">Gotcha Date: 6/20/2026 </w:t>
      </w:r>
    </w:p>
    <w:p w14:paraId="116C4DF8" w14:textId="688CA8CC" w:rsidR="00DB0791" w:rsidRPr="00480B33" w:rsidRDefault="008D00D7" w:rsidP="00480B33">
      <w:pPr>
        <w:spacing w:line="240" w:lineRule="auto"/>
      </w:pPr>
      <w:r>
        <w:t>Ja</w:t>
      </w:r>
    </w:p>
    <w:p w14:paraId="5CBA84BF" w14:textId="061B6F00" w:rsidR="00847DC8" w:rsidRPr="00480B33" w:rsidRDefault="00480B33">
      <w:pPr>
        <w:pStyle w:val="Heading3"/>
        <w:rPr>
          <w:color w:val="7030A0"/>
        </w:rPr>
      </w:pPr>
      <w:r>
        <w:rPr>
          <w:noProof/>
        </w:rPr>
        <w:drawing>
          <wp:anchor distT="0" distB="0" distL="114300" distR="114300" simplePos="0" relativeHeight="251658241" behindDoc="0" locked="0" layoutInCell="1" allowOverlap="1" wp14:anchorId="0AA392C5" wp14:editId="7131DEE2">
            <wp:simplePos x="0" y="0"/>
            <wp:positionH relativeFrom="column">
              <wp:posOffset>0</wp:posOffset>
            </wp:positionH>
            <wp:positionV relativeFrom="paragraph">
              <wp:posOffset>485140</wp:posOffset>
            </wp:positionV>
            <wp:extent cx="2241550" cy="1733550"/>
            <wp:effectExtent l="0" t="0" r="6350" b="0"/>
            <wp:wrapSquare wrapText="bothSides"/>
            <wp:docPr id="38194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9465" name="Picture 2"/>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41550" cy="1733550"/>
                    </a:xfrm>
                    <a:prstGeom prst="rect">
                      <a:avLst/>
                    </a:prstGeom>
                  </pic:spPr>
                </pic:pic>
              </a:graphicData>
            </a:graphic>
            <wp14:sizeRelH relativeFrom="margin">
              <wp14:pctWidth>0</wp14:pctWidth>
            </wp14:sizeRelH>
            <wp14:sizeRelV relativeFrom="margin">
              <wp14:pctHeight>0</wp14:pctHeight>
            </wp14:sizeRelV>
          </wp:anchor>
        </w:drawing>
      </w:r>
      <w:r w:rsidRPr="00480B33">
        <w:rPr>
          <w:rFonts w:ascii="Segoe UI Emoji" w:hAnsi="Segoe UI Emoji" w:cs="Segoe UI Emoji"/>
          <w:color w:val="7030A0"/>
        </w:rPr>
        <w:t>💜</w:t>
      </w:r>
      <w:r w:rsidRPr="00480B33">
        <w:rPr>
          <w:color w:val="7030A0"/>
        </w:rPr>
        <w:t xml:space="preserve"> Melanie</w:t>
      </w:r>
    </w:p>
    <w:p w14:paraId="23DBE3E0" w14:textId="0F10B99C" w:rsidR="00847DC8" w:rsidRDefault="0071269B" w:rsidP="00480B33">
      <w:pPr>
        <w:spacing w:line="240" w:lineRule="auto"/>
      </w:pPr>
      <w:r>
        <w:t>Say hello to Melanie! Melanie is an adventurous little explorer who is always curious about what everyone is doing. Whether she's chasing toys, investigating every corner of the room, or making you laugh with her playful personality, she's guaranteed to brighten your day.</w:t>
      </w:r>
    </w:p>
    <w:p w14:paraId="38714534" w14:textId="4BD16915" w:rsidR="00480B33" w:rsidRDefault="00480B33" w:rsidP="00480B33">
      <w:pPr>
        <w:spacing w:line="240" w:lineRule="auto"/>
      </w:pPr>
      <w:r>
        <w:t>Age: 1</w:t>
      </w:r>
      <w:r w:rsidR="004D7727">
        <w:t>5</w:t>
      </w:r>
      <w:r>
        <w:t xml:space="preserve"> Weeks</w:t>
      </w:r>
    </w:p>
    <w:p w14:paraId="1CAF076D" w14:textId="77777777" w:rsidR="00480B33" w:rsidRDefault="00480B33" w:rsidP="00480B33">
      <w:pPr>
        <w:spacing w:line="240" w:lineRule="auto"/>
      </w:pPr>
      <w:r>
        <w:t>Sex:  F - Spayed and Vaccinated</w:t>
      </w:r>
    </w:p>
    <w:p w14:paraId="6B0C3931" w14:textId="4ABAEE0B" w:rsidR="00480B33" w:rsidRPr="00480B33" w:rsidRDefault="00480B33" w:rsidP="00480B33">
      <w:pPr>
        <w:spacing w:line="240" w:lineRule="auto"/>
      </w:pPr>
      <w:r>
        <w:t xml:space="preserve">Gotcha Date: 6/15/2026 </w:t>
      </w:r>
    </w:p>
    <w:p w14:paraId="31197383" w14:textId="77777777" w:rsidR="00480B33" w:rsidRDefault="00480B33" w:rsidP="00480B33">
      <w:pPr>
        <w:spacing w:line="240" w:lineRule="auto"/>
      </w:pPr>
    </w:p>
    <w:p w14:paraId="45C1D254" w14:textId="77777777" w:rsidR="00847DC8" w:rsidRPr="00480B33" w:rsidRDefault="0071269B">
      <w:pPr>
        <w:pStyle w:val="Heading3"/>
        <w:rPr>
          <w:color w:val="F79646" w:themeColor="accent6"/>
        </w:rPr>
      </w:pPr>
      <w:r w:rsidRPr="00480B33">
        <w:rPr>
          <w:color w:val="F79646" w:themeColor="accent6"/>
        </w:rPr>
        <w:lastRenderedPageBreak/>
        <w:t>💙 Sincere</w:t>
      </w:r>
    </w:p>
    <w:p w14:paraId="46CB143D" w14:textId="37D1072E" w:rsidR="00847DC8" w:rsidRDefault="00480B33">
      <w:r>
        <w:rPr>
          <w:noProof/>
        </w:rPr>
        <w:drawing>
          <wp:anchor distT="0" distB="0" distL="114300" distR="114300" simplePos="0" relativeHeight="251658244" behindDoc="1" locked="0" layoutInCell="1" allowOverlap="1" wp14:anchorId="690D389D" wp14:editId="321CD863">
            <wp:simplePos x="0" y="0"/>
            <wp:positionH relativeFrom="column">
              <wp:posOffset>0</wp:posOffset>
            </wp:positionH>
            <wp:positionV relativeFrom="paragraph">
              <wp:posOffset>8255</wp:posOffset>
            </wp:positionV>
            <wp:extent cx="1216025" cy="1695450"/>
            <wp:effectExtent l="0" t="0" r="3175" b="0"/>
            <wp:wrapTight wrapText="bothSides">
              <wp:wrapPolygon edited="0">
                <wp:start x="0" y="0"/>
                <wp:lineTo x="0" y="21357"/>
                <wp:lineTo x="21318" y="21357"/>
                <wp:lineTo x="21318" y="0"/>
                <wp:lineTo x="0" y="0"/>
              </wp:wrapPolygon>
            </wp:wrapTight>
            <wp:docPr id="159305692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056920" name="Picture 12"/>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16025" cy="1695450"/>
                    </a:xfrm>
                    <a:prstGeom prst="rect">
                      <a:avLst/>
                    </a:prstGeom>
                  </pic:spPr>
                </pic:pic>
              </a:graphicData>
            </a:graphic>
          </wp:anchor>
        </w:drawing>
      </w:r>
      <w:r>
        <w:t>This is Sincere! This handsome gray fluffball is as cuddly as they come. He loves being close to people and will happily curl up for a nap after a fun play session. His soft fur and loving personality make him impossible to resist.</w:t>
      </w:r>
    </w:p>
    <w:p w14:paraId="2A9831FC" w14:textId="793771FF" w:rsidR="00480B33" w:rsidRDefault="00480B33" w:rsidP="00480B33">
      <w:pPr>
        <w:spacing w:line="240" w:lineRule="auto"/>
      </w:pPr>
      <w:r>
        <w:t>Age: 1</w:t>
      </w:r>
      <w:r w:rsidR="004D7727">
        <w:t>5</w:t>
      </w:r>
      <w:r>
        <w:t xml:space="preserve"> Weeks</w:t>
      </w:r>
    </w:p>
    <w:p w14:paraId="2BC24A05" w14:textId="1B48C787" w:rsidR="00480B33" w:rsidRDefault="00480B33" w:rsidP="00480B33">
      <w:pPr>
        <w:spacing w:line="240" w:lineRule="auto"/>
      </w:pPr>
      <w:r>
        <w:t xml:space="preserve">Sex:  M - </w:t>
      </w:r>
      <w:r w:rsidRPr="00480B33">
        <w:t xml:space="preserve">Neutered </w:t>
      </w:r>
      <w:r>
        <w:t>and Vaccinated</w:t>
      </w:r>
    </w:p>
    <w:p w14:paraId="2A378BD9" w14:textId="3DEE2DDE" w:rsidR="00480B33" w:rsidRDefault="00480B33" w:rsidP="00480B33">
      <w:pPr>
        <w:spacing w:line="240" w:lineRule="auto"/>
      </w:pPr>
      <w:r>
        <w:t xml:space="preserve">Gotcha Date: 6/15/2026 </w:t>
      </w:r>
    </w:p>
    <w:p w14:paraId="75120577" w14:textId="50E91CB6" w:rsidR="00480B33" w:rsidRPr="00480B33" w:rsidRDefault="00480B33" w:rsidP="00480B33">
      <w:pPr>
        <w:spacing w:line="240" w:lineRule="auto"/>
      </w:pPr>
    </w:p>
    <w:p w14:paraId="77D433AF" w14:textId="586732B5" w:rsidR="00847DC8" w:rsidRPr="00480B33" w:rsidRDefault="0071269B">
      <w:pPr>
        <w:pStyle w:val="Heading3"/>
        <w:rPr>
          <w:color w:val="9BBB59" w:themeColor="accent3"/>
        </w:rPr>
      </w:pPr>
      <w:r w:rsidRPr="00480B33">
        <w:rPr>
          <w:rFonts w:ascii="Segoe UI Emoji" w:hAnsi="Segoe UI Emoji" w:cs="Segoe UI Emoji"/>
          <w:color w:val="9BBB59" w:themeColor="accent3"/>
        </w:rPr>
        <w:t>💚</w:t>
      </w:r>
      <w:r w:rsidRPr="00480B33">
        <w:rPr>
          <w:color w:val="9BBB59" w:themeColor="accent3"/>
        </w:rPr>
        <w:t xml:space="preserve"> Bryce</w:t>
      </w:r>
    </w:p>
    <w:p w14:paraId="17AD5DD6" w14:textId="0A112D30" w:rsidR="00847DC8" w:rsidRDefault="00480B33">
      <w:r>
        <w:rPr>
          <w:noProof/>
        </w:rPr>
        <w:drawing>
          <wp:anchor distT="0" distB="0" distL="114300" distR="114300" simplePos="0" relativeHeight="251658242" behindDoc="1" locked="0" layoutInCell="1" allowOverlap="1" wp14:anchorId="53FE2ECD" wp14:editId="21407911">
            <wp:simplePos x="0" y="0"/>
            <wp:positionH relativeFrom="column">
              <wp:posOffset>-28575</wp:posOffset>
            </wp:positionH>
            <wp:positionV relativeFrom="paragraph">
              <wp:posOffset>26035</wp:posOffset>
            </wp:positionV>
            <wp:extent cx="1554480" cy="1828800"/>
            <wp:effectExtent l="0" t="0" r="7620" b="0"/>
            <wp:wrapTight wrapText="bothSides">
              <wp:wrapPolygon edited="0">
                <wp:start x="0" y="0"/>
                <wp:lineTo x="0" y="21375"/>
                <wp:lineTo x="21441" y="21375"/>
                <wp:lineTo x="21441" y="0"/>
                <wp:lineTo x="0" y="0"/>
              </wp:wrapPolygon>
            </wp:wrapTight>
            <wp:docPr id="19063006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300635" name="Picture 1"/>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554480" cy="1828800"/>
                    </a:xfrm>
                    <a:prstGeom prst="rect">
                      <a:avLst/>
                    </a:prstGeom>
                  </pic:spPr>
                </pic:pic>
              </a:graphicData>
            </a:graphic>
          </wp:anchor>
        </w:drawing>
      </w:r>
      <w:r>
        <w:t>Meet Bryce! Bryce is a confident little guy who is always ready for his next adventure. He loves to play, explore, and keep everyone entertained with his silly kitten antics. Once he's tired out, he's more than happy to settle in for some pets.</w:t>
      </w:r>
    </w:p>
    <w:p w14:paraId="42ABED84" w14:textId="6DC7C2FE" w:rsidR="00480B33" w:rsidRDefault="00480B33" w:rsidP="00480B33">
      <w:pPr>
        <w:spacing w:line="240" w:lineRule="auto"/>
      </w:pPr>
      <w:r>
        <w:t>Age: 1</w:t>
      </w:r>
      <w:r w:rsidR="004D7727">
        <w:t>5</w:t>
      </w:r>
      <w:r>
        <w:t xml:space="preserve"> Weeks</w:t>
      </w:r>
    </w:p>
    <w:p w14:paraId="58C3C009" w14:textId="77777777" w:rsidR="00480B33" w:rsidRDefault="00480B33" w:rsidP="00480B33">
      <w:pPr>
        <w:spacing w:line="240" w:lineRule="auto"/>
      </w:pPr>
      <w:r>
        <w:t xml:space="preserve">Sex:  M - </w:t>
      </w:r>
      <w:r w:rsidRPr="00480B33">
        <w:t xml:space="preserve">Neutered </w:t>
      </w:r>
      <w:r>
        <w:t>and Vaccinated</w:t>
      </w:r>
    </w:p>
    <w:p w14:paraId="5956E048" w14:textId="5D9B2047" w:rsidR="00480B33" w:rsidRDefault="00480B33" w:rsidP="00480B33">
      <w:pPr>
        <w:spacing w:line="240" w:lineRule="auto"/>
      </w:pPr>
      <w:r>
        <w:t xml:space="preserve">Gotcha Date: 6/16/2026 </w:t>
      </w:r>
    </w:p>
    <w:p w14:paraId="5FD2E550" w14:textId="77777777" w:rsidR="00480B33" w:rsidRDefault="00480B33"/>
    <w:p w14:paraId="70F58EBD" w14:textId="77777777" w:rsidR="00847DC8" w:rsidRPr="00480B33" w:rsidRDefault="0071269B">
      <w:pPr>
        <w:pStyle w:val="Heading3"/>
        <w:rPr>
          <w:color w:val="C4BC96" w:themeColor="background2" w:themeShade="BF"/>
        </w:rPr>
      </w:pPr>
      <w:r w:rsidRPr="00480B33">
        <w:rPr>
          <w:color w:val="C4BC96" w:themeColor="background2" w:themeShade="BF"/>
        </w:rPr>
        <w:t>☀️ Sol</w:t>
      </w:r>
    </w:p>
    <w:p w14:paraId="08557428" w14:textId="15B85BF1" w:rsidR="00847DC8" w:rsidRDefault="00480B33">
      <w:r>
        <w:rPr>
          <w:noProof/>
        </w:rPr>
        <w:drawing>
          <wp:anchor distT="0" distB="0" distL="114300" distR="114300" simplePos="0" relativeHeight="251658246" behindDoc="1" locked="0" layoutInCell="1" allowOverlap="1" wp14:anchorId="5CABFB26" wp14:editId="5D09D33B">
            <wp:simplePos x="0" y="0"/>
            <wp:positionH relativeFrom="column">
              <wp:posOffset>0</wp:posOffset>
            </wp:positionH>
            <wp:positionV relativeFrom="paragraph">
              <wp:posOffset>2540</wp:posOffset>
            </wp:positionV>
            <wp:extent cx="1060450" cy="1828800"/>
            <wp:effectExtent l="0" t="0" r="6350" b="0"/>
            <wp:wrapTight wrapText="bothSides">
              <wp:wrapPolygon edited="0">
                <wp:start x="0" y="0"/>
                <wp:lineTo x="0" y="21375"/>
                <wp:lineTo x="21341" y="21375"/>
                <wp:lineTo x="21341" y="0"/>
                <wp:lineTo x="0" y="0"/>
              </wp:wrapPolygon>
            </wp:wrapTight>
            <wp:docPr id="39515220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152207" name="Picture 6"/>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60450" cy="1828800"/>
                    </a:xfrm>
                    <a:prstGeom prst="rect">
                      <a:avLst/>
                    </a:prstGeom>
                  </pic:spPr>
                </pic:pic>
              </a:graphicData>
            </a:graphic>
          </wp:anchor>
        </w:drawing>
      </w:r>
      <w:r>
        <w:t>Say hi to Sol! Don't let her tiny size fool you—this little sunshine is full of personality! Sol is playful, curious, and loves discovering new things. She's sure to fill your home with happiness.</w:t>
      </w:r>
    </w:p>
    <w:p w14:paraId="2D38C4C0" w14:textId="7DE921A5" w:rsidR="00480B33" w:rsidRDefault="00480B33" w:rsidP="00480B33">
      <w:pPr>
        <w:spacing w:line="240" w:lineRule="auto"/>
      </w:pPr>
      <w:r>
        <w:t xml:space="preserve">Age: </w:t>
      </w:r>
      <w:r w:rsidR="004D7727">
        <w:t>12</w:t>
      </w:r>
      <w:r>
        <w:t xml:space="preserve"> Weeks</w:t>
      </w:r>
    </w:p>
    <w:p w14:paraId="62AC5A9A" w14:textId="77777777" w:rsidR="004D7727" w:rsidRDefault="004D7727" w:rsidP="004D7727">
      <w:pPr>
        <w:spacing w:line="240" w:lineRule="auto"/>
      </w:pPr>
      <w:r>
        <w:t>Sex:  F - Spayed and Vaccinated</w:t>
      </w:r>
    </w:p>
    <w:p w14:paraId="4DB1D30F" w14:textId="2632E9B7" w:rsidR="00480B33" w:rsidRPr="00480B33" w:rsidRDefault="00480B33" w:rsidP="00480B33">
      <w:pPr>
        <w:spacing w:line="240" w:lineRule="auto"/>
      </w:pPr>
      <w:r>
        <w:t xml:space="preserve">Gotcha Date: 6/19/2026 </w:t>
      </w:r>
    </w:p>
    <w:p w14:paraId="725F962C" w14:textId="77777777" w:rsidR="00480B33" w:rsidRDefault="00480B33"/>
    <w:p w14:paraId="1F3187C8" w14:textId="77777777" w:rsidR="00480B33" w:rsidRDefault="00480B33"/>
    <w:p w14:paraId="5155D3FC" w14:textId="7F2807EB" w:rsidR="00847DC8" w:rsidRPr="00480B33" w:rsidRDefault="0071269B">
      <w:pPr>
        <w:pStyle w:val="Heading3"/>
        <w:rPr>
          <w:color w:val="4BACC6" w:themeColor="accent5"/>
        </w:rPr>
      </w:pPr>
      <w:r w:rsidRPr="00480B33">
        <w:rPr>
          <w:color w:val="4BACC6" w:themeColor="accent5"/>
        </w:rPr>
        <w:lastRenderedPageBreak/>
        <w:t>🧡 Corbin</w:t>
      </w:r>
      <w:r w:rsidR="009918EB">
        <w:rPr>
          <w:color w:val="4BACC6" w:themeColor="accent5"/>
        </w:rPr>
        <w:t xml:space="preserve"> - ADOPTED</w:t>
      </w:r>
    </w:p>
    <w:p w14:paraId="2549E366" w14:textId="05A19A40" w:rsidR="00847DC8" w:rsidRDefault="00480B33">
      <w:r>
        <w:rPr>
          <w:noProof/>
        </w:rPr>
        <w:drawing>
          <wp:anchor distT="0" distB="0" distL="114300" distR="114300" simplePos="0" relativeHeight="251658248" behindDoc="1" locked="0" layoutInCell="1" allowOverlap="1" wp14:anchorId="3A158E18" wp14:editId="6562FF99">
            <wp:simplePos x="0" y="0"/>
            <wp:positionH relativeFrom="column">
              <wp:posOffset>0</wp:posOffset>
            </wp:positionH>
            <wp:positionV relativeFrom="paragraph">
              <wp:posOffset>-1270</wp:posOffset>
            </wp:positionV>
            <wp:extent cx="1764665" cy="1828800"/>
            <wp:effectExtent l="0" t="0" r="6985" b="0"/>
            <wp:wrapTight wrapText="bothSides">
              <wp:wrapPolygon edited="0">
                <wp:start x="0" y="0"/>
                <wp:lineTo x="0" y="21375"/>
                <wp:lineTo x="21452" y="21375"/>
                <wp:lineTo x="21452" y="0"/>
                <wp:lineTo x="0" y="0"/>
              </wp:wrapPolygon>
            </wp:wrapTight>
            <wp:docPr id="192353638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536380" name="Picture 7"/>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64665" cy="1828800"/>
                    </a:xfrm>
                    <a:prstGeom prst="rect">
                      <a:avLst/>
                    </a:prstGeom>
                  </pic:spPr>
                </pic:pic>
              </a:graphicData>
            </a:graphic>
          </wp:anchor>
        </w:drawing>
      </w:r>
      <w:r>
        <w:t>Meet Corbin! Corbin is an energetic little boy who loves chasing toys and showing off his playful side.</w:t>
      </w:r>
      <w:r w:rsidR="00536232">
        <w:t xml:space="preserve"> He’s truly a diamond – check out his cute markings!</w:t>
      </w:r>
    </w:p>
    <w:p w14:paraId="50CB88AE" w14:textId="7263C8CC" w:rsidR="00536232" w:rsidRDefault="00536232" w:rsidP="00536232">
      <w:pPr>
        <w:spacing w:line="240" w:lineRule="auto"/>
      </w:pPr>
      <w:r>
        <w:t>Age: 1</w:t>
      </w:r>
      <w:r w:rsidR="004D7727">
        <w:t>2</w:t>
      </w:r>
      <w:r>
        <w:t xml:space="preserve"> Weeks</w:t>
      </w:r>
    </w:p>
    <w:p w14:paraId="2B475BDF" w14:textId="51FBE0B5" w:rsidR="00536232" w:rsidRDefault="00536232" w:rsidP="00536232">
      <w:pPr>
        <w:spacing w:line="240" w:lineRule="auto"/>
      </w:pPr>
      <w:r>
        <w:t xml:space="preserve">Sex:  M – </w:t>
      </w:r>
      <w:r w:rsidR="00576BD1">
        <w:t xml:space="preserve">Neutered and </w:t>
      </w:r>
      <w:r w:rsidR="004D7727">
        <w:t>Vaccinated</w:t>
      </w:r>
    </w:p>
    <w:p w14:paraId="65B51422" w14:textId="670DC1E3" w:rsidR="00480B33" w:rsidRDefault="00536232" w:rsidP="00536232">
      <w:pPr>
        <w:spacing w:line="240" w:lineRule="auto"/>
      </w:pPr>
      <w:r>
        <w:t xml:space="preserve">Gotcha Date: 6/20/2026 </w:t>
      </w:r>
    </w:p>
    <w:p w14:paraId="15DF74A7" w14:textId="77777777" w:rsidR="00480B33" w:rsidRDefault="00480B33"/>
    <w:p w14:paraId="445B22CD" w14:textId="77777777" w:rsidR="00480B33" w:rsidRDefault="00480B33"/>
    <w:p w14:paraId="1EA5842B" w14:textId="77777777" w:rsidR="00847DC8" w:rsidRPr="00480B33" w:rsidRDefault="0071269B">
      <w:pPr>
        <w:pStyle w:val="Heading3"/>
        <w:rPr>
          <w:color w:val="C0504D" w:themeColor="accent2"/>
        </w:rPr>
      </w:pPr>
      <w:r w:rsidRPr="00480B33">
        <w:rPr>
          <w:color w:val="C0504D" w:themeColor="accent2"/>
        </w:rPr>
        <w:t>🌸 Bea</w:t>
      </w:r>
    </w:p>
    <w:p w14:paraId="078F7E63" w14:textId="224BD7E1" w:rsidR="00847DC8" w:rsidRDefault="00536232">
      <w:r>
        <w:rPr>
          <w:noProof/>
        </w:rPr>
        <w:drawing>
          <wp:anchor distT="0" distB="0" distL="114300" distR="114300" simplePos="0" relativeHeight="251658249" behindDoc="1" locked="0" layoutInCell="1" allowOverlap="1" wp14:anchorId="24CCF088" wp14:editId="21F4877F">
            <wp:simplePos x="0" y="0"/>
            <wp:positionH relativeFrom="column">
              <wp:posOffset>0</wp:posOffset>
            </wp:positionH>
            <wp:positionV relativeFrom="paragraph">
              <wp:posOffset>2540</wp:posOffset>
            </wp:positionV>
            <wp:extent cx="1892300" cy="1828800"/>
            <wp:effectExtent l="0" t="0" r="0" b="0"/>
            <wp:wrapTight wrapText="bothSides">
              <wp:wrapPolygon edited="0">
                <wp:start x="0" y="0"/>
                <wp:lineTo x="0" y="21375"/>
                <wp:lineTo x="21310" y="21375"/>
                <wp:lineTo x="21310" y="0"/>
                <wp:lineTo x="0" y="0"/>
              </wp:wrapPolygon>
            </wp:wrapTight>
            <wp:docPr id="8978579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857925" name="Picture 2"/>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892300" cy="1828800"/>
                    </a:xfrm>
                    <a:prstGeom prst="rect">
                      <a:avLst/>
                    </a:prstGeom>
                  </pic:spPr>
                </pic:pic>
              </a:graphicData>
            </a:graphic>
          </wp:anchor>
        </w:drawing>
      </w:r>
      <w:r>
        <w:t xml:space="preserve"> This is Bea! Bea is a gentle, loving kitten with a sweet personality that </w:t>
      </w:r>
      <w:proofErr w:type="gramStart"/>
      <w:r>
        <w:t>will melt</w:t>
      </w:r>
      <w:proofErr w:type="gramEnd"/>
      <w:r>
        <w:t xml:space="preserve"> your heart. She enjoys affection, cozy naps, and spending time with people. She's the perfect combination of playful and snuggly.</w:t>
      </w:r>
    </w:p>
    <w:p w14:paraId="31AB4697" w14:textId="110480F2" w:rsidR="00536232" w:rsidRDefault="00536232" w:rsidP="00536232">
      <w:pPr>
        <w:spacing w:line="240" w:lineRule="auto"/>
      </w:pPr>
      <w:r>
        <w:t>Age: 1</w:t>
      </w:r>
      <w:r w:rsidR="004D7727">
        <w:t>2</w:t>
      </w:r>
      <w:r>
        <w:t xml:space="preserve"> Weeks</w:t>
      </w:r>
    </w:p>
    <w:p w14:paraId="4BB7CF19" w14:textId="77777777" w:rsidR="004D7727" w:rsidRDefault="004D7727" w:rsidP="004D7727">
      <w:pPr>
        <w:spacing w:line="240" w:lineRule="auto"/>
      </w:pPr>
      <w:r>
        <w:t>Sex:  F - Spayed and Vaccinated</w:t>
      </w:r>
    </w:p>
    <w:p w14:paraId="64B9A414" w14:textId="6A150AA2" w:rsidR="00536232" w:rsidRPr="00480B33" w:rsidRDefault="00536232" w:rsidP="00536232">
      <w:pPr>
        <w:spacing w:line="240" w:lineRule="auto"/>
      </w:pPr>
      <w:r>
        <w:t xml:space="preserve">Gotcha Date: 6/20/2026 </w:t>
      </w:r>
    </w:p>
    <w:p w14:paraId="78347A07" w14:textId="77777777" w:rsidR="00536232" w:rsidRDefault="00536232"/>
    <w:p w14:paraId="2AE4309D" w14:textId="77777777" w:rsidR="00536232" w:rsidRDefault="00536232"/>
    <w:p w14:paraId="26F04A46" w14:textId="77777777" w:rsidR="00847DC8" w:rsidRPr="00480B33" w:rsidRDefault="0071269B">
      <w:pPr>
        <w:pStyle w:val="Heading3"/>
        <w:rPr>
          <w:color w:val="C2D69B" w:themeColor="accent3" w:themeTint="99"/>
        </w:rPr>
      </w:pPr>
      <w:r w:rsidRPr="00480B33">
        <w:rPr>
          <w:color w:val="C2D69B" w:themeColor="accent3" w:themeTint="99"/>
        </w:rPr>
        <w:t>⭐ Caleb</w:t>
      </w:r>
    </w:p>
    <w:p w14:paraId="147DCF25" w14:textId="59E66407" w:rsidR="00847DC8" w:rsidRDefault="00536232">
      <w:r>
        <w:rPr>
          <w:noProof/>
        </w:rPr>
        <w:drawing>
          <wp:anchor distT="0" distB="0" distL="114300" distR="114300" simplePos="0" relativeHeight="251658250" behindDoc="1" locked="0" layoutInCell="1" allowOverlap="1" wp14:anchorId="59F52AB4" wp14:editId="3CFED0BA">
            <wp:simplePos x="0" y="0"/>
            <wp:positionH relativeFrom="column">
              <wp:posOffset>0</wp:posOffset>
            </wp:positionH>
            <wp:positionV relativeFrom="paragraph">
              <wp:posOffset>1270</wp:posOffset>
            </wp:positionV>
            <wp:extent cx="1234440" cy="1828800"/>
            <wp:effectExtent l="0" t="0" r="3810" b="0"/>
            <wp:wrapTight wrapText="bothSides">
              <wp:wrapPolygon edited="0">
                <wp:start x="0" y="0"/>
                <wp:lineTo x="0" y="21375"/>
                <wp:lineTo x="21333" y="21375"/>
                <wp:lineTo x="21333" y="0"/>
                <wp:lineTo x="0" y="0"/>
              </wp:wrapPolygon>
            </wp:wrapTight>
            <wp:docPr id="80525374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253748" name="Picture 11"/>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234440" cy="1828800"/>
                    </a:xfrm>
                    <a:prstGeom prst="rect">
                      <a:avLst/>
                    </a:prstGeom>
                  </pic:spPr>
                </pic:pic>
              </a:graphicData>
            </a:graphic>
          </wp:anchor>
        </w:drawing>
      </w:r>
      <w:r>
        <w:t xml:space="preserve"> Meet Caleb! Caleb is a brave little explorer who approaches every day with curiosity and excitement. He's always ready to investigate something new before settling in for some well-deserved cuddles.</w:t>
      </w:r>
    </w:p>
    <w:p w14:paraId="724726E7" w14:textId="18350BB1" w:rsidR="00536232" w:rsidRDefault="00536232" w:rsidP="00536232">
      <w:pPr>
        <w:spacing w:line="240" w:lineRule="auto"/>
      </w:pPr>
      <w:r>
        <w:t xml:space="preserve">Age: </w:t>
      </w:r>
      <w:r w:rsidR="004D7727">
        <w:t>10</w:t>
      </w:r>
      <w:r>
        <w:t xml:space="preserve"> Weeks</w:t>
      </w:r>
    </w:p>
    <w:p w14:paraId="2EAC5BF0" w14:textId="77777777" w:rsidR="00536232" w:rsidRDefault="00536232" w:rsidP="00536232">
      <w:pPr>
        <w:spacing w:line="240" w:lineRule="auto"/>
      </w:pPr>
      <w:r>
        <w:t xml:space="preserve">Sex:  M – </w:t>
      </w:r>
      <w:r w:rsidRPr="00536232">
        <w:t>Not neutered/vaccinated</w:t>
      </w:r>
      <w:r>
        <w:t xml:space="preserve"> yet</w:t>
      </w:r>
    </w:p>
    <w:p w14:paraId="254FCEF2" w14:textId="0A834A42" w:rsidR="00536232" w:rsidRDefault="00536232" w:rsidP="00536232">
      <w:pPr>
        <w:spacing w:line="240" w:lineRule="auto"/>
      </w:pPr>
      <w:r>
        <w:t xml:space="preserve">Gotcha Date: 7/08/2026 </w:t>
      </w:r>
    </w:p>
    <w:p w14:paraId="398072D1" w14:textId="7B10AF82" w:rsidR="00847DC8" w:rsidRPr="00480B33" w:rsidRDefault="0071269B">
      <w:pPr>
        <w:pStyle w:val="Heading3"/>
        <w:rPr>
          <w:color w:val="CCC0D9" w:themeColor="accent4" w:themeTint="66"/>
        </w:rPr>
      </w:pPr>
      <w:r w:rsidRPr="00480B33">
        <w:rPr>
          <w:color w:val="CCC0D9" w:themeColor="accent4" w:themeTint="66"/>
        </w:rPr>
        <w:lastRenderedPageBreak/>
        <w:t>💖 Parmida</w:t>
      </w:r>
      <w:r w:rsidR="009918EB">
        <w:rPr>
          <w:color w:val="CCC0D9" w:themeColor="accent4" w:themeTint="66"/>
        </w:rPr>
        <w:t xml:space="preserve"> - ADOPTED</w:t>
      </w:r>
    </w:p>
    <w:p w14:paraId="106A7414" w14:textId="6F5428FB" w:rsidR="00847DC8" w:rsidRDefault="00536232">
      <w:r>
        <w:rPr>
          <w:noProof/>
        </w:rPr>
        <w:drawing>
          <wp:anchor distT="0" distB="0" distL="114300" distR="114300" simplePos="0" relativeHeight="251658251" behindDoc="1" locked="0" layoutInCell="1" allowOverlap="1" wp14:anchorId="0AB511D5" wp14:editId="169A5540">
            <wp:simplePos x="0" y="0"/>
            <wp:positionH relativeFrom="column">
              <wp:posOffset>0</wp:posOffset>
            </wp:positionH>
            <wp:positionV relativeFrom="paragraph">
              <wp:posOffset>2540</wp:posOffset>
            </wp:positionV>
            <wp:extent cx="1920240" cy="1828800"/>
            <wp:effectExtent l="0" t="0" r="3810" b="0"/>
            <wp:wrapTight wrapText="bothSides">
              <wp:wrapPolygon edited="0">
                <wp:start x="0" y="0"/>
                <wp:lineTo x="0" y="21375"/>
                <wp:lineTo x="21429" y="21375"/>
                <wp:lineTo x="21429" y="0"/>
                <wp:lineTo x="0" y="0"/>
              </wp:wrapPolygon>
            </wp:wrapTight>
            <wp:docPr id="95806916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69166" name="Picture 8"/>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920240" cy="1828800"/>
                    </a:xfrm>
                    <a:prstGeom prst="rect">
                      <a:avLst/>
                    </a:prstGeom>
                  </pic:spPr>
                </pic:pic>
              </a:graphicData>
            </a:graphic>
          </wp:anchor>
        </w:drawing>
      </w:r>
      <w:r>
        <w:t>Say hello to Parmida! Parmida is a graceful young lady with a loving heart. She enjoys attention, affection, and spending time with her people. She's as sweet as she is beautiful.</w:t>
      </w:r>
    </w:p>
    <w:p w14:paraId="4B047B1B" w14:textId="2C7F46A1" w:rsidR="00536232" w:rsidRDefault="00536232" w:rsidP="00536232">
      <w:pPr>
        <w:spacing w:line="240" w:lineRule="auto"/>
      </w:pPr>
      <w:r>
        <w:t>Age: 1</w:t>
      </w:r>
      <w:r w:rsidR="004D7727">
        <w:t>8</w:t>
      </w:r>
      <w:r>
        <w:t xml:space="preserve"> Weeks</w:t>
      </w:r>
    </w:p>
    <w:p w14:paraId="05F39B52" w14:textId="42B013CE" w:rsidR="00536232" w:rsidRDefault="00536232" w:rsidP="00536232">
      <w:pPr>
        <w:spacing w:line="240" w:lineRule="auto"/>
      </w:pPr>
      <w:r>
        <w:t>Sex:  F - Spayed and Vaccinated</w:t>
      </w:r>
    </w:p>
    <w:p w14:paraId="6D9A4A77" w14:textId="15748A36" w:rsidR="00536232" w:rsidRPr="001914A4" w:rsidRDefault="00536232" w:rsidP="00536232">
      <w:pPr>
        <w:spacing w:line="240" w:lineRule="auto"/>
      </w:pPr>
      <w:r w:rsidRPr="001914A4">
        <w:t xml:space="preserve">Gotcha Date: 6/14/2026 </w:t>
      </w:r>
    </w:p>
    <w:p w14:paraId="1437F33D" w14:textId="77777777" w:rsidR="00536232" w:rsidRPr="001914A4" w:rsidRDefault="00536232"/>
    <w:p w14:paraId="2BAF20C0" w14:textId="77777777" w:rsidR="00536232" w:rsidRPr="001914A4" w:rsidRDefault="00536232"/>
    <w:p w14:paraId="5EF3CF9F" w14:textId="20B2DCE7" w:rsidR="00847DC8" w:rsidRPr="001914A4" w:rsidRDefault="0071269B">
      <w:pPr>
        <w:pStyle w:val="Heading3"/>
        <w:rPr>
          <w:color w:val="9BBB59" w:themeColor="accent3"/>
        </w:rPr>
      </w:pPr>
      <w:r w:rsidRPr="00480B33">
        <w:rPr>
          <w:color w:val="9BBB59" w:themeColor="accent3"/>
        </w:rPr>
        <w:t>💛</w:t>
      </w:r>
      <w:r w:rsidRPr="001914A4">
        <w:rPr>
          <w:color w:val="9BBB59" w:themeColor="accent3"/>
        </w:rPr>
        <w:t xml:space="preserve"> Ronnie</w:t>
      </w:r>
      <w:r w:rsidR="009918EB" w:rsidRPr="001914A4">
        <w:rPr>
          <w:color w:val="9BBB59" w:themeColor="accent3"/>
        </w:rPr>
        <w:t xml:space="preserve"> - ADOPTED</w:t>
      </w:r>
    </w:p>
    <w:p w14:paraId="4585CB47" w14:textId="6FE706F1" w:rsidR="00536232" w:rsidRDefault="00536232">
      <w:r>
        <w:rPr>
          <w:noProof/>
        </w:rPr>
        <w:drawing>
          <wp:anchor distT="0" distB="0" distL="114300" distR="114300" simplePos="0" relativeHeight="251658252" behindDoc="1" locked="0" layoutInCell="1" allowOverlap="1" wp14:anchorId="4416CFC3" wp14:editId="39C53E62">
            <wp:simplePos x="0" y="0"/>
            <wp:positionH relativeFrom="column">
              <wp:posOffset>0</wp:posOffset>
            </wp:positionH>
            <wp:positionV relativeFrom="paragraph">
              <wp:posOffset>1270</wp:posOffset>
            </wp:positionV>
            <wp:extent cx="1444625" cy="1920240"/>
            <wp:effectExtent l="0" t="0" r="3175" b="3810"/>
            <wp:wrapTight wrapText="bothSides">
              <wp:wrapPolygon edited="0">
                <wp:start x="0" y="0"/>
                <wp:lineTo x="0" y="21429"/>
                <wp:lineTo x="21363" y="21429"/>
                <wp:lineTo x="21363" y="0"/>
                <wp:lineTo x="0" y="0"/>
              </wp:wrapPolygon>
            </wp:wrapTight>
            <wp:docPr id="116264500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645001" name="Picture 9"/>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444625" cy="1920240"/>
                    </a:xfrm>
                    <a:prstGeom prst="rect">
                      <a:avLst/>
                    </a:prstGeom>
                  </pic:spPr>
                </pic:pic>
              </a:graphicData>
            </a:graphic>
          </wp:anchor>
        </w:drawing>
      </w:r>
      <w:r w:rsidRPr="001914A4">
        <w:t xml:space="preserve"> Meet Ronnie! </w:t>
      </w:r>
      <w:r>
        <w:t>Ronnie is the social butterfly of the group! He's friendly, outgoing, and always one of the first kittens to come say hello. He loves making new friends and is sure to become part of the family in no time.</w:t>
      </w:r>
    </w:p>
    <w:p w14:paraId="29F4619E" w14:textId="3E83D1CD" w:rsidR="00536232" w:rsidRDefault="00536232" w:rsidP="00536232">
      <w:pPr>
        <w:spacing w:line="240" w:lineRule="auto"/>
      </w:pPr>
      <w:r>
        <w:t>Age: 1</w:t>
      </w:r>
      <w:r w:rsidR="004D7727">
        <w:t>8</w:t>
      </w:r>
      <w:r>
        <w:t xml:space="preserve"> Weeks</w:t>
      </w:r>
    </w:p>
    <w:p w14:paraId="1F51AAC4" w14:textId="77777777" w:rsidR="00536232" w:rsidRDefault="00536232" w:rsidP="00536232">
      <w:pPr>
        <w:spacing w:line="240" w:lineRule="auto"/>
      </w:pPr>
      <w:r>
        <w:t xml:space="preserve">Sex:  M - </w:t>
      </w:r>
      <w:r w:rsidRPr="00480B33">
        <w:t xml:space="preserve">Neutered </w:t>
      </w:r>
      <w:r>
        <w:t>and Vaccinated</w:t>
      </w:r>
    </w:p>
    <w:p w14:paraId="1B10D5CE" w14:textId="42628DB0" w:rsidR="00536232" w:rsidRDefault="00536232" w:rsidP="00536232">
      <w:pPr>
        <w:spacing w:line="240" w:lineRule="auto"/>
      </w:pPr>
      <w:r>
        <w:t xml:space="preserve">Gotcha Date: 6/14/2026 </w:t>
      </w:r>
    </w:p>
    <w:p w14:paraId="4396A876" w14:textId="77777777" w:rsidR="00536232" w:rsidRDefault="00536232"/>
    <w:p w14:paraId="0D29C5AF" w14:textId="77777777" w:rsidR="00536232" w:rsidRDefault="00536232"/>
    <w:p w14:paraId="5DFD1A0C" w14:textId="6FE9789C" w:rsidR="00847DC8" w:rsidRPr="00480B33" w:rsidRDefault="0071269B">
      <w:pPr>
        <w:pStyle w:val="Heading3"/>
        <w:rPr>
          <w:color w:val="F79646" w:themeColor="accent6"/>
        </w:rPr>
      </w:pPr>
      <w:r w:rsidRPr="00480B33">
        <w:rPr>
          <w:color w:val="F79646" w:themeColor="accent6"/>
        </w:rPr>
        <w:t>💙 Carl</w:t>
      </w:r>
    </w:p>
    <w:p w14:paraId="2BFE76CB" w14:textId="6AC4E2B1" w:rsidR="00847DC8" w:rsidRDefault="00536232">
      <w:r>
        <w:rPr>
          <w:noProof/>
        </w:rPr>
        <w:drawing>
          <wp:anchor distT="0" distB="0" distL="114300" distR="114300" simplePos="0" relativeHeight="251658243" behindDoc="1" locked="0" layoutInCell="1" allowOverlap="1" wp14:anchorId="12A7501C" wp14:editId="4171497B">
            <wp:simplePos x="0" y="0"/>
            <wp:positionH relativeFrom="column">
              <wp:posOffset>0</wp:posOffset>
            </wp:positionH>
            <wp:positionV relativeFrom="paragraph">
              <wp:posOffset>4445</wp:posOffset>
            </wp:positionV>
            <wp:extent cx="1828800" cy="1533525"/>
            <wp:effectExtent l="0" t="0" r="0" b="9525"/>
            <wp:wrapSquare wrapText="bothSides"/>
            <wp:docPr id="210059806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598068" name="Picture 10"/>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828800" cy="1533525"/>
                    </a:xfrm>
                    <a:prstGeom prst="rect">
                      <a:avLst/>
                    </a:prstGeom>
                  </pic:spPr>
                </pic:pic>
              </a:graphicData>
            </a:graphic>
            <wp14:sizeRelV relativeFrom="margin">
              <wp14:pctHeight>0</wp14:pctHeight>
            </wp14:sizeRelV>
          </wp:anchor>
        </w:drawing>
      </w:r>
      <w:r>
        <w:t>This is Carl! Carl has a calm, easygoing personality that makes everyone fall in love with him. He enjoys relaxing with his people, getting plenty of pets, and taking life one cuddle at a time.</w:t>
      </w:r>
    </w:p>
    <w:p w14:paraId="46ABC9F8" w14:textId="0E3A86B5" w:rsidR="00536232" w:rsidRDefault="00536232" w:rsidP="00536232">
      <w:pPr>
        <w:spacing w:line="240" w:lineRule="auto"/>
      </w:pPr>
      <w:r>
        <w:t>Age: 1</w:t>
      </w:r>
      <w:r w:rsidR="004D7727">
        <w:t>8</w:t>
      </w:r>
      <w:r>
        <w:t xml:space="preserve"> Weeks</w:t>
      </w:r>
    </w:p>
    <w:p w14:paraId="47701A04" w14:textId="77777777" w:rsidR="00536232" w:rsidRDefault="00536232" w:rsidP="00536232">
      <w:pPr>
        <w:spacing w:line="240" w:lineRule="auto"/>
      </w:pPr>
      <w:r>
        <w:t xml:space="preserve">Sex:  M - </w:t>
      </w:r>
      <w:r w:rsidRPr="00480B33">
        <w:t xml:space="preserve">Neutered </w:t>
      </w:r>
      <w:r>
        <w:t>and Vaccinated</w:t>
      </w:r>
    </w:p>
    <w:p w14:paraId="32A2ED03" w14:textId="77777777" w:rsidR="00536232" w:rsidRDefault="00536232" w:rsidP="00536232">
      <w:pPr>
        <w:spacing w:line="240" w:lineRule="auto"/>
      </w:pPr>
      <w:r>
        <w:t xml:space="preserve">Gotcha Date: 6/14/2026 </w:t>
      </w:r>
    </w:p>
    <w:p w14:paraId="4FDCF9F8" w14:textId="77777777" w:rsidR="00536232" w:rsidRDefault="00536232"/>
    <w:p w14:paraId="5C201220" w14:textId="2904B8CF" w:rsidR="00847DC8" w:rsidRPr="00480B33" w:rsidRDefault="0071269B">
      <w:pPr>
        <w:pStyle w:val="Heading3"/>
        <w:rPr>
          <w:color w:val="92CDDC" w:themeColor="accent5" w:themeTint="99"/>
        </w:rPr>
      </w:pPr>
      <w:r w:rsidRPr="00480B33">
        <w:rPr>
          <w:color w:val="92CDDC" w:themeColor="accent5" w:themeTint="99"/>
        </w:rPr>
        <w:lastRenderedPageBreak/>
        <w:t>💚 Dylan</w:t>
      </w:r>
      <w:r w:rsidR="001914A4">
        <w:rPr>
          <w:color w:val="92CDDC" w:themeColor="accent5" w:themeTint="99"/>
        </w:rPr>
        <w:t xml:space="preserve"> - ADOPTED</w:t>
      </w:r>
    </w:p>
    <w:p w14:paraId="0229DB20" w14:textId="7C342811" w:rsidR="00847DC8" w:rsidRDefault="00536232">
      <w:r>
        <w:rPr>
          <w:noProof/>
        </w:rPr>
        <w:drawing>
          <wp:anchor distT="0" distB="0" distL="114300" distR="114300" simplePos="0" relativeHeight="251658253" behindDoc="1" locked="0" layoutInCell="1" allowOverlap="1" wp14:anchorId="77F21559" wp14:editId="5EF7100A">
            <wp:simplePos x="0" y="0"/>
            <wp:positionH relativeFrom="column">
              <wp:posOffset>0</wp:posOffset>
            </wp:positionH>
            <wp:positionV relativeFrom="paragraph">
              <wp:posOffset>635</wp:posOffset>
            </wp:positionV>
            <wp:extent cx="1463040" cy="1828800"/>
            <wp:effectExtent l="0" t="0" r="3810" b="0"/>
            <wp:wrapTight wrapText="bothSides">
              <wp:wrapPolygon edited="0">
                <wp:start x="0" y="0"/>
                <wp:lineTo x="0" y="21375"/>
                <wp:lineTo x="21375" y="21375"/>
                <wp:lineTo x="21375" y="0"/>
                <wp:lineTo x="0" y="0"/>
              </wp:wrapPolygon>
            </wp:wrapTight>
            <wp:docPr id="123430194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301947" name="Picture 3"/>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463040" cy="1828800"/>
                    </a:xfrm>
                    <a:prstGeom prst="rect">
                      <a:avLst/>
                    </a:prstGeom>
                  </pic:spPr>
                </pic:pic>
              </a:graphicData>
            </a:graphic>
          </wp:anchor>
        </w:drawing>
      </w:r>
      <w:r>
        <w:t>Meet Dylan! Dylan is full of playful kitten energy and loves turning everyday moments into an adventure. Whether he's zooming around with toys or climbing to the best nap spot, he'll keep you smiling every day.</w:t>
      </w:r>
    </w:p>
    <w:p w14:paraId="3279594C" w14:textId="6C34FC5E" w:rsidR="00536232" w:rsidRDefault="00536232" w:rsidP="00536232">
      <w:pPr>
        <w:spacing w:line="240" w:lineRule="auto"/>
      </w:pPr>
      <w:r>
        <w:t>Age: 1</w:t>
      </w:r>
      <w:r w:rsidR="004D7727">
        <w:t>8</w:t>
      </w:r>
      <w:r>
        <w:t xml:space="preserve"> Weeks</w:t>
      </w:r>
    </w:p>
    <w:p w14:paraId="74638BC7" w14:textId="77777777" w:rsidR="00536232" w:rsidRDefault="00536232" w:rsidP="00536232">
      <w:pPr>
        <w:spacing w:line="240" w:lineRule="auto"/>
      </w:pPr>
      <w:r>
        <w:t xml:space="preserve">Sex:  M - </w:t>
      </w:r>
      <w:r w:rsidRPr="00480B33">
        <w:t xml:space="preserve">Neutered </w:t>
      </w:r>
      <w:r>
        <w:t>and Vaccinated</w:t>
      </w:r>
    </w:p>
    <w:p w14:paraId="29F642F6" w14:textId="77777777" w:rsidR="00536232" w:rsidRDefault="00536232" w:rsidP="00536232">
      <w:pPr>
        <w:spacing w:line="240" w:lineRule="auto"/>
      </w:pPr>
      <w:r>
        <w:t xml:space="preserve">Gotcha Date: 6/14/2026 </w:t>
      </w:r>
    </w:p>
    <w:p w14:paraId="4D5B2628" w14:textId="77777777" w:rsidR="00536232" w:rsidRDefault="00536232" w:rsidP="00536232">
      <w:pPr>
        <w:pStyle w:val="Heading3"/>
        <w:rPr>
          <w:color w:val="4BACC6" w:themeColor="accent5"/>
        </w:rPr>
      </w:pPr>
    </w:p>
    <w:p w14:paraId="2D02DC10" w14:textId="4D87FA33" w:rsidR="00536232" w:rsidRPr="00480B33" w:rsidRDefault="00536232" w:rsidP="00536232">
      <w:pPr>
        <w:pStyle w:val="Heading3"/>
        <w:rPr>
          <w:color w:val="4BACC6" w:themeColor="accent5"/>
        </w:rPr>
      </w:pPr>
      <w:r w:rsidRPr="00536232">
        <w:rPr>
          <w:noProof/>
          <w:color w:val="D99594" w:themeColor="accent2" w:themeTint="99"/>
        </w:rPr>
        <w:drawing>
          <wp:anchor distT="0" distB="0" distL="114300" distR="114300" simplePos="0" relativeHeight="251658245" behindDoc="1" locked="0" layoutInCell="1" allowOverlap="1" wp14:anchorId="4B8D7BE7" wp14:editId="17A62C9A">
            <wp:simplePos x="0" y="0"/>
            <wp:positionH relativeFrom="column">
              <wp:posOffset>-635</wp:posOffset>
            </wp:positionH>
            <wp:positionV relativeFrom="paragraph">
              <wp:posOffset>557530</wp:posOffset>
            </wp:positionV>
            <wp:extent cx="1838325" cy="1934845"/>
            <wp:effectExtent l="0" t="0" r="9525" b="8255"/>
            <wp:wrapTight wrapText="bothSides">
              <wp:wrapPolygon edited="0">
                <wp:start x="0" y="0"/>
                <wp:lineTo x="0" y="21479"/>
                <wp:lineTo x="21488" y="21479"/>
                <wp:lineTo x="21488" y="0"/>
                <wp:lineTo x="0" y="0"/>
              </wp:wrapPolygon>
            </wp:wrapTight>
            <wp:docPr id="54076063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760635" name="Picture 4"/>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838325" cy="1934845"/>
                    </a:xfrm>
                    <a:prstGeom prst="rect">
                      <a:avLst/>
                    </a:prstGeom>
                  </pic:spPr>
                </pic:pic>
              </a:graphicData>
            </a:graphic>
            <wp14:sizeRelH relativeFrom="margin">
              <wp14:pctWidth>0</wp14:pctWidth>
            </wp14:sizeRelH>
            <wp14:sizeRelV relativeFrom="margin">
              <wp14:pctHeight>0</wp14:pctHeight>
            </wp14:sizeRelV>
          </wp:anchor>
        </w:drawing>
      </w:r>
      <w:r w:rsidRPr="00536232">
        <w:rPr>
          <w:color w:val="4BACC6" w:themeColor="accent5"/>
        </w:rPr>
        <w:t xml:space="preserve"> </w:t>
      </w:r>
      <w:r w:rsidRPr="00480B33">
        <w:rPr>
          <w:color w:val="4BACC6" w:themeColor="accent5"/>
        </w:rPr>
        <w:t xml:space="preserve">🧡 </w:t>
      </w:r>
      <w:r>
        <w:rPr>
          <w:color w:val="4BACC6" w:themeColor="accent5"/>
        </w:rPr>
        <w:t>Jasper</w:t>
      </w:r>
    </w:p>
    <w:p w14:paraId="6C7D548F" w14:textId="3A2D5228" w:rsidR="00536232" w:rsidRDefault="00536232" w:rsidP="00536232">
      <w:r w:rsidRPr="00536232">
        <w:t>Say hello to Jasper, one of the newest additions to the litter! Jasper is a sweet and curious little kitten with an affectionate purr that never stops. They love pouncing on feather toys, chasing paper balls, and finding the sunniest spot in the room to curl up for a long afternoon nap.</w:t>
      </w:r>
    </w:p>
    <w:p w14:paraId="1F21D0D0" w14:textId="7B2053A1" w:rsidR="00536232" w:rsidRDefault="00536232" w:rsidP="00536232">
      <w:pPr>
        <w:spacing w:line="240" w:lineRule="auto"/>
      </w:pPr>
      <w:r>
        <w:t xml:space="preserve">Age: </w:t>
      </w:r>
      <w:r w:rsidR="004D7727">
        <w:t>12</w:t>
      </w:r>
      <w:r>
        <w:t xml:space="preserve"> Weeks</w:t>
      </w:r>
    </w:p>
    <w:p w14:paraId="1173446B" w14:textId="77777777" w:rsidR="004D7727" w:rsidRDefault="004D7727" w:rsidP="004D7727">
      <w:pPr>
        <w:spacing w:line="240" w:lineRule="auto"/>
      </w:pPr>
      <w:r>
        <w:t xml:space="preserve">Sex:  M - </w:t>
      </w:r>
      <w:r w:rsidRPr="00480B33">
        <w:t xml:space="preserve">Neutered </w:t>
      </w:r>
      <w:r>
        <w:t>and Vaccinated</w:t>
      </w:r>
    </w:p>
    <w:p w14:paraId="2B2BFC44" w14:textId="0D85903C" w:rsidR="00536232" w:rsidRDefault="00536232" w:rsidP="00DB0791">
      <w:pPr>
        <w:spacing w:line="240" w:lineRule="auto"/>
      </w:pPr>
      <w:r>
        <w:t xml:space="preserve">Gotcha Date: </w:t>
      </w:r>
      <w:r w:rsidR="00DB0791">
        <w:t>7/26</w:t>
      </w:r>
      <w:r>
        <w:t xml:space="preserve">/2026 </w:t>
      </w:r>
    </w:p>
    <w:p w14:paraId="5A369113" w14:textId="245E7F36" w:rsidR="00DB0791" w:rsidRPr="00480B33" w:rsidRDefault="00AA14D1" w:rsidP="00DB0791">
      <w:pPr>
        <w:pStyle w:val="Heading3"/>
        <w:rPr>
          <w:color w:val="CCC0D9" w:themeColor="accent4" w:themeTint="66"/>
        </w:rPr>
      </w:pPr>
      <w:r>
        <w:rPr>
          <w:noProof/>
        </w:rPr>
        <w:drawing>
          <wp:anchor distT="0" distB="0" distL="114300" distR="114300" simplePos="0" relativeHeight="251658254" behindDoc="1" locked="0" layoutInCell="1" allowOverlap="1" wp14:anchorId="07609776" wp14:editId="472F32B0">
            <wp:simplePos x="0" y="0"/>
            <wp:positionH relativeFrom="column">
              <wp:posOffset>-19050</wp:posOffset>
            </wp:positionH>
            <wp:positionV relativeFrom="paragraph">
              <wp:posOffset>487045</wp:posOffset>
            </wp:positionV>
            <wp:extent cx="1460500" cy="1828800"/>
            <wp:effectExtent l="0" t="0" r="6350" b="0"/>
            <wp:wrapTight wrapText="bothSides">
              <wp:wrapPolygon edited="0">
                <wp:start x="0" y="0"/>
                <wp:lineTo x="0" y="21375"/>
                <wp:lineTo x="21412" y="21375"/>
                <wp:lineTo x="21412" y="0"/>
                <wp:lineTo x="0" y="0"/>
              </wp:wrapPolygon>
            </wp:wrapTight>
            <wp:docPr id="4854644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464412" name="Picture 5"/>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460500" cy="1828800"/>
                    </a:xfrm>
                    <a:prstGeom prst="rect">
                      <a:avLst/>
                    </a:prstGeom>
                  </pic:spPr>
                </pic:pic>
              </a:graphicData>
            </a:graphic>
          </wp:anchor>
        </w:drawing>
      </w:r>
      <w:r w:rsidR="00DB0791" w:rsidRPr="00480B33">
        <w:rPr>
          <w:color w:val="CCC0D9" w:themeColor="accent4" w:themeTint="66"/>
        </w:rPr>
        <w:t xml:space="preserve">💖 </w:t>
      </w:r>
      <w:r w:rsidR="00DB0791">
        <w:rPr>
          <w:color w:val="CCC0D9" w:themeColor="accent4" w:themeTint="66"/>
        </w:rPr>
        <w:t>Daisy</w:t>
      </w:r>
    </w:p>
    <w:p w14:paraId="1B255F03" w14:textId="435B65D5" w:rsidR="00DB0791" w:rsidRDefault="00DB0791" w:rsidP="00DB0791">
      <w:r w:rsidRPr="00DB0791">
        <w:t xml:space="preserve">Meet Daisy, </w:t>
      </w:r>
      <w:r>
        <w:t>another one</w:t>
      </w:r>
      <w:r w:rsidRPr="00DB0791">
        <w:t xml:space="preserve"> of the newest additions to the litter! Daisy is a darling little kitten who loves affection and human company. With their soft fur, gentle demeanor, and sweet chirps, they're guaranteed to make you fall in love the moment you meet them!</w:t>
      </w:r>
    </w:p>
    <w:p w14:paraId="33C8B7AB" w14:textId="67279213" w:rsidR="00DB0791" w:rsidRDefault="00DB0791" w:rsidP="00DB0791">
      <w:pPr>
        <w:spacing w:line="240" w:lineRule="auto"/>
      </w:pPr>
      <w:r>
        <w:t xml:space="preserve">Age: </w:t>
      </w:r>
      <w:r w:rsidR="004D7727">
        <w:t>12</w:t>
      </w:r>
      <w:r>
        <w:t xml:space="preserve"> Weeks</w:t>
      </w:r>
    </w:p>
    <w:p w14:paraId="363AE1C8" w14:textId="77777777" w:rsidR="00DB0791" w:rsidRDefault="00DB0791" w:rsidP="00DB0791">
      <w:pPr>
        <w:spacing w:line="240" w:lineRule="auto"/>
      </w:pPr>
      <w:r>
        <w:t xml:space="preserve">Sex:  Unknown - </w:t>
      </w:r>
      <w:r w:rsidRPr="00536232">
        <w:t>Not Fixed or vaccinated</w:t>
      </w:r>
      <w:r>
        <w:t xml:space="preserve"> yet</w:t>
      </w:r>
    </w:p>
    <w:p w14:paraId="4B6B7AF6" w14:textId="77777777" w:rsidR="00B96669" w:rsidRDefault="00DB0791" w:rsidP="00DB0791">
      <w:pPr>
        <w:spacing w:line="240" w:lineRule="auto"/>
      </w:pPr>
      <w:r>
        <w:t>Gotcha Date: 7/26/2026</w:t>
      </w:r>
    </w:p>
    <w:sectPr w:rsidR="00B96669" w:rsidSect="00034616">
      <w:headerReference w:type="default" r:id="rId25"/>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691612" w14:textId="77777777" w:rsidR="003879FD" w:rsidRDefault="003879FD" w:rsidP="00DB0791">
      <w:pPr>
        <w:spacing w:after="0" w:line="240" w:lineRule="auto"/>
      </w:pPr>
      <w:r>
        <w:separator/>
      </w:r>
    </w:p>
  </w:endnote>
  <w:endnote w:type="continuationSeparator" w:id="0">
    <w:p w14:paraId="2B88E594" w14:textId="77777777" w:rsidR="003879FD" w:rsidRDefault="003879FD" w:rsidP="00DB07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Segoe UI Emoji">
    <w:panose1 w:val="020B0502040204020203"/>
    <w:charset w:val="00"/>
    <w:family w:val="swiss"/>
    <w:pitch w:val="variable"/>
    <w:sig w:usb0="00000003" w:usb1="02000000" w:usb2="08000000" w:usb3="00000000" w:csb0="00000001" w:csb1="00000000"/>
  </w:font>
  <w:font w:name="ADLaM Display">
    <w:charset w:val="00"/>
    <w:family w:val="auto"/>
    <w:pitch w:val="variable"/>
    <w:sig w:usb0="8000206F" w:usb1="4200004A" w:usb2="00000000" w:usb3="00000000" w:csb0="00000001" w:csb1="00000000"/>
  </w:font>
  <w:font w:name="Dreaming Outloud Script Pro">
    <w:charset w:val="00"/>
    <w:family w:val="script"/>
    <w:pitch w:val="variable"/>
    <w:sig w:usb0="800000EF" w:usb1="0000000A" w:usb2="00000008"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79DB03" w14:textId="77777777" w:rsidR="003879FD" w:rsidRDefault="003879FD" w:rsidP="00DB0791">
      <w:pPr>
        <w:spacing w:after="0" w:line="240" w:lineRule="auto"/>
      </w:pPr>
      <w:r>
        <w:separator/>
      </w:r>
    </w:p>
  </w:footnote>
  <w:footnote w:type="continuationSeparator" w:id="0">
    <w:p w14:paraId="76D1A057" w14:textId="77777777" w:rsidR="003879FD" w:rsidRDefault="003879FD" w:rsidP="00DB07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A994E" w14:textId="2424E70C" w:rsidR="000E67C6" w:rsidRPr="000E67C6" w:rsidRDefault="000E67C6" w:rsidP="000E67C6">
    <w:pPr>
      <w:pStyle w:val="Header"/>
      <w:jc w:val="right"/>
      <w:rPr>
        <w:rFonts w:ascii="ADLaM Display" w:hAnsi="ADLaM Display" w:cs="ADLaM Display"/>
        <w:color w:val="C00000"/>
      </w:rPr>
    </w:pPr>
    <w:r w:rsidRPr="000E67C6">
      <w:rPr>
        <w:rFonts w:ascii="Dreaming Outloud Script Pro" w:hAnsi="Dreaming Outloud Script Pro" w:cs="Dreaming Outloud Script Pro"/>
        <w:i/>
        <w:iCs/>
        <w:noProof/>
        <w:sz w:val="40"/>
        <w:szCs w:val="40"/>
      </w:rPr>
      <w:drawing>
        <wp:anchor distT="0" distB="0" distL="114300" distR="114300" simplePos="0" relativeHeight="251658240" behindDoc="0" locked="0" layoutInCell="1" allowOverlap="1" wp14:anchorId="5328B52D" wp14:editId="0DA4D5AD">
          <wp:simplePos x="0" y="0"/>
          <wp:positionH relativeFrom="column">
            <wp:posOffset>5562600</wp:posOffset>
          </wp:positionH>
          <wp:positionV relativeFrom="paragraph">
            <wp:posOffset>-254635</wp:posOffset>
          </wp:positionV>
          <wp:extent cx="914400" cy="914400"/>
          <wp:effectExtent l="38100" t="38100" r="38100" b="38100"/>
          <wp:wrapThrough wrapText="bothSides">
            <wp:wrapPolygon edited="0">
              <wp:start x="-900" y="-900"/>
              <wp:lineTo x="-900" y="22050"/>
              <wp:lineTo x="22050" y="22050"/>
              <wp:lineTo x="22050" y="-900"/>
              <wp:lineTo x="-900" y="-900"/>
            </wp:wrapPolygon>
          </wp:wrapThrough>
          <wp:docPr id="10838444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155081" name="Picture 1672155081"/>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4400" cy="914400"/>
                  </a:xfrm>
                  <a:prstGeom prst="rect">
                    <a:avLst/>
                  </a:prstGeom>
                  <a:ln w="34925">
                    <a:solidFill>
                      <a:srgbClr val="C00000"/>
                    </a:solidFill>
                  </a:ln>
                </pic:spPr>
              </pic:pic>
            </a:graphicData>
          </a:graphic>
          <wp14:sizeRelH relativeFrom="page">
            <wp14:pctWidth>0</wp14:pctWidth>
          </wp14:sizeRelH>
          <wp14:sizeRelV relativeFrom="page">
            <wp14:pctHeight>0</wp14:pctHeight>
          </wp14:sizeRelV>
        </wp:anchor>
      </w:drawing>
    </w:r>
    <w:r w:rsidRPr="000E67C6">
      <w:rPr>
        <w:rFonts w:ascii="ADLaM Display" w:hAnsi="ADLaM Display" w:cs="ADLaM Display"/>
        <w:color w:val="C00000"/>
      </w:rPr>
      <w:t>VISIT OUR WEBSITE</w:t>
    </w:r>
  </w:p>
  <w:p w14:paraId="4CCED6F6" w14:textId="31765844" w:rsidR="00DD7DDB" w:rsidRPr="000E67C6" w:rsidRDefault="000E67C6" w:rsidP="000E67C6">
    <w:pPr>
      <w:pStyle w:val="Header"/>
      <w:jc w:val="right"/>
      <w:rPr>
        <w:i/>
        <w:iCs/>
      </w:rPr>
    </w:pPr>
    <w:r w:rsidRPr="000E67C6">
      <w:rPr>
        <w:i/>
        <w:iCs/>
      </w:rPr>
      <w:t>To learn more!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464273624">
    <w:abstractNumId w:val="8"/>
  </w:num>
  <w:num w:numId="2" w16cid:durableId="1936815472">
    <w:abstractNumId w:val="6"/>
  </w:num>
  <w:num w:numId="3" w16cid:durableId="139461968">
    <w:abstractNumId w:val="5"/>
  </w:num>
  <w:num w:numId="4" w16cid:durableId="584800933">
    <w:abstractNumId w:val="4"/>
  </w:num>
  <w:num w:numId="5" w16cid:durableId="1203638719">
    <w:abstractNumId w:val="7"/>
  </w:num>
  <w:num w:numId="6" w16cid:durableId="1990208846">
    <w:abstractNumId w:val="3"/>
  </w:num>
  <w:num w:numId="7" w16cid:durableId="172959078">
    <w:abstractNumId w:val="2"/>
  </w:num>
  <w:num w:numId="8" w16cid:durableId="1106652993">
    <w:abstractNumId w:val="1"/>
  </w:num>
  <w:num w:numId="9" w16cid:durableId="15133038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37D8"/>
    <w:rsid w:val="00034616"/>
    <w:rsid w:val="0006063C"/>
    <w:rsid w:val="00063E75"/>
    <w:rsid w:val="000D31FB"/>
    <w:rsid w:val="000E67C6"/>
    <w:rsid w:val="000F3F62"/>
    <w:rsid w:val="0015074B"/>
    <w:rsid w:val="00177DEB"/>
    <w:rsid w:val="0018183C"/>
    <w:rsid w:val="001914A4"/>
    <w:rsid w:val="00191664"/>
    <w:rsid w:val="002102AE"/>
    <w:rsid w:val="002115C0"/>
    <w:rsid w:val="002516AE"/>
    <w:rsid w:val="002754C4"/>
    <w:rsid w:val="00276351"/>
    <w:rsid w:val="00277674"/>
    <w:rsid w:val="0029639D"/>
    <w:rsid w:val="002A3962"/>
    <w:rsid w:val="002B5430"/>
    <w:rsid w:val="00326F90"/>
    <w:rsid w:val="00344348"/>
    <w:rsid w:val="00357B13"/>
    <w:rsid w:val="003879FD"/>
    <w:rsid w:val="003A6B51"/>
    <w:rsid w:val="003D3F39"/>
    <w:rsid w:val="00415016"/>
    <w:rsid w:val="004640D5"/>
    <w:rsid w:val="004648A1"/>
    <w:rsid w:val="00480B33"/>
    <w:rsid w:val="00497E2B"/>
    <w:rsid w:val="004D7727"/>
    <w:rsid w:val="004E152D"/>
    <w:rsid w:val="00516CBC"/>
    <w:rsid w:val="00536232"/>
    <w:rsid w:val="0054256C"/>
    <w:rsid w:val="0056763D"/>
    <w:rsid w:val="005752D5"/>
    <w:rsid w:val="00576045"/>
    <w:rsid w:val="00576BD1"/>
    <w:rsid w:val="005A1606"/>
    <w:rsid w:val="005E073B"/>
    <w:rsid w:val="00600DF5"/>
    <w:rsid w:val="00625C7B"/>
    <w:rsid w:val="00647BA5"/>
    <w:rsid w:val="00656AE5"/>
    <w:rsid w:val="006868E1"/>
    <w:rsid w:val="006C7CC6"/>
    <w:rsid w:val="006E16AD"/>
    <w:rsid w:val="0071269B"/>
    <w:rsid w:val="00727D8B"/>
    <w:rsid w:val="0074766D"/>
    <w:rsid w:val="007A0012"/>
    <w:rsid w:val="00842243"/>
    <w:rsid w:val="00847DC8"/>
    <w:rsid w:val="008D00D7"/>
    <w:rsid w:val="008D3484"/>
    <w:rsid w:val="00926AC9"/>
    <w:rsid w:val="009462D5"/>
    <w:rsid w:val="009918EB"/>
    <w:rsid w:val="009D76EB"/>
    <w:rsid w:val="009E1F7E"/>
    <w:rsid w:val="009E6C32"/>
    <w:rsid w:val="00A01973"/>
    <w:rsid w:val="00A04B92"/>
    <w:rsid w:val="00A152D6"/>
    <w:rsid w:val="00A6483C"/>
    <w:rsid w:val="00A65B7D"/>
    <w:rsid w:val="00AA14D1"/>
    <w:rsid w:val="00AA1D8D"/>
    <w:rsid w:val="00AB5BCA"/>
    <w:rsid w:val="00B47730"/>
    <w:rsid w:val="00B54297"/>
    <w:rsid w:val="00B96669"/>
    <w:rsid w:val="00BB7FDD"/>
    <w:rsid w:val="00C519B5"/>
    <w:rsid w:val="00CB0664"/>
    <w:rsid w:val="00CE7A84"/>
    <w:rsid w:val="00D424FA"/>
    <w:rsid w:val="00D75716"/>
    <w:rsid w:val="00DA344D"/>
    <w:rsid w:val="00DB042B"/>
    <w:rsid w:val="00DB0791"/>
    <w:rsid w:val="00DB1954"/>
    <w:rsid w:val="00DC7807"/>
    <w:rsid w:val="00DD7DDB"/>
    <w:rsid w:val="00E329E4"/>
    <w:rsid w:val="00E64FBD"/>
    <w:rsid w:val="00EB761B"/>
    <w:rsid w:val="00EC26A3"/>
    <w:rsid w:val="00ED6D48"/>
    <w:rsid w:val="00EE1C81"/>
    <w:rsid w:val="00F66EA5"/>
    <w:rsid w:val="00FC693F"/>
    <w:rsid w:val="00FD1DE7"/>
    <w:rsid w:val="00FE5E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A5DF634"/>
  <w14:defaultImageDpi w14:val="300"/>
  <w15:docId w15:val="{9820B327-B370-4706-AB6A-D2A188B3D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60"/>
    </w:pPr>
    <w:rPr>
      <w:sz w:val="24"/>
    </w:rPr>
  </w:style>
  <w:style w:type="paragraph" w:styleId="Heading1">
    <w:name w:val="heading 1"/>
    <w:basedOn w:val="Normal"/>
    <w:next w:val="Normal"/>
    <w:link w:val="Heading1Char"/>
    <w:uiPriority w:val="9"/>
    <w:qFormat/>
    <w:rsid w:val="00FC693F"/>
    <w:pPr>
      <w:keepNext/>
      <w:keepLines/>
      <w:spacing w:before="360" w:after="120"/>
      <w:outlineLvl w:val="0"/>
    </w:pPr>
    <w:rPr>
      <w:rFonts w:asciiTheme="majorHAnsi" w:eastAsiaTheme="majorEastAsia" w:hAnsiTheme="majorHAnsi" w:cstheme="majorBidi"/>
      <w:b/>
      <w:bCs/>
      <w:color w:val="365F91" w:themeColor="accent1" w:themeShade="BF"/>
      <w:sz w:val="56"/>
      <w:szCs w:val="28"/>
    </w:rPr>
  </w:style>
  <w:style w:type="paragraph" w:styleId="Heading2">
    <w:name w:val="heading 2"/>
    <w:basedOn w:val="Normal"/>
    <w:next w:val="Normal"/>
    <w:link w:val="Heading2Char"/>
    <w:uiPriority w:val="9"/>
    <w:unhideWhenUsed/>
    <w:qFormat/>
    <w:rsid w:val="00FC693F"/>
    <w:pPr>
      <w:keepNext/>
      <w:keepLines/>
      <w:spacing w:before="280" w:after="120"/>
      <w:outlineLvl w:val="1"/>
    </w:pPr>
    <w:rPr>
      <w:rFonts w:asciiTheme="majorHAnsi" w:eastAsiaTheme="majorEastAsia" w:hAnsiTheme="majorHAnsi" w:cstheme="majorBidi"/>
      <w:b/>
      <w:bCs/>
      <w:color w:val="4F81BD" w:themeColor="accent1"/>
      <w:sz w:val="44"/>
      <w:szCs w:val="26"/>
    </w:rPr>
  </w:style>
  <w:style w:type="paragraph" w:styleId="Heading3">
    <w:name w:val="heading 3"/>
    <w:basedOn w:val="Normal"/>
    <w:next w:val="Normal"/>
    <w:link w:val="Heading3Char"/>
    <w:uiPriority w:val="9"/>
    <w:unhideWhenUsed/>
    <w:qFormat/>
    <w:rsid w:val="00FC693F"/>
    <w:pPr>
      <w:keepNext/>
      <w:keepLines/>
      <w:spacing w:before="240" w:after="120"/>
      <w:outlineLvl w:val="2"/>
    </w:pPr>
    <w:rPr>
      <w:rFonts w:asciiTheme="majorHAnsi" w:eastAsiaTheme="majorEastAsia" w:hAnsiTheme="majorHAnsi" w:cstheme="majorBidi"/>
      <w:b/>
      <w:bCs/>
      <w:color w:val="4F81BD" w:themeColor="accent1"/>
      <w:sz w:val="36"/>
    </w:rPr>
  </w:style>
  <w:style w:type="paragraph" w:styleId="Heading4">
    <w:name w:val="heading 4"/>
    <w:basedOn w:val="Normal"/>
    <w:next w:val="Normal"/>
    <w:link w:val="Heading4Char"/>
    <w:uiPriority w:val="9"/>
    <w:semiHidden/>
    <w:unhideWhenUsed/>
    <w:qFormat/>
    <w:rsid w:val="00FC693F"/>
    <w:pPr>
      <w:keepNext/>
      <w:keepLines/>
      <w:spacing w:before="200" w:after="120"/>
      <w:outlineLvl w:val="3"/>
    </w:pPr>
    <w:rPr>
      <w:rFonts w:asciiTheme="majorHAnsi" w:eastAsiaTheme="majorEastAsia" w:hAnsiTheme="majorHAnsi" w:cstheme="majorBidi"/>
      <w:b/>
      <w:bCs/>
      <w:i/>
      <w:iCs/>
      <w:color w:val="4F81BD" w:themeColor="accent1"/>
      <w:sz w:val="28"/>
    </w:rPr>
  </w:style>
  <w:style w:type="paragraph" w:styleId="Heading5">
    <w:name w:val="heading 5"/>
    <w:basedOn w:val="Normal"/>
    <w:next w:val="Normal"/>
    <w:link w:val="Heading5Char"/>
    <w:uiPriority w:val="9"/>
    <w:semiHidden/>
    <w:unhideWhenUsed/>
    <w:qFormat/>
    <w:rsid w:val="00FC693F"/>
    <w:pPr>
      <w:keepNext/>
      <w:keepLines/>
      <w:spacing w:before="160" w:after="12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160" w:after="120"/>
      <w:outlineLvl w:val="5"/>
    </w:pPr>
    <w:rPr>
      <w:rFonts w:asciiTheme="majorHAnsi" w:eastAsiaTheme="majorEastAsia" w:hAnsiTheme="majorHAnsi" w:cstheme="majorBidi"/>
      <w:i/>
      <w:iCs/>
      <w:color w:val="243F60" w:themeColor="accent1" w:themeShade="7F"/>
      <w:sz w:val="22"/>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anvasCodeBlock">
    <w:name w:val="CanvasCodeBlock"/>
    <w:basedOn w:val="NoSpacing"/>
    <w:rPr>
      <w:rFonts w:ascii="Consolas" w:hAnsi="Consolas"/>
      <w:sz w:val="20"/>
    </w:rPr>
  </w:style>
  <w:style w:type="character" w:styleId="Hyperlink">
    <w:name w:val="Hyperlink"/>
    <w:basedOn w:val="DefaultParagraphFont"/>
    <w:uiPriority w:val="99"/>
    <w:unhideWhenUsed/>
    <w:rsid w:val="00191664"/>
    <w:rPr>
      <w:color w:val="0000FF" w:themeColor="hyperlink"/>
      <w:u w:val="single"/>
    </w:rPr>
  </w:style>
  <w:style w:type="character" w:styleId="UnresolvedMention">
    <w:name w:val="Unresolved Mention"/>
    <w:basedOn w:val="DefaultParagraphFont"/>
    <w:uiPriority w:val="99"/>
    <w:semiHidden/>
    <w:unhideWhenUsed/>
    <w:rsid w:val="001916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5.jpe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10" Type="http://schemas.openxmlformats.org/officeDocument/2006/relationships/hyperlink" Target="http://www.kittyhavenrescue.com" TargetMode="External"/><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hyperlink" Target="mailto:stacy@kittyhavenrescue.com" TargetMode="Externa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525"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0e32971-143b-459e-9e4c-0a5ffe93a3da">
  <we:reference id="WA200005502" version="1.0.0.13" store="en-US" storeType="omex"/>
  <we:alternateReferences>
    <we:reference id="WA200005502" version="1.0.0.13" store="en-us" storeType="omex"/>
  </we:alternateReferences>
  <we:properties>
    <we:property name="docId" value="&quot;rmuqahYclFAv6CF8-bY97&quot;"/>
    <we:property name="data" value="{&quot;version&quot;:9,&quot;queries&quot;:[{&quot;id&quot;:&quot;sbp_eqBpyFN2uhpstN1Gy&quot;,&quot;tool&quot;:&quot;chat-html&quot;,&quot;user&quot;:&quot;create one page flyer with qrl code&quot;,&quot;excludeHistory&quot;:true,&quot;filters&quot;:[],&quot;metrics&quot;:{&quot;systemTokensCount&quot;:[227,227],&quot;promptTokensCount&quot;:[8,8],&quot;contextTokensCount&quot;:[1797,1797],&quot;historyTokensCount&quot;:[17,17],&quot;totalTokensCount&quot;:[2049,2049]},&quot;assistant&quot;:&quot;&lt;div class=\&quot;flyer\&quot;&gt;\n  &lt;header&gt;\n    &lt;h1&gt;🐾 Meet Our 2026 Kittens! 🐾&lt;/h1&gt;\n    &lt;p&gt;Sweet, cuddly, playful kittens looking for their forever homes.&lt;/p&gt;\n    &lt;p&gt;Delivery available in the Sacramento and Bay Area areas.&lt;/p&gt;\n  &lt;/header&gt;\n\n  &lt;div class=\&quot;contact\&quot;&gt;\n    &lt;p&gt;&lt;strong&gt;Contact Stacy:&lt;/strong&gt; (650)678-5714&lt;/p&gt;\n    &lt;p&gt;&lt;strong&gt;Email:&lt;/strong&gt; &lt;a href=\&quot;mailto:stacy@kittyhavenrescue.com\&quot;&gt;stacy@kittyhavenrescue.com&lt;/a&gt;&lt;/p&gt;\n    &lt;p&gt;&lt;strong&gt;Website:&lt;/strong&gt; &lt;a href=\&quot;http://www.kittyhavenrescue.com\&quot;&gt;www.kittyhavenrescue.com&lt;/a&gt;&lt;/p&gt;\n  &lt;/div&gt;\n\n  &lt;div class=\&quot;qr\&quot;&gt;\n    &lt;h2&gt;Scan for More Info&lt;/h2&gt;\n    &lt;img src=\&quot;https://api.qrserver.com/v1/create-qr-code/?size=220x220&amp;data=http://www.kittyhavenrescue.com\&quot; alt=\&quot;QR code for Kitty Haven Rescue website\&quot; /&gt;\n  &lt;/div&gt;\n\n  &lt;div class=\&quot;kittens\&quot;&gt;\n    &lt;h2&gt;Available Kittens&lt;/h2&gt;\n\n    &lt;div class=\&quot;kitten\&quot;&gt;\n      &lt;h3&gt;🩷 Kenzie&lt;/h3&gt;\n      &lt;p&gt;Sweet, gentle, affectionate girl.&lt;/p&gt;\n      &lt;p&gt;13 Weeks • F • Spayed and Vaccinated • Gotcha: 6/20/2026&lt;/p&gt;\n    &lt;/div&gt;\n\n    &lt;div class=\&quot;kitten\&quot;&gt;\n      &lt;h3&gt;💜 Melanie&lt;/h3&gt;\n      &lt;p&gt;Adventurous little explorer with a playful personality.&lt;/p&gt;\n      &lt;p&gt;13 Weeks • F • Spayed and Vaccinated • Gotcha: 6/15/2026&lt;/p&gt;\n    &lt;/div&gt;\n\n    &lt;div class=\&quot;kitten\&quot;&gt;\n      &lt;h3&gt;💙 Sincere&lt;/h3&gt;\n      &lt;p&gt;Handsome gray fluffball who loves cuddles and naps.&lt;/p&gt;\n      &lt;p&gt;13 Weeks • M • Neutered and Vaccinated • Gotcha: 6/15/2026&lt;/p&gt;\n    &lt;/div&gt;\n\n    &lt;div class=\&quot;kitten\&quot;&gt;\n      &lt;h3&gt;💚 Bryce&lt;/h3&gt;\n      &lt;p&gt;Confident, silly, and full of adventure.&lt;/p&gt;\n      &lt;p&gt;13 Weeks • M • Neutered and Vaccinated • Gotcha: 6/16/2026&lt;/p&gt;\n    &lt;/div&gt;\n\n    &lt;div class=\&quot;kitten\&quot;&gt;\n      &lt;h3&gt;☀️ Sol&lt;/h3&gt;\n      &lt;p&gt;Small but mighty, playful, curious, and full of sunshine.&lt;/p&gt;\n      &lt;p&gt;8 Weeks • F • Not spayed/vaccinated yet • Gotcha: 6/19/2026&lt;/p&gt;\n    &lt;/div&gt;\n\n    &lt;div class=\&quot;kitten\&quot;&gt;\n      &lt;h3&gt;🧡 Corbin&lt;/h3&gt;\n      &lt;p&gt;Energetic little boy with cute diamond markings.&lt;/p&gt;\n      &lt;p&gt;10 Weeks • M • Not neutered/vaccinated yet • Gotcha: 6/20/2026&lt;/p&gt;\n    &lt;/div&gt;\n\n    &lt;div class=\&quot;kitten\&quot;&gt;\n      &lt;h3&gt;🌸 Bea&lt;/h3&gt;\n      &lt;p&gt;Gentle, loving, playful, and snuggly.&lt;/p&gt;\n      &lt;p&gt;10 Weeks • F • Not spayed/vaccinated yet • Gotcha: 6/20/2026&lt;/p&gt;\n    &lt;/div&gt;\n\n    &lt;div class=\&quot;kitten\&quot;&gt;\n      &lt;h3&gt;⭐ Caleb&lt;/h3&gt;\n      &lt;p&gt;Curious little explorer who loves cuddles.&lt;/p&gt;\n      &lt;p&gt;8 Weeks • M • Not neutered/vaccinated yet • Gotcha: 7/08/2026&lt;/p&gt;\n    &lt;/div&gt;\n\n    &lt;div class=\&quot;kitten\&quot;&gt;\n      &lt;h3&gt;💖 Parmida&lt;/h3&gt;\n      &lt;p&gt;Graceful, loving, and beautiful young lady.&lt;/p&gt;\n      &lt;p&gt;16 Weeks • F • Spayed and Vaccinated • Gotcha: 6/14/2026&lt;/p&gt;\n    &lt;/div&gt;\n\n    &lt;div class=\&quot;kitten\&quot;&gt;\n      &lt;h3&gt;💛 Ronnie&lt;/h3&gt;\n      &lt;p&gt;Friendly social butterfly who loves making new friends.&lt;/p&gt;\n      &lt;p&gt;16 Weeks • M • Neutered and Vaccinated • Gotcha: 6/14/2026&lt;/p&gt;\n    &lt;/div&gt;\n\n    &lt;div class=\&quot;kitten\&quot;&gt;\n      &lt;h3&gt;💙 Carl&lt;/h3&gt;\n      &lt;p&gt;Calm, easygoing cuddle buddy.&lt;/p&gt;\n      &lt;p&gt;16 Weeks • M • Neutered and Vaccinated • Gotcha: 6/14/2026&lt;/p&gt;\n    &lt;/div&gt;\n\n    &lt;div class=\&quot;kitten\&quot;&gt;\n      &lt;h3&gt;💚 Dylan&lt;/h3&gt;\n      &lt;p&gt;Playful kitten energy and endless smiles.&lt;/p&gt;\n      &lt;p&gt;16 Weeks • M • Neutered and Vaccinated • Gotcha: 6/14/2026&lt;/p&gt;\n    &lt;/div&gt;\n\n    &lt;div class=\&quot;kitten\&quot;&gt;\n      &lt;h3&gt;🧡 Jasper&lt;/h3&gt;\n      &lt;p&gt;Sweet, curious, affectionate, and playful.&lt;/p&gt;\n      &lt;p&gt;&amp;lt;10 Weeks • Unknown • Not fixed or vaccinated yet • Gotcha: 7/26/2026&lt;/p&gt;\n    &lt;/div&gt;\n\n    &lt;div class=\&quot;kitten\&quot;&gt;\n      &lt;h3&gt;💖 Daisy&lt;/h3&gt;\n      &lt;p&gt;Darling little kitten with soft fur and sweet chirps.&lt;/p&gt;\n      &lt;p&gt;&amp;lt;10 Weeks • Unknown • Not fixed or vaccinated yet • Gotcha: 7/26/2026&lt;/p&gt;\n    &lt;/div&gt;\n  &lt;/div&gt;\n&lt;/div&gt;&quot;,&quot;chunksCount&quot;:1231},{&quot;id&quot;:&quot;8XK9GNGd_COqyeh-1V_Ij&quot;,&quot;tool&quot;:&quot;chat-html&quot;,&quot;user&quot;:&quot;add pictures&quot;,&quot;excludeHistory&quot;:true,&quot;filters&quot;:[],&quot;metrics&quot;:{&quot;systemTokensCount&quot;:[227,227],&quot;promptTokensCount&quot;:[2,2],&quot;contextTokensCount&quot;:[2727,2727],&quot;historyTokensCount&quot;:[17,17],&quot;totalTokensCount&quot;:[2973,2973]},&quot;assistant&quot;:&quot;&lt;div&gt;\n  &lt;h1&gt;🐾 Meet Our 2026 Kittens! 🐾&lt;/h1&gt;\n  &lt;p&gt;Sweet, cuddly, playful kittens looking for their forever homes.&lt;/p&gt;\n  &lt;p&gt;Delivery available in the Sacramento and Bay Area areas.&lt;/p&gt;\n\n  &lt;p&gt;&lt;strong&gt;Contact Stacy:&lt;/strong&gt; (650)678-5714&lt;/p&gt;\n  &lt;p&gt;&lt;strong&gt;Email:&lt;/strong&gt; &lt;a href=\&quot;mailto:stacy@kittyhavenrescue.com\&quot;&gt;stacy@kittyhavenrescue.com&lt;/a&gt;&lt;/p&gt;\n  &lt;p&gt;&lt;strong&gt;Website:&lt;/strong&gt; &lt;a href=\&quot;http://www.kittyhavenrescue.com/\&quot;&gt;www.kittyhavenrescue.com&lt;/a&gt;&lt;/p&gt;\n\n  &lt;h2&gt;Scan for More Info&lt;/h2&gt;\n  &lt;p&gt;&lt;img src=\&quot;qr-code-placeholder.jpg\&quot; alt=\&quot;QR code for more information about the kittens\&quot; /&gt;&lt;/p&gt;\n\n  &lt;h2&gt;Available Kittens&lt;/h2&gt;\n\n  &lt;div&gt;\n    &lt;h3&gt;🩷 Kenzie&lt;/h3&gt;\n    &lt;p&gt;&lt;img src=\&quot;kenzie.jpg\&quot; alt=\&quot;Kenzie kitten photo\&quot; /&gt;&lt;/p&gt;\n    &lt;p&gt;Sweet, gentle, affectionate girl.&lt;/p&gt;\n    &lt;p&gt;13 Weeks • F • Spayed and Vaccinated • Gotcha: 6/20/2026&lt;/p&gt;\n  &lt;/div&gt;\n\n  &lt;div&gt;\n    &lt;h3&gt;💜 Melanie&lt;/h3&gt;\n    &lt;p&gt;&lt;img src=\&quot;melanie.jpg\&quot; alt=\&quot;Melanie kitten photo\&quot; /&gt;&lt;/p&gt;\n    &lt;p&gt;Adventurous little explorer with a playful personality.&lt;/p&gt;\n    &lt;p&gt;13 Weeks • F • Spayed and Vaccinated • Gotcha: 6/15/2026&lt;/p&gt;\n  &lt;/div&gt;\n\n  &lt;div&gt;\n    &lt;h3&gt;💙 Sincere&lt;/h3&gt;\n    &lt;p&gt;&lt;img src=\&quot;sincere.jpg\&quot; alt=\&quot;Sincere kitten photo\&quot; /&gt;&lt;/p&gt;\n    &lt;p&gt;Handsome gray fluffball who loves cuddles and naps.&lt;/p&gt;\n    &lt;p&gt;13 Weeks • M • Neutered and Vaccinated • Gotcha: 6/15/2026&lt;/p&gt;\n  &lt;/div&gt;\n\n  &lt;div&gt;\n    &lt;h3&gt;💚 Bryce&lt;/h3&gt;\n    &lt;p&gt;&lt;img src=\&quot;bryce.jpg\&quot; alt=\&quot;Bryce kitten photo\&quot; /&gt;&lt;/p&gt;\n    &lt;p&gt;Confident, silly, and full of adventure.&lt;/p&gt;\n    &lt;p&gt;13 Weeks • M • Neutered and Vaccinated • Gotcha: 6/16/2026&lt;/p&gt;\n  &lt;/div&gt;\n\n  &lt;div&gt;\n    &lt;h3&gt;☀️ Sol&lt;/h3&gt;\n    &lt;p&gt;&lt;img src=\&quot;sol.jpg\&quot; alt=\&quot;Sol kitten photo\&quot; /&gt;&lt;/p&gt;\n    &lt;p&gt;Small but mighty, playful, curious, and full of sunshine.&lt;/p&gt;\n    &lt;p&gt;8 Weeks • F • Not spayed/vaccinated yet • Gotcha: 6/19/2026&lt;/p&gt;\n  &lt;/div&gt;\n\n  &lt;div&gt;\n    &lt;h3&gt;🧡 Corbin&lt;/h3&gt;\n    &lt;p&gt;&lt;img src=\&quot;corbin.jpg\&quot; alt=\&quot;Corbin kitten photo\&quot; /&gt;&lt;/p&gt;\n    &lt;p&gt;Energetic little boy with cute diamond markings.&lt;/p&gt;\n    &lt;p&gt;10 Weeks • M • Not neutered/vaccinated yet • Gotcha: 6/20/2026&lt;/p&gt;\n  &lt;/div&gt;\n\n  &lt;div&gt;\n    &lt;h3&gt;🌸 Bea&lt;/h3&gt;\n    &lt;p&gt;&lt;img src=\&quot;bea.jpg\&quot; alt=\&quot;Bea kitten photo\&quot; /&gt;&lt;/p&gt;\n    &lt;p&gt;Gentle, loving, playful, and snuggly.&lt;/p&gt;\n    &lt;p&gt;10 Weeks • F • Not spayed/vaccinated yet • Gotcha: 6/20/2026&lt;/p&gt;\n  &lt;/div&gt;\n\n  &lt;div&gt;\n    &lt;h3&gt;⭐ Caleb&lt;/h3&gt;\n    &lt;p&gt;&lt;img src=\&quot;caleb.jpg\&quot; alt=\&quot;Caleb kitten photo\&quot; /&gt;&lt;/p&gt;\n    &lt;p&gt;Curious little explorer who loves cuddles.&lt;/p&gt;\n    &lt;p&gt;8 Weeks • M • Not neutered/vaccinated yet • Gotcha: 7/08/2026&lt;/p&gt;\n  &lt;/div&gt;\n\n  &lt;div&gt;\n    &lt;h3&gt;💖 Parmida&lt;/h3&gt;\n    &lt;p&gt;&lt;img src=\&quot;parmida.jpg\&quot; alt=\&quot;Parmida kitten photo\&quot; /&gt;&lt;/p&gt;\n    &lt;p&gt;Graceful, loving, and beautiful young lady.&lt;/p&gt;\n    &lt;p&gt;16 Weeks • F • Spayed and Vaccinated • Gotcha: 6/14/2026&lt;/p&gt;\n  &lt;/div&gt;\n\n  &lt;div&gt;\n    &lt;h3&gt;💛 Ronnie&lt;/h3&gt;\n    &lt;p&gt;&lt;img src=\&quot;ronnie.jpg\&quot; alt=\&quot;Ronnie kitten photo\&quot; /&gt;&lt;/p&gt;\n    &lt;p&gt;Friendly social butterfly who loves making new friends.&lt;/p&gt;\n    &lt;p&gt;16 Weeks • M • Neutered and Vaccinated • Gotcha: 6/14/2026&lt;/p&gt;\n  &lt;/div&gt;\n\n  &lt;div&gt;\n    &lt;h3&gt;💙 Carl&lt;/h3&gt;\n    &lt;p&gt;&lt;img src=\&quot;carl.jpg\&quot; alt=\&quot;Carl kitten photo\&quot; /&gt;&lt;/p&gt;\n    &lt;p&gt;Calm, easygoing cuddle buddy.&lt;/p&gt;\n    &lt;p&gt;16 Weeks • M • Neutered and Vaccinated • Gotcha: 6/14/2026&lt;/p&gt;\n  &lt;/div&gt;\n\n  &lt;div&gt;\n    &lt;h3&gt;💚 Dylan&lt;/h3&gt;\n    &lt;p&gt;&lt;img src=\&quot;dylan.jpg\&quot; alt=\&quot;Dylan kitten photo\&quot; /&gt;&lt;/p&gt;\n    &lt;p&gt;Playful kitten energy and endless smiles.&lt;/p&gt;\n    &lt;p&gt;16 Weeks • M • Neutered and Vaccinated • Gotcha: 6/14/2026&lt;/p&gt;\n  &lt;/div&gt;\n\n  &lt;div&gt;\n    &lt;h3&gt;🧡 Jasper&lt;/h3&gt;\n    &lt;p&gt;&lt;img src=\&quot;jasper.jpg\&quot; alt=\&quot;Jasper kitten photo\&quot; /&gt;&lt;/p&gt;\n    &lt;p&gt;Sweet, curious, affectionate, and playful.&lt;/p&gt;\n    &lt;p&gt;&amp;lt;10 Weeks • Unknown • Not fixed or vaccinated yet • Gotcha: 7/26/2026&lt;/p&gt;\n  &lt;/div&gt;\n\n  &lt;div&gt;\n    &lt;h3&gt;💖 Daisy&lt;/h3&gt;\n    &lt;p&gt;&lt;img src=\&quot;daisy.jpg\&quot; alt=\&quot;Daisy kitten photo\&quot; /&gt;&lt;/p&gt;\n    &lt;p&gt;Darling little kitten with soft fur and sweet chirps.&lt;/p&gt;\n    &lt;p&gt;&amp;lt;10 Weeks • Unknown • Not fixed or vaccinated yet • Gotcha: 7/26/2026&lt;/p&gt;\n  &lt;/div&gt;\n&lt;/div&gt;&quot;,&quot;chunksCount&quot;:1400}],&quot;_migrations&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5</Pages>
  <Words>621</Words>
  <Characters>4185</Characters>
  <Application>Microsoft Office Word</Application>
  <DocSecurity>0</DocSecurity>
  <Lines>116</Lines>
  <Paragraphs>51</Paragraphs>
  <ScaleCrop>false</ScaleCrop>
  <Manager/>
  <Company/>
  <LinksUpToDate>false</LinksUpToDate>
  <CharactersWithSpaces>4755</CharactersWithSpaces>
  <SharedDoc>false</SharedDoc>
  <HyperlinkBase/>
  <HLinks>
    <vt:vector size="24" baseType="variant">
      <vt:variant>
        <vt:i4>5439568</vt:i4>
      </vt:variant>
      <vt:variant>
        <vt:i4>9</vt:i4>
      </vt:variant>
      <vt:variant>
        <vt:i4>0</vt:i4>
      </vt:variant>
      <vt:variant>
        <vt:i4>5</vt:i4>
      </vt:variant>
      <vt:variant>
        <vt:lpwstr>http://www.kittyhavenrescue.com/</vt:lpwstr>
      </vt:variant>
      <vt:variant>
        <vt:lpwstr/>
      </vt:variant>
      <vt:variant>
        <vt:i4>6160496</vt:i4>
      </vt:variant>
      <vt:variant>
        <vt:i4>6</vt:i4>
      </vt:variant>
      <vt:variant>
        <vt:i4>0</vt:i4>
      </vt:variant>
      <vt:variant>
        <vt:i4>5</vt:i4>
      </vt:variant>
      <vt:variant>
        <vt:lpwstr>mailto:stacy@kittyhavenrescue.com</vt:lpwstr>
      </vt:variant>
      <vt:variant>
        <vt:lpwstr/>
      </vt:variant>
      <vt:variant>
        <vt:i4>5439568</vt:i4>
      </vt:variant>
      <vt:variant>
        <vt:i4>3</vt:i4>
      </vt:variant>
      <vt:variant>
        <vt:i4>0</vt:i4>
      </vt:variant>
      <vt:variant>
        <vt:i4>5</vt:i4>
      </vt:variant>
      <vt:variant>
        <vt:lpwstr>http://www.kittyhavenrescue.com/</vt:lpwstr>
      </vt:variant>
      <vt:variant>
        <vt:lpwstr/>
      </vt:variant>
      <vt:variant>
        <vt:i4>6160496</vt:i4>
      </vt:variant>
      <vt:variant>
        <vt:i4>0</vt:i4>
      </vt:variant>
      <vt:variant>
        <vt:i4>0</vt:i4>
      </vt:variant>
      <vt:variant>
        <vt:i4>5</vt:i4>
      </vt:variant>
      <vt:variant>
        <vt:lpwstr>mailto:stacy@kittyhavenrescue.com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dc:title>
  <dc:subject/>
  <dc:creator>Gemini Enterprise</dc:creator>
  <cp:keywords/>
  <dc:description>generated by python-docx</dc:description>
  <cp:lastModifiedBy>Stacy Rusley</cp:lastModifiedBy>
  <cp:revision>46</cp:revision>
  <cp:lastPrinted>2026-07-28T19:22:00Z</cp:lastPrinted>
  <dcterms:created xsi:type="dcterms:W3CDTF">2026-07-28T20:55:00Z</dcterms:created>
  <dcterms:modified xsi:type="dcterms:W3CDTF">2026-08-08T00:10:00Z</dcterms:modified>
  <cp:category/>
  <dc:language>en-US</dc:language>
</cp:coreProperties>
</file>