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1CDF1" w14:textId="23F8BCB0" w:rsidR="005B1A26" w:rsidRPr="00891738" w:rsidRDefault="00A16038" w:rsidP="00A16038">
      <w:pPr>
        <w:pStyle w:val="Heading1"/>
        <w:spacing w:before="0"/>
        <w:rPr>
          <w:color w:val="7030A0"/>
        </w:rPr>
      </w:pPr>
      <w:r w:rsidRPr="00891738">
        <w:rPr>
          <w:rStyle w:val="Strong"/>
          <w:b/>
          <w:bCs/>
          <w:color w:val="7030A0"/>
        </w:rPr>
        <w:t xml:space="preserve">AI Innovations, Inc. </w:t>
      </w:r>
      <w:r w:rsidR="005B1A26" w:rsidRPr="00891738">
        <w:rPr>
          <w:rStyle w:val="Strong"/>
          <w:b/>
          <w:bCs/>
          <w:color w:val="7030A0"/>
        </w:rPr>
        <w:t xml:space="preserve">Essay </w:t>
      </w:r>
      <w:r w:rsidRPr="00891738">
        <w:rPr>
          <w:rStyle w:val="Strong"/>
          <w:b/>
          <w:bCs/>
          <w:color w:val="7030A0"/>
        </w:rPr>
        <w:t xml:space="preserve">Writing </w:t>
      </w:r>
      <w:r w:rsidR="005B1A26" w:rsidRPr="00891738">
        <w:rPr>
          <w:rStyle w:val="Strong"/>
          <w:b/>
          <w:bCs/>
          <w:color w:val="7030A0"/>
        </w:rPr>
        <w:t>Contest Template</w:t>
      </w:r>
    </w:p>
    <w:p w14:paraId="2092084D" w14:textId="77777777" w:rsidR="00A16038" w:rsidRDefault="00A16038" w:rsidP="00A16038">
      <w:pPr>
        <w:spacing w:after="0"/>
        <w:rPr>
          <w:rStyle w:val="Strong"/>
        </w:rPr>
      </w:pPr>
    </w:p>
    <w:p w14:paraId="6BA826A0" w14:textId="473392C2" w:rsidR="00A16038" w:rsidRPr="00891738" w:rsidRDefault="005B1A26" w:rsidP="00A160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1738">
        <w:rPr>
          <w:rStyle w:val="Strong"/>
          <w:rFonts w:ascii="Times New Roman" w:hAnsi="Times New Roman" w:cs="Times New Roman"/>
          <w:sz w:val="24"/>
          <w:szCs w:val="24"/>
        </w:rPr>
        <w:t>Important:</w:t>
      </w:r>
      <w:r w:rsidRPr="00891738">
        <w:rPr>
          <w:rFonts w:ascii="Times New Roman" w:hAnsi="Times New Roman" w:cs="Times New Roman"/>
          <w:sz w:val="24"/>
          <w:szCs w:val="24"/>
        </w:rPr>
        <w:br/>
        <w:t xml:space="preserve">Filling out this template </w:t>
      </w:r>
      <w:r w:rsidRPr="00891738">
        <w:rPr>
          <w:rStyle w:val="Strong"/>
          <w:rFonts w:ascii="Times New Roman" w:hAnsi="Times New Roman" w:cs="Times New Roman"/>
          <w:sz w:val="24"/>
          <w:szCs w:val="24"/>
        </w:rPr>
        <w:t>and submitting it exactly as-is meets only the minimum requirement</w:t>
      </w:r>
      <w:r w:rsidRPr="00891738">
        <w:rPr>
          <w:rFonts w:ascii="Times New Roman" w:hAnsi="Times New Roman" w:cs="Times New Roman"/>
          <w:sz w:val="24"/>
          <w:szCs w:val="24"/>
        </w:rPr>
        <w:t xml:space="preserve"> for the Essay Writing Contest.</w:t>
      </w:r>
    </w:p>
    <w:p w14:paraId="6826836B" w14:textId="186B6902" w:rsidR="005B1A26" w:rsidRPr="00891738" w:rsidRDefault="005B1A26" w:rsidP="00A16038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891738">
        <w:rPr>
          <w:rFonts w:ascii="Times New Roman" w:hAnsi="Times New Roman" w:cs="Times New Roman"/>
          <w:sz w:val="24"/>
          <w:szCs w:val="24"/>
        </w:rPr>
        <w:br/>
      </w:r>
      <w:r w:rsidRPr="00891738">
        <w:rPr>
          <w:rStyle w:val="Strong"/>
          <w:rFonts w:ascii="Times New Roman" w:hAnsi="Times New Roman" w:cs="Times New Roman"/>
          <w:sz w:val="24"/>
          <w:szCs w:val="24"/>
        </w:rPr>
        <w:t>To become a finalist and win, you must expand beyond this template — add your unique voice, ideas, and experiences!</w:t>
      </w:r>
    </w:p>
    <w:p w14:paraId="2830BFF4" w14:textId="77777777" w:rsidR="00796F5D" w:rsidRPr="00891738" w:rsidRDefault="00796F5D" w:rsidP="00A1603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8C9D27" w14:textId="77777777" w:rsidR="005B1A26" w:rsidRPr="00891738" w:rsidRDefault="005B1A26" w:rsidP="00A160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1738">
        <w:rPr>
          <w:rStyle w:val="Strong"/>
          <w:rFonts w:ascii="Times New Roman" w:hAnsi="Times New Roman" w:cs="Times New Roman"/>
          <w:sz w:val="24"/>
          <w:szCs w:val="24"/>
        </w:rPr>
        <w:t>Theme:</w:t>
      </w:r>
      <w:r w:rsidRPr="00891738">
        <w:rPr>
          <w:rFonts w:ascii="Times New Roman" w:hAnsi="Times New Roman" w:cs="Times New Roman"/>
          <w:sz w:val="24"/>
          <w:szCs w:val="24"/>
        </w:rPr>
        <w:br/>
      </w:r>
      <w:r w:rsidRPr="00891738">
        <w:rPr>
          <w:rStyle w:val="Emphasis"/>
          <w:rFonts w:ascii="Times New Roman" w:hAnsi="Times New Roman" w:cs="Times New Roman"/>
          <w:b/>
          <w:bCs/>
          <w:sz w:val="24"/>
          <w:szCs w:val="24"/>
        </w:rPr>
        <w:t>Shaping the Future with Technology</w:t>
      </w:r>
    </w:p>
    <w:p w14:paraId="3575AF9E" w14:textId="77777777" w:rsidR="005B1A26" w:rsidRDefault="005B1A26" w:rsidP="00A16038">
      <w:pPr>
        <w:spacing w:after="0"/>
      </w:pPr>
      <w:r>
        <w:rPr>
          <w:noProof/>
        </w:rPr>
      </w:r>
      <w:r w:rsidR="005B1A26">
        <w:rPr>
          <w:noProof/>
        </w:rPr>
        <w:pict w14:anchorId="2B1892F5">
          <v:rect id="_x0000_i1025" alt="" style="width:431.95pt;height:.05pt;mso-width-percent:0;mso-height-percent:0;mso-width-percent:0;mso-height-percent:0" o:hrpct="923" o:hralign="center" o:hrstd="t" o:hr="t" fillcolor="#a0a0a0" stroked="f"/>
        </w:pict>
      </w:r>
    </w:p>
    <w:p w14:paraId="7EDF210D" w14:textId="77777777" w:rsidR="005B1A26" w:rsidRPr="00891738" w:rsidRDefault="005B1A26" w:rsidP="00A16038">
      <w:pPr>
        <w:pStyle w:val="Heading3"/>
        <w:spacing w:before="0"/>
        <w:rPr>
          <w:rFonts w:ascii="Times New Roman" w:hAnsi="Times New Roman" w:cs="Times New Roman"/>
          <w:color w:val="7030A0"/>
          <w:sz w:val="24"/>
          <w:szCs w:val="24"/>
        </w:rPr>
      </w:pPr>
      <w:r w:rsidRPr="00891738">
        <w:rPr>
          <w:rFonts w:ascii="Times New Roman" w:hAnsi="Times New Roman" w:cs="Times New Roman"/>
          <w:color w:val="7030A0"/>
          <w:sz w:val="24"/>
          <w:szCs w:val="24"/>
        </w:rPr>
        <w:t>Participant Information:</w:t>
      </w:r>
    </w:p>
    <w:p w14:paraId="5103FC10" w14:textId="77777777" w:rsidR="005B1A26" w:rsidRPr="00891738" w:rsidRDefault="005B1A26" w:rsidP="005B1A2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891738">
        <w:rPr>
          <w:rStyle w:val="Strong"/>
          <w:rFonts w:ascii="Times New Roman" w:hAnsi="Times New Roman" w:cs="Times New Roman"/>
          <w:sz w:val="24"/>
          <w:szCs w:val="24"/>
        </w:rPr>
        <w:t>Full Name:</w:t>
      </w:r>
      <w:r w:rsidRPr="00891738">
        <w:rPr>
          <w:rFonts w:ascii="Times New Roman" w:hAnsi="Times New Roman" w:cs="Times New Roman"/>
          <w:sz w:val="24"/>
          <w:szCs w:val="24"/>
        </w:rPr>
        <w:t xml:space="preserve"> __________________________</w:t>
      </w:r>
    </w:p>
    <w:p w14:paraId="20E9D3E5" w14:textId="77777777" w:rsidR="005B1A26" w:rsidRPr="00891738" w:rsidRDefault="005B1A26" w:rsidP="005B1A2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891738">
        <w:rPr>
          <w:rStyle w:val="Strong"/>
          <w:rFonts w:ascii="Times New Roman" w:hAnsi="Times New Roman" w:cs="Times New Roman"/>
          <w:sz w:val="24"/>
          <w:szCs w:val="24"/>
        </w:rPr>
        <w:t>Age:</w:t>
      </w:r>
      <w:r w:rsidRPr="00891738">
        <w:rPr>
          <w:rFonts w:ascii="Times New Roman" w:hAnsi="Times New Roman" w:cs="Times New Roman"/>
          <w:sz w:val="24"/>
          <w:szCs w:val="24"/>
        </w:rPr>
        <w:t xml:space="preserve"> __________________________</w:t>
      </w:r>
    </w:p>
    <w:p w14:paraId="4572C91D" w14:textId="77777777" w:rsidR="005B1A26" w:rsidRPr="00891738" w:rsidRDefault="005B1A26" w:rsidP="005B1A2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891738">
        <w:rPr>
          <w:rStyle w:val="Strong"/>
          <w:rFonts w:ascii="Times New Roman" w:hAnsi="Times New Roman" w:cs="Times New Roman"/>
          <w:sz w:val="24"/>
          <w:szCs w:val="24"/>
        </w:rPr>
        <w:t>Contact Information:</w:t>
      </w:r>
      <w:r w:rsidRPr="00891738">
        <w:rPr>
          <w:rFonts w:ascii="Times New Roman" w:hAnsi="Times New Roman" w:cs="Times New Roman"/>
          <w:sz w:val="24"/>
          <w:szCs w:val="24"/>
        </w:rPr>
        <w:t xml:space="preserve"> __________________________</w:t>
      </w:r>
    </w:p>
    <w:p w14:paraId="5F9A3DF7" w14:textId="77777777" w:rsidR="005B1A26" w:rsidRPr="00891738" w:rsidRDefault="005B1A26" w:rsidP="005B1A2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891738">
        <w:rPr>
          <w:rStyle w:val="Strong"/>
          <w:rFonts w:ascii="Times New Roman" w:hAnsi="Times New Roman" w:cs="Times New Roman"/>
          <w:sz w:val="24"/>
          <w:szCs w:val="24"/>
        </w:rPr>
        <w:t>Institution (School Name):</w:t>
      </w:r>
      <w:r w:rsidRPr="00891738">
        <w:rPr>
          <w:rFonts w:ascii="Times New Roman" w:hAnsi="Times New Roman" w:cs="Times New Roman"/>
          <w:sz w:val="24"/>
          <w:szCs w:val="24"/>
        </w:rPr>
        <w:t xml:space="preserve"> __________________________</w:t>
      </w:r>
    </w:p>
    <w:p w14:paraId="3B48242B" w14:textId="77777777" w:rsidR="005B1A26" w:rsidRPr="00891738" w:rsidRDefault="005B1A26" w:rsidP="005B1A2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891738">
        <w:rPr>
          <w:rStyle w:val="Strong"/>
          <w:rFonts w:ascii="Times New Roman" w:hAnsi="Times New Roman" w:cs="Times New Roman"/>
          <w:sz w:val="24"/>
          <w:szCs w:val="24"/>
        </w:rPr>
        <w:t>Career Area of Interest (e.g., AI, ML, DS, SE, etc.):</w:t>
      </w:r>
      <w:r w:rsidRPr="00891738">
        <w:rPr>
          <w:rFonts w:ascii="Times New Roman" w:hAnsi="Times New Roman" w:cs="Times New Roman"/>
          <w:sz w:val="24"/>
          <w:szCs w:val="24"/>
        </w:rPr>
        <w:t xml:space="preserve"> __________________________</w:t>
      </w:r>
    </w:p>
    <w:p w14:paraId="59A04DA0" w14:textId="77777777" w:rsidR="005B1A26" w:rsidRPr="00891738" w:rsidRDefault="005B1A26" w:rsidP="005B1A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1738">
        <w:rPr>
          <w:rFonts w:ascii="Times New Roman" w:hAnsi="Times New Roman" w:cs="Times New Roman"/>
          <w:noProof/>
          <w:sz w:val="24"/>
          <w:szCs w:val="24"/>
        </w:rPr>
      </w:r>
      <w:r w:rsidR="005B1A26" w:rsidRPr="00891738">
        <w:rPr>
          <w:rFonts w:ascii="Times New Roman" w:hAnsi="Times New Roman" w:cs="Times New Roman"/>
          <w:noProof/>
          <w:sz w:val="24"/>
          <w:szCs w:val="24"/>
        </w:rPr>
        <w:pict w14:anchorId="68CA9A18">
          <v:rect id="_x0000_i1026" alt="" style="width:431.95pt;height:.05pt;mso-width-percent:0;mso-height-percent:0;mso-width-percent:0;mso-height-percent:0" o:hrpct="923" o:hralign="center" o:hrstd="t" o:hr="t" fillcolor="#a0a0a0" stroked="f"/>
        </w:pict>
      </w:r>
    </w:p>
    <w:p w14:paraId="75CEE251" w14:textId="77777777" w:rsidR="005B1A26" w:rsidRPr="00891738" w:rsidRDefault="005B1A26" w:rsidP="005B1A26">
      <w:pPr>
        <w:pStyle w:val="Heading3"/>
        <w:rPr>
          <w:rFonts w:ascii="Times New Roman" w:hAnsi="Times New Roman" w:cs="Times New Roman"/>
          <w:color w:val="7030A0"/>
          <w:sz w:val="24"/>
          <w:szCs w:val="24"/>
        </w:rPr>
      </w:pPr>
      <w:r w:rsidRPr="00891738">
        <w:rPr>
          <w:rFonts w:ascii="Times New Roman" w:hAnsi="Times New Roman" w:cs="Times New Roman"/>
          <w:color w:val="7030A0"/>
          <w:sz w:val="24"/>
          <w:szCs w:val="24"/>
        </w:rPr>
        <w:t>Essay Framework (Expand and Personalize Below)</w:t>
      </w:r>
    </w:p>
    <w:p w14:paraId="7659790E" w14:textId="77777777" w:rsidR="00223F1D" w:rsidRPr="00891738" w:rsidRDefault="005B1A26" w:rsidP="00383A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1738">
        <w:rPr>
          <w:rFonts w:ascii="Times New Roman" w:hAnsi="Times New Roman" w:cs="Times New Roman"/>
          <w:sz w:val="24"/>
          <w:szCs w:val="24"/>
        </w:rPr>
        <w:t>In a world that is constantly evolving, technology holds the power to create meaningful moments that transform our lives.</w:t>
      </w:r>
    </w:p>
    <w:p w14:paraId="1CCD2C8C" w14:textId="0C55C5AE" w:rsidR="005B1A26" w:rsidRPr="00891738" w:rsidRDefault="005B1A26" w:rsidP="00383A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1738">
        <w:rPr>
          <w:rFonts w:ascii="Times New Roman" w:hAnsi="Times New Roman" w:cs="Times New Roman"/>
          <w:sz w:val="24"/>
          <w:szCs w:val="24"/>
        </w:rPr>
        <w:br/>
        <w:t xml:space="preserve">One such moment for me was when I first experienced </w:t>
      </w:r>
      <w:r w:rsidRPr="00891738">
        <w:rPr>
          <w:rStyle w:val="Strong"/>
          <w:rFonts w:ascii="Times New Roman" w:hAnsi="Times New Roman" w:cs="Times New Roman"/>
          <w:sz w:val="24"/>
          <w:szCs w:val="24"/>
        </w:rPr>
        <w:t>__________________________</w:t>
      </w:r>
      <w:r w:rsidRPr="00891738">
        <w:rPr>
          <w:rFonts w:ascii="Times New Roman" w:hAnsi="Times New Roman" w:cs="Times New Roman"/>
          <w:sz w:val="24"/>
          <w:szCs w:val="24"/>
        </w:rPr>
        <w:t>.</w:t>
      </w:r>
      <w:r w:rsidRPr="00891738">
        <w:rPr>
          <w:rFonts w:ascii="Times New Roman" w:hAnsi="Times New Roman" w:cs="Times New Roman"/>
          <w:sz w:val="24"/>
          <w:szCs w:val="24"/>
        </w:rPr>
        <w:br/>
        <w:t>This encounter showed me how technology can revolutionize the way we learn, connect, and grow.</w:t>
      </w:r>
      <w:r w:rsidR="00DD796F" w:rsidRPr="00891738">
        <w:rPr>
          <w:rFonts w:ascii="Times New Roman" w:hAnsi="Times New Roman" w:cs="Times New Roman"/>
          <w:sz w:val="24"/>
          <w:szCs w:val="24"/>
        </w:rPr>
        <w:t xml:space="preserve"> </w:t>
      </w:r>
      <w:r w:rsidRPr="00891738">
        <w:rPr>
          <w:rFonts w:ascii="Times New Roman" w:hAnsi="Times New Roman" w:cs="Times New Roman"/>
          <w:sz w:val="24"/>
          <w:szCs w:val="24"/>
        </w:rPr>
        <w:t>It was in that moment that I realized technology would forever shape my future.</w:t>
      </w:r>
    </w:p>
    <w:p w14:paraId="32C59022" w14:textId="77777777" w:rsidR="00DD796F" w:rsidRPr="00891738" w:rsidRDefault="00DD796F" w:rsidP="00383A8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32B8BA" w14:textId="39386C47" w:rsidR="005B1A26" w:rsidRPr="00891738" w:rsidRDefault="005B1A26" w:rsidP="00383A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1738">
        <w:rPr>
          <w:rFonts w:ascii="Times New Roman" w:hAnsi="Times New Roman" w:cs="Times New Roman"/>
          <w:sz w:val="24"/>
          <w:szCs w:val="24"/>
        </w:rPr>
        <w:t xml:space="preserve">The specific technology that impacted my life was </w:t>
      </w:r>
      <w:r w:rsidRPr="00891738">
        <w:rPr>
          <w:rStyle w:val="Strong"/>
          <w:rFonts w:ascii="Times New Roman" w:hAnsi="Times New Roman" w:cs="Times New Roman"/>
          <w:sz w:val="24"/>
          <w:szCs w:val="24"/>
        </w:rPr>
        <w:t>__________________________</w:t>
      </w:r>
      <w:r w:rsidRPr="00891738">
        <w:rPr>
          <w:rFonts w:ascii="Times New Roman" w:hAnsi="Times New Roman" w:cs="Times New Roman"/>
          <w:sz w:val="24"/>
          <w:szCs w:val="24"/>
        </w:rPr>
        <w:t>.</w:t>
      </w:r>
      <w:r w:rsidRPr="00891738">
        <w:rPr>
          <w:rFonts w:ascii="Times New Roman" w:hAnsi="Times New Roman" w:cs="Times New Roman"/>
          <w:sz w:val="24"/>
          <w:szCs w:val="24"/>
        </w:rPr>
        <w:br/>
        <w:t xml:space="preserve">I used or experienced this technology during </w:t>
      </w:r>
      <w:r w:rsidRPr="00891738">
        <w:rPr>
          <w:rStyle w:val="Strong"/>
          <w:rFonts w:ascii="Times New Roman" w:hAnsi="Times New Roman" w:cs="Times New Roman"/>
          <w:sz w:val="24"/>
          <w:szCs w:val="24"/>
        </w:rPr>
        <w:t>__________________________</w:t>
      </w:r>
      <w:r w:rsidRPr="00891738">
        <w:rPr>
          <w:rFonts w:ascii="Times New Roman" w:hAnsi="Times New Roman" w:cs="Times New Roman"/>
          <w:sz w:val="24"/>
          <w:szCs w:val="24"/>
        </w:rPr>
        <w:t>.</w:t>
      </w:r>
      <w:r w:rsidRPr="00891738">
        <w:rPr>
          <w:rFonts w:ascii="Times New Roman" w:hAnsi="Times New Roman" w:cs="Times New Roman"/>
          <w:sz w:val="24"/>
          <w:szCs w:val="24"/>
        </w:rPr>
        <w:br/>
        <w:t>It changed how I approached challenges, solved problems, and connected with the world around me.</w:t>
      </w:r>
      <w:r w:rsidR="00DD796F" w:rsidRPr="00891738">
        <w:rPr>
          <w:rFonts w:ascii="Times New Roman" w:hAnsi="Times New Roman" w:cs="Times New Roman"/>
          <w:sz w:val="24"/>
          <w:szCs w:val="24"/>
        </w:rPr>
        <w:t xml:space="preserve"> </w:t>
      </w:r>
      <w:r w:rsidRPr="00891738">
        <w:rPr>
          <w:rFonts w:ascii="Times New Roman" w:hAnsi="Times New Roman" w:cs="Times New Roman"/>
          <w:sz w:val="24"/>
          <w:szCs w:val="24"/>
        </w:rPr>
        <w:t>It opened doors to possibilities I had never imagined before.</w:t>
      </w:r>
    </w:p>
    <w:p w14:paraId="1907C4BB" w14:textId="77777777" w:rsidR="00DD796F" w:rsidRPr="00891738" w:rsidRDefault="00DD796F" w:rsidP="00383A8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E68D9E" w14:textId="77777777" w:rsidR="00DD796F" w:rsidRPr="00891738" w:rsidRDefault="005B1A26" w:rsidP="00383A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1738">
        <w:rPr>
          <w:rFonts w:ascii="Times New Roman" w:hAnsi="Times New Roman" w:cs="Times New Roman"/>
          <w:sz w:val="24"/>
          <w:szCs w:val="24"/>
        </w:rPr>
        <w:t>Beyond my own experience, this technology also positively impacted my family and community.</w:t>
      </w:r>
      <w:r w:rsidR="00DD796F" w:rsidRPr="00891738">
        <w:rPr>
          <w:rFonts w:ascii="Times New Roman" w:hAnsi="Times New Roman" w:cs="Times New Roman"/>
          <w:sz w:val="24"/>
          <w:szCs w:val="24"/>
        </w:rPr>
        <w:t xml:space="preserve"> </w:t>
      </w:r>
      <w:r w:rsidRPr="00891738">
        <w:rPr>
          <w:rFonts w:ascii="Times New Roman" w:hAnsi="Times New Roman" w:cs="Times New Roman"/>
          <w:sz w:val="24"/>
          <w:szCs w:val="24"/>
        </w:rPr>
        <w:t>It allowed me to finish projects faster, gain new knowledge easily, and even assist friends and family in meaningful ways.</w:t>
      </w:r>
    </w:p>
    <w:p w14:paraId="62E55E15" w14:textId="7A933F0B" w:rsidR="005B1A26" w:rsidRPr="00891738" w:rsidRDefault="005B1A26" w:rsidP="00383A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1738">
        <w:rPr>
          <w:rFonts w:ascii="Times New Roman" w:hAnsi="Times New Roman" w:cs="Times New Roman"/>
          <w:sz w:val="24"/>
          <w:szCs w:val="24"/>
        </w:rPr>
        <w:lastRenderedPageBreak/>
        <w:br/>
        <w:t>It inspired my community to embrace innovation and empowered more people to believe in their potential.</w:t>
      </w:r>
    </w:p>
    <w:p w14:paraId="2968548B" w14:textId="77777777" w:rsidR="00DD796F" w:rsidRPr="00891738" w:rsidRDefault="00DD796F" w:rsidP="00383A8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74C6F9" w14:textId="77777777" w:rsidR="00FB3254" w:rsidRPr="00891738" w:rsidRDefault="005B1A26" w:rsidP="00383A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1738">
        <w:rPr>
          <w:rFonts w:ascii="Times New Roman" w:hAnsi="Times New Roman" w:cs="Times New Roman"/>
          <w:sz w:val="24"/>
          <w:szCs w:val="24"/>
        </w:rPr>
        <w:t>My personal journey with this technology reflects larger trends sweeping across society.</w:t>
      </w:r>
      <w:r w:rsidRPr="00891738">
        <w:rPr>
          <w:rFonts w:ascii="Times New Roman" w:hAnsi="Times New Roman" w:cs="Times New Roman"/>
          <w:sz w:val="24"/>
          <w:szCs w:val="24"/>
        </w:rPr>
        <w:br/>
        <w:t>Today, schools leverage virtual classrooms, businesses harness AI to make smarter decisions, and healthcare systems use advanced technologies to improve lives.</w:t>
      </w:r>
    </w:p>
    <w:p w14:paraId="14573368" w14:textId="7C59E360" w:rsidR="005B1A26" w:rsidRPr="00891738" w:rsidRDefault="005B1A26" w:rsidP="00383A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1738">
        <w:rPr>
          <w:rFonts w:ascii="Times New Roman" w:hAnsi="Times New Roman" w:cs="Times New Roman"/>
          <w:sz w:val="24"/>
          <w:szCs w:val="24"/>
        </w:rPr>
        <w:br/>
        <w:t>My story is one small reflection of how these global innovations are reshaping communities and creating a more connected and exciting world.</w:t>
      </w:r>
    </w:p>
    <w:p w14:paraId="0E5D1076" w14:textId="77777777" w:rsidR="00FB3254" w:rsidRPr="00891738" w:rsidRDefault="00FB3254" w:rsidP="00383A8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C1DDEE" w14:textId="77777777" w:rsidR="00FB3254" w:rsidRPr="00891738" w:rsidRDefault="005B1A26" w:rsidP="00383A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1738">
        <w:rPr>
          <w:rFonts w:ascii="Times New Roman" w:hAnsi="Times New Roman" w:cs="Times New Roman"/>
          <w:sz w:val="24"/>
          <w:szCs w:val="24"/>
        </w:rPr>
        <w:t xml:space="preserve">Looking ahead, I believe technologies like </w:t>
      </w:r>
      <w:r w:rsidRPr="00891738">
        <w:rPr>
          <w:rStyle w:val="Strong"/>
          <w:rFonts w:ascii="Times New Roman" w:hAnsi="Times New Roman" w:cs="Times New Roman"/>
          <w:sz w:val="24"/>
          <w:szCs w:val="24"/>
        </w:rPr>
        <w:t>__________________________</w:t>
      </w:r>
      <w:r w:rsidRPr="00891738">
        <w:rPr>
          <w:rFonts w:ascii="Times New Roman" w:hAnsi="Times New Roman" w:cs="Times New Roman"/>
          <w:sz w:val="24"/>
          <w:szCs w:val="24"/>
        </w:rPr>
        <w:t xml:space="preserve"> will evolve at breathtaking speeds over the next 10–20 years.</w:t>
      </w:r>
    </w:p>
    <w:p w14:paraId="705BE635" w14:textId="0320D458" w:rsidR="005B1A26" w:rsidRPr="00891738" w:rsidRDefault="005B1A26" w:rsidP="00383A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1738">
        <w:rPr>
          <w:rFonts w:ascii="Times New Roman" w:hAnsi="Times New Roman" w:cs="Times New Roman"/>
          <w:sz w:val="24"/>
          <w:szCs w:val="24"/>
        </w:rPr>
        <w:br/>
        <w:t>I imagine a future where education is fully customized to every learner, where healthcare becomes predictive and proactive, and where smart technologies create more sustainable, equitable ways of living.</w:t>
      </w:r>
      <w:r w:rsidR="00FB3254" w:rsidRPr="00891738">
        <w:rPr>
          <w:rFonts w:ascii="Times New Roman" w:hAnsi="Times New Roman" w:cs="Times New Roman"/>
          <w:sz w:val="24"/>
          <w:szCs w:val="24"/>
        </w:rPr>
        <w:t xml:space="preserve"> </w:t>
      </w:r>
      <w:r w:rsidRPr="00891738">
        <w:rPr>
          <w:rFonts w:ascii="Times New Roman" w:hAnsi="Times New Roman" w:cs="Times New Roman"/>
          <w:sz w:val="24"/>
          <w:szCs w:val="24"/>
        </w:rPr>
        <w:t>The possibilities are limitless, and the future is ours to shape.</w:t>
      </w:r>
    </w:p>
    <w:p w14:paraId="25995396" w14:textId="77777777" w:rsidR="00FB3254" w:rsidRPr="00891738" w:rsidRDefault="00FB3254" w:rsidP="00383A8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9B7FC2" w14:textId="308F6331" w:rsidR="005B1A26" w:rsidRPr="00891738" w:rsidRDefault="005B1A26" w:rsidP="00383A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1738">
        <w:rPr>
          <w:rFonts w:ascii="Times New Roman" w:hAnsi="Times New Roman" w:cs="Times New Roman"/>
          <w:sz w:val="24"/>
          <w:szCs w:val="24"/>
        </w:rPr>
        <w:t>But with great power comes great responsibility.</w:t>
      </w:r>
      <w:r w:rsidRPr="00891738">
        <w:rPr>
          <w:rFonts w:ascii="Times New Roman" w:hAnsi="Times New Roman" w:cs="Times New Roman"/>
          <w:sz w:val="24"/>
          <w:szCs w:val="24"/>
        </w:rPr>
        <w:br/>
        <w:t>We must ensure that technology is developed and used ethically, inclusively, and fairly.</w:t>
      </w:r>
      <w:r w:rsidRPr="00891738">
        <w:rPr>
          <w:rFonts w:ascii="Times New Roman" w:hAnsi="Times New Roman" w:cs="Times New Roman"/>
          <w:sz w:val="24"/>
          <w:szCs w:val="24"/>
        </w:rPr>
        <w:br/>
        <w:t xml:space="preserve">As someone passionate about </w:t>
      </w:r>
      <w:r w:rsidRPr="00891738">
        <w:rPr>
          <w:rStyle w:val="Strong"/>
          <w:rFonts w:ascii="Times New Roman" w:hAnsi="Times New Roman" w:cs="Times New Roman"/>
          <w:sz w:val="24"/>
          <w:szCs w:val="24"/>
        </w:rPr>
        <w:t>__________________________</w:t>
      </w:r>
      <w:r w:rsidRPr="00891738">
        <w:rPr>
          <w:rFonts w:ascii="Times New Roman" w:hAnsi="Times New Roman" w:cs="Times New Roman"/>
          <w:sz w:val="24"/>
          <w:szCs w:val="24"/>
        </w:rPr>
        <w:t>, I aspire to create technologies that lift others up and ensure that progress benefits everyone.</w:t>
      </w:r>
    </w:p>
    <w:p w14:paraId="1602FE10" w14:textId="77777777" w:rsidR="00223F1D" w:rsidRPr="00891738" w:rsidRDefault="00223F1D" w:rsidP="00383A8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C493D1C" w14:textId="50BA4C03" w:rsidR="00223F1D" w:rsidRPr="00891738" w:rsidRDefault="005B1A26" w:rsidP="00383A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1738">
        <w:rPr>
          <w:rFonts w:ascii="Times New Roman" w:hAnsi="Times New Roman" w:cs="Times New Roman"/>
          <w:sz w:val="24"/>
          <w:szCs w:val="24"/>
        </w:rPr>
        <w:t>Technology has already transformed my life, giving me confidence, new skills, and a powerful vision for what’s possible.</w:t>
      </w:r>
      <w:r w:rsidRPr="00891738">
        <w:rPr>
          <w:rFonts w:ascii="Times New Roman" w:hAnsi="Times New Roman" w:cs="Times New Roman"/>
          <w:sz w:val="24"/>
          <w:szCs w:val="24"/>
        </w:rPr>
        <w:br/>
      </w:r>
    </w:p>
    <w:p w14:paraId="3880FCBC" w14:textId="234A1661" w:rsidR="005B1A26" w:rsidRPr="00891738" w:rsidRDefault="005B1A26" w:rsidP="00383A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1738">
        <w:rPr>
          <w:rFonts w:ascii="Times New Roman" w:hAnsi="Times New Roman" w:cs="Times New Roman"/>
          <w:sz w:val="24"/>
          <w:szCs w:val="24"/>
        </w:rPr>
        <w:t>I am proud to be part of the generation shaping the future with technology — a future driven by innovation, responsibility, and hope.</w:t>
      </w:r>
    </w:p>
    <w:p w14:paraId="3D5FE7BD" w14:textId="77777777" w:rsidR="00223F1D" w:rsidRPr="00891738" w:rsidRDefault="00223F1D" w:rsidP="00383A8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76C882C" w14:textId="77777777" w:rsidR="005B1A26" w:rsidRPr="00891738" w:rsidRDefault="005B1A26" w:rsidP="00383A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1738">
        <w:rPr>
          <w:rFonts w:ascii="Times New Roman" w:hAnsi="Times New Roman" w:cs="Times New Roman"/>
          <w:noProof/>
          <w:sz w:val="24"/>
          <w:szCs w:val="24"/>
        </w:rPr>
      </w:r>
      <w:r w:rsidR="005B1A26" w:rsidRPr="00891738">
        <w:rPr>
          <w:rFonts w:ascii="Times New Roman" w:hAnsi="Times New Roman" w:cs="Times New Roman"/>
          <w:noProof/>
          <w:sz w:val="24"/>
          <w:szCs w:val="24"/>
        </w:rPr>
        <w:pict w14:anchorId="3F866EF0">
          <v:rect id="_x0000_i1027" alt="" style="width:431.95pt;height:.05pt;mso-width-percent:0;mso-height-percent:0;mso-width-percent:0;mso-height-percent:0" o:hrpct="923" o:hralign="center" o:hrstd="t" o:hr="t" fillcolor="#a0a0a0" stroked="f"/>
        </w:pict>
      </w:r>
    </w:p>
    <w:p w14:paraId="79EE9DEF" w14:textId="77777777" w:rsidR="00223F1D" w:rsidRPr="00891738" w:rsidRDefault="00223F1D" w:rsidP="00383A85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</w:p>
    <w:p w14:paraId="29B0CB97" w14:textId="7D928B15" w:rsidR="005B1A26" w:rsidRPr="00891738" w:rsidRDefault="005B1A26" w:rsidP="00383A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1738">
        <w:rPr>
          <w:rStyle w:val="Strong"/>
          <w:rFonts w:ascii="Times New Roman" w:hAnsi="Times New Roman" w:cs="Times New Roman"/>
          <w:sz w:val="24"/>
          <w:szCs w:val="24"/>
        </w:rPr>
        <w:t>References (if applicable):</w:t>
      </w:r>
      <w:r w:rsidRPr="00891738">
        <w:rPr>
          <w:rFonts w:ascii="Times New Roman" w:hAnsi="Times New Roman" w:cs="Times New Roman"/>
          <w:sz w:val="24"/>
          <w:szCs w:val="24"/>
        </w:rPr>
        <w:br/>
        <w:t>(Include any websites, books, or resources you used here.)</w:t>
      </w:r>
    </w:p>
    <w:p w14:paraId="44850B1E" w14:textId="77777777" w:rsidR="00223F1D" w:rsidRPr="00891738" w:rsidRDefault="00223F1D" w:rsidP="00383A8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E7F1DE5" w14:textId="77777777" w:rsidR="005B1A26" w:rsidRDefault="005B1A26" w:rsidP="00383A85">
      <w:pPr>
        <w:spacing w:after="0"/>
      </w:pPr>
      <w:r>
        <w:rPr>
          <w:noProof/>
        </w:rPr>
      </w:r>
      <w:r w:rsidR="005B1A26">
        <w:rPr>
          <w:noProof/>
        </w:rPr>
        <w:pict w14:anchorId="235AB1C0">
          <v:rect id="_x0000_i1028" alt="" style="width:431.95pt;height:.05pt;mso-width-percent:0;mso-height-percent:0;mso-width-percent:0;mso-height-percent:0" o:hrpct="923" o:hralign="center" o:hrstd="t" o:hr="t" fillcolor="#a0a0a0" stroked="f"/>
        </w:pict>
      </w:r>
    </w:p>
    <w:p w14:paraId="6DAAC350" w14:textId="77777777" w:rsidR="005B1A26" w:rsidRPr="00891738" w:rsidRDefault="005B1A26" w:rsidP="00383A85">
      <w:pPr>
        <w:pStyle w:val="Heading1"/>
        <w:spacing w:before="0"/>
        <w:rPr>
          <w:color w:val="7030A0"/>
        </w:rPr>
      </w:pPr>
      <w:r w:rsidRPr="00891738">
        <w:rPr>
          <w:rFonts w:ascii="Apple Color Emoji" w:hAnsi="Apple Color Emoji" w:cs="Apple Color Emoji"/>
          <w:color w:val="7030A0"/>
        </w:rPr>
        <w:t>⚡</w:t>
      </w:r>
      <w:r w:rsidRPr="00891738">
        <w:rPr>
          <w:color w:val="7030A0"/>
        </w:rPr>
        <w:t xml:space="preserve"> Final Note:</w:t>
      </w:r>
    </w:p>
    <w:p w14:paraId="713359E5" w14:textId="77777777" w:rsidR="00383A85" w:rsidRDefault="00383A85" w:rsidP="00383A85">
      <w:pPr>
        <w:spacing w:after="0"/>
        <w:rPr>
          <w:rStyle w:val="Strong"/>
        </w:rPr>
      </w:pPr>
    </w:p>
    <w:p w14:paraId="46CE39FA" w14:textId="551FF234" w:rsidR="003F79F0" w:rsidRPr="005B1A26" w:rsidRDefault="005B1A26" w:rsidP="00383A85">
      <w:pPr>
        <w:spacing w:after="0"/>
      </w:pPr>
      <w:r w:rsidRPr="00891738">
        <w:rPr>
          <w:rStyle w:val="Strong"/>
          <w:rFonts w:ascii="Times New Roman" w:hAnsi="Times New Roman" w:cs="Times New Roman"/>
          <w:sz w:val="24"/>
          <w:szCs w:val="24"/>
        </w:rPr>
        <w:t>Use this template as your starting point — but don’t stop here. Add your unique experiences, dreams, and vision to truly stand out!</w:t>
      </w:r>
    </w:p>
    <w:sectPr w:rsidR="003F79F0" w:rsidRPr="005B1A26" w:rsidSect="00034616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32FED1" w14:textId="77777777" w:rsidR="00876AAE" w:rsidRDefault="00876AAE" w:rsidP="00876AAE">
      <w:pPr>
        <w:spacing w:after="0" w:line="240" w:lineRule="auto"/>
      </w:pPr>
      <w:r>
        <w:separator/>
      </w:r>
    </w:p>
  </w:endnote>
  <w:endnote w:type="continuationSeparator" w:id="0">
    <w:p w14:paraId="14682972" w14:textId="77777777" w:rsidR="00876AAE" w:rsidRDefault="00876AAE" w:rsidP="00876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F8933" w14:textId="77777777" w:rsidR="00876AAE" w:rsidRPr="00876AAE" w:rsidRDefault="00876AAE">
    <w:pPr>
      <w:pStyle w:val="Footer"/>
      <w:jc w:val="center"/>
      <w:rPr>
        <w:color w:val="000000" w:themeColor="text1"/>
      </w:rPr>
    </w:pPr>
    <w:r w:rsidRPr="00876AAE">
      <w:rPr>
        <w:color w:val="000000" w:themeColor="text1"/>
      </w:rPr>
      <w:t xml:space="preserve">Page </w:t>
    </w:r>
    <w:r w:rsidRPr="00876AAE">
      <w:rPr>
        <w:color w:val="000000" w:themeColor="text1"/>
      </w:rPr>
      <w:fldChar w:fldCharType="begin"/>
    </w:r>
    <w:r w:rsidRPr="00876AAE">
      <w:rPr>
        <w:color w:val="000000" w:themeColor="text1"/>
      </w:rPr>
      <w:instrText xml:space="preserve"> PAGE  \* Arabic  \* MERGEFORMAT </w:instrText>
    </w:r>
    <w:r w:rsidRPr="00876AAE">
      <w:rPr>
        <w:color w:val="000000" w:themeColor="text1"/>
      </w:rPr>
      <w:fldChar w:fldCharType="separate"/>
    </w:r>
    <w:r w:rsidRPr="00876AAE">
      <w:rPr>
        <w:noProof/>
        <w:color w:val="000000" w:themeColor="text1"/>
      </w:rPr>
      <w:t>2</w:t>
    </w:r>
    <w:r w:rsidRPr="00876AAE">
      <w:rPr>
        <w:color w:val="000000" w:themeColor="text1"/>
      </w:rPr>
      <w:fldChar w:fldCharType="end"/>
    </w:r>
    <w:r w:rsidRPr="00876AAE">
      <w:rPr>
        <w:color w:val="000000" w:themeColor="text1"/>
      </w:rPr>
      <w:t xml:space="preserve"> of </w:t>
    </w:r>
    <w:r w:rsidRPr="00876AAE">
      <w:rPr>
        <w:color w:val="000000" w:themeColor="text1"/>
      </w:rPr>
      <w:fldChar w:fldCharType="begin"/>
    </w:r>
    <w:r w:rsidRPr="00876AAE">
      <w:rPr>
        <w:color w:val="000000" w:themeColor="text1"/>
      </w:rPr>
      <w:instrText xml:space="preserve"> NUMPAGES  \* Arabic  \* MERGEFORMAT </w:instrText>
    </w:r>
    <w:r w:rsidRPr="00876AAE">
      <w:rPr>
        <w:color w:val="000000" w:themeColor="text1"/>
      </w:rPr>
      <w:fldChar w:fldCharType="separate"/>
    </w:r>
    <w:r w:rsidRPr="00876AAE">
      <w:rPr>
        <w:noProof/>
        <w:color w:val="000000" w:themeColor="text1"/>
      </w:rPr>
      <w:t>2</w:t>
    </w:r>
    <w:r w:rsidRPr="00876AAE">
      <w:rPr>
        <w:color w:val="000000" w:themeColor="text1"/>
      </w:rPr>
      <w:fldChar w:fldCharType="end"/>
    </w:r>
  </w:p>
  <w:p w14:paraId="466A396B" w14:textId="77777777" w:rsidR="00876AAE" w:rsidRDefault="00876A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14DF0" w14:textId="77777777" w:rsidR="00876AAE" w:rsidRDefault="00876AAE" w:rsidP="00876AAE">
      <w:pPr>
        <w:spacing w:after="0" w:line="240" w:lineRule="auto"/>
      </w:pPr>
      <w:r>
        <w:separator/>
      </w:r>
    </w:p>
  </w:footnote>
  <w:footnote w:type="continuationSeparator" w:id="0">
    <w:p w14:paraId="52C1F97F" w14:textId="77777777" w:rsidR="00876AAE" w:rsidRDefault="00876AAE" w:rsidP="00876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8D64A" w14:textId="14A6174A" w:rsidR="00CA5608" w:rsidRDefault="00CA5608" w:rsidP="00CA5608">
    <w:pPr>
      <w:pStyle w:val="Header"/>
    </w:pPr>
    <w:r>
      <w:rPr>
        <w:noProof/>
      </w:rPr>
      <w:drawing>
        <wp:inline distT="0" distB="0" distL="0" distR="0" wp14:anchorId="42D840C8" wp14:editId="4F790B3E">
          <wp:extent cx="640748" cy="640748"/>
          <wp:effectExtent l="0" t="0" r="0" b="0"/>
          <wp:docPr id="2082687298" name="Picture 1" descr="A logo on a purpl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2687298" name="Picture 1" descr="A logo on a purple background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9399" cy="6793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1051475"/>
    <w:multiLevelType w:val="multilevel"/>
    <w:tmpl w:val="27600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7688652">
    <w:abstractNumId w:val="8"/>
  </w:num>
  <w:num w:numId="2" w16cid:durableId="951400342">
    <w:abstractNumId w:val="6"/>
  </w:num>
  <w:num w:numId="3" w16cid:durableId="1252932412">
    <w:abstractNumId w:val="5"/>
  </w:num>
  <w:num w:numId="4" w16cid:durableId="1870414260">
    <w:abstractNumId w:val="4"/>
  </w:num>
  <w:num w:numId="5" w16cid:durableId="1731876743">
    <w:abstractNumId w:val="7"/>
  </w:num>
  <w:num w:numId="6" w16cid:durableId="723604462">
    <w:abstractNumId w:val="3"/>
  </w:num>
  <w:num w:numId="7" w16cid:durableId="1927839679">
    <w:abstractNumId w:val="2"/>
  </w:num>
  <w:num w:numId="8" w16cid:durableId="805465423">
    <w:abstractNumId w:val="1"/>
  </w:num>
  <w:num w:numId="9" w16cid:durableId="1262104858">
    <w:abstractNumId w:val="0"/>
  </w:num>
  <w:num w:numId="10" w16cid:durableId="149641500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9409D"/>
    <w:rsid w:val="0015074B"/>
    <w:rsid w:val="00223F1D"/>
    <w:rsid w:val="0029639D"/>
    <w:rsid w:val="0030027F"/>
    <w:rsid w:val="00326F90"/>
    <w:rsid w:val="00361461"/>
    <w:rsid w:val="00383A85"/>
    <w:rsid w:val="003F79F0"/>
    <w:rsid w:val="00501708"/>
    <w:rsid w:val="0051386D"/>
    <w:rsid w:val="005B1A26"/>
    <w:rsid w:val="006B3C49"/>
    <w:rsid w:val="00750E3F"/>
    <w:rsid w:val="00796F5D"/>
    <w:rsid w:val="00876AAE"/>
    <w:rsid w:val="00891738"/>
    <w:rsid w:val="0091455E"/>
    <w:rsid w:val="00A16038"/>
    <w:rsid w:val="00A16A1A"/>
    <w:rsid w:val="00AA1D8D"/>
    <w:rsid w:val="00B444B0"/>
    <w:rsid w:val="00B47730"/>
    <w:rsid w:val="00BC35E2"/>
    <w:rsid w:val="00BC7A4F"/>
    <w:rsid w:val="00CA5608"/>
    <w:rsid w:val="00CB0664"/>
    <w:rsid w:val="00D15775"/>
    <w:rsid w:val="00DD796F"/>
    <w:rsid w:val="00E200C7"/>
    <w:rsid w:val="00E44437"/>
    <w:rsid w:val="00E96D85"/>
    <w:rsid w:val="00ED3F5E"/>
    <w:rsid w:val="00FB325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F118C0"/>
  <w14:defaultImageDpi w14:val="300"/>
  <w15:docId w15:val="{6716B155-8B43-8C43-A638-DE6AD9BDA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07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996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Curtis Watson</cp:lastModifiedBy>
  <cp:revision>2</cp:revision>
  <dcterms:created xsi:type="dcterms:W3CDTF">2025-04-11T10:27:00Z</dcterms:created>
  <dcterms:modified xsi:type="dcterms:W3CDTF">2025-04-11T10:27:00Z</dcterms:modified>
  <cp:category/>
</cp:coreProperties>
</file>