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="79617EA5" w:rsidP="79C74B65" w:rsidRDefault="79617EA5" w14:paraId="3D89184F" w14:textId="67BE2256">
      <w:pPr>
        <w:pStyle w:val="Normal"/>
        <w:jc w:val="right"/>
      </w:pPr>
      <w:r w:rsidR="79617EA5">
        <w:drawing>
          <wp:inline wp14:editId="09A8FA09" wp14:anchorId="1F803FBF">
            <wp:extent cx="1571625" cy="1400175"/>
            <wp:effectExtent l="0" t="0" r="0" b="0"/>
            <wp:docPr id="155800322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58003224" name="Picture 1558003224"/>
                    <pic:cNvPicPr/>
                  </pic:nvPicPr>
                  <pic:blipFill>
                    <a:blip xmlns:r="http://schemas.openxmlformats.org/officeDocument/2006/relationships" r:embed="rId11095235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79C74B65" w14:paraId="7F051D3C" wp14:textId="77777777">
      <w:pPr>
        <w:pStyle w:val="Heading1"/>
        <w:jc w:val="center"/>
        <w:rPr>
          <w:color w:val="F777CC"/>
        </w:rPr>
      </w:pPr>
      <w:r w:rsidRPr="79C74B65" w:rsidR="79C74B65">
        <w:rPr>
          <w:color w:val="F777CC"/>
        </w:rPr>
        <w:t>Gourmet Goodies HTX</w:t>
      </w:r>
    </w:p>
    <w:p w:rsidR="05203474" w:rsidP="79C74B65" w:rsidRDefault="05203474" w14:paraId="2285EF23" w14:textId="629EB9BB">
      <w:pPr>
        <w:pStyle w:val="Heading2"/>
        <w:suppressLineNumbers w:val="0"/>
        <w:bidi w:val="0"/>
        <w:spacing w:before="200" w:beforeAutospacing="off" w:after="0" w:afterAutospacing="off" w:line="276" w:lineRule="auto"/>
        <w:ind w:left="0" w:right="0"/>
        <w:jc w:val="center"/>
        <w:rPr>
          <w:rFonts w:ascii="Cambria" w:hAnsi="Cambria" w:eastAsia="Cambria" w:cs="Cambria"/>
          <w:b w:val="1"/>
          <w:bCs w:val="1"/>
          <w:i w:val="0"/>
          <w:iCs w:val="0"/>
          <w:color w:val="F2B98D"/>
          <w:sz w:val="36"/>
          <w:szCs w:val="36"/>
        </w:rPr>
      </w:pPr>
      <w:r w:rsidRPr="79C74B65" w:rsidR="05203474">
        <w:rPr>
          <w:rFonts w:ascii="Cambria" w:hAnsi="Cambria" w:eastAsia="Cambria" w:cs="Cambria"/>
          <w:b w:val="1"/>
          <w:bCs w:val="1"/>
          <w:i w:val="0"/>
          <w:iCs w:val="0"/>
          <w:color w:val="F2B98D"/>
          <w:sz w:val="36"/>
          <w:szCs w:val="36"/>
        </w:rPr>
        <w:t>Gourmet Cupcake Collection</w:t>
      </w:r>
    </w:p>
    <w:p xmlns:wp14="http://schemas.microsoft.com/office/word/2010/wordml" w14:paraId="07CEA58A" wp14:textId="2927D6E6">
      <w:r w:rsidR="79C74B65">
        <w:rPr/>
        <w:t xml:space="preserve">All flavors are </w:t>
      </w:r>
      <w:r w:rsidR="79C74B65">
        <w:rPr/>
        <w:t>available</w:t>
      </w:r>
      <w:r w:rsidR="79C74B65">
        <w:rPr/>
        <w:t xml:space="preserve"> Gluten Free. Many can also be </w:t>
      </w:r>
      <w:r w:rsidR="79C74B65">
        <w:rPr/>
        <w:t>made</w:t>
      </w:r>
      <w:r w:rsidR="79C74B65">
        <w:rPr/>
        <w:t xml:space="preserve"> Keto upon request.</w:t>
      </w:r>
      <w:r w:rsidR="6BB00CCF">
        <w:rPr/>
        <w:t xml:space="preserve"> Custom flavors welcomed for weddings, birthdays, showers, corporate events, and special occasions. All cake flavors, filling options, and buttercream flavors can be mixed and matched.</w:t>
      </w:r>
      <w:r>
        <w:br/>
      </w:r>
    </w:p>
    <w:p xmlns:wp14="http://schemas.microsoft.com/office/word/2010/wordml" w14:paraId="28863228" wp14:textId="77777777">
      <w:pPr>
        <w:pStyle w:val="Heading2"/>
      </w:pPr>
      <w:r w:rsidRPr="79C74B65" w:rsidR="79C74B65">
        <w:rPr>
          <w:color w:val="52C471"/>
        </w:rPr>
        <w:t>Classic Favorites</w:t>
      </w:r>
    </w:p>
    <w:p xmlns:wp14="http://schemas.microsoft.com/office/word/2010/wordml" w14:paraId="745AC49E" wp14:textId="77777777">
      <w:pPr>
        <w:pStyle w:val="ListBullet"/>
      </w:pPr>
      <w:r>
        <w:rPr>
          <w:b/>
        </w:rPr>
        <w:t xml:space="preserve">Vanilla Bean: </w:t>
      </w:r>
      <w:r>
        <w:t>Classic vanilla bean cake topped with smooth vanilla buttercream.</w:t>
      </w:r>
    </w:p>
    <w:p xmlns:wp14="http://schemas.microsoft.com/office/word/2010/wordml" w14:paraId="7353BF84" wp14:textId="77777777">
      <w:pPr>
        <w:pStyle w:val="ListBullet"/>
      </w:pPr>
      <w:r>
        <w:rPr>
          <w:b/>
        </w:rPr>
        <w:t xml:space="preserve">Chocolate Fudge: </w:t>
      </w:r>
      <w:r>
        <w:t>Rich chocolate cake with decadent chocolate buttercream.</w:t>
      </w:r>
    </w:p>
    <w:p xmlns:wp14="http://schemas.microsoft.com/office/word/2010/wordml" w14:paraId="76E4CF99" wp14:textId="77777777">
      <w:pPr>
        <w:pStyle w:val="ListBullet"/>
      </w:pPr>
      <w:r>
        <w:rPr>
          <w:b/>
        </w:rPr>
        <w:t xml:space="preserve">Birthday Cake: </w:t>
      </w:r>
      <w:r>
        <w:t>Vanilla sprinkle cake with vanilla buttercream and rainbow sprinkles.</w:t>
      </w:r>
    </w:p>
    <w:p xmlns:wp14="http://schemas.microsoft.com/office/word/2010/wordml" w14:paraId="44E4B10E" wp14:textId="77777777">
      <w:pPr>
        <w:pStyle w:val="ListBullet"/>
      </w:pPr>
      <w:r>
        <w:rPr>
          <w:b/>
        </w:rPr>
        <w:t xml:space="preserve">Funfetti: </w:t>
      </w:r>
      <w:r>
        <w:t>Vanilla cake loaded with colorful sprinkles.</w:t>
      </w:r>
    </w:p>
    <w:p xmlns:wp14="http://schemas.microsoft.com/office/word/2010/wordml" w14:paraId="664A7543" wp14:textId="77777777">
      <w:pPr>
        <w:pStyle w:val="ListBullet"/>
      </w:pPr>
      <w:r>
        <w:rPr>
          <w:b/>
        </w:rPr>
        <w:t xml:space="preserve">Marble: </w:t>
      </w:r>
      <w:r>
        <w:t>Swirls of vanilla and chocolate cake.</w:t>
      </w:r>
    </w:p>
    <w:p xmlns:wp14="http://schemas.microsoft.com/office/word/2010/wordml" w14:paraId="1662F692" wp14:textId="77777777">
      <w:pPr>
        <w:pStyle w:val="ListBullet"/>
      </w:pPr>
      <w:r>
        <w:rPr>
          <w:b/>
        </w:rPr>
        <w:t xml:space="preserve">Yellow Cake with Chocolate Buttercream: </w:t>
      </w:r>
      <w:r>
        <w:t>Old-fashioned yellow cake with rich chocolate buttercream.</w:t>
      </w:r>
    </w:p>
    <w:p xmlns:wp14="http://schemas.microsoft.com/office/word/2010/wordml" w14:paraId="64A8C3CB" wp14:textId="77777777">
      <w:pPr>
        <w:pStyle w:val="ListBullet"/>
      </w:pPr>
      <w:r>
        <w:rPr>
          <w:b/>
        </w:rPr>
        <w:t xml:space="preserve">Cookies &amp; Cream: </w:t>
      </w:r>
      <w:r>
        <w:t>Cookies-and-cream cake with Oreo buttercream.</w:t>
      </w:r>
    </w:p>
    <w:p xmlns:wp14="http://schemas.microsoft.com/office/word/2010/wordml" w14:paraId="7372DAE5" wp14:textId="2803F453">
      <w:pPr>
        <w:pStyle w:val="ListBullet"/>
        <w:rPr/>
      </w:pPr>
      <w:r w:rsidRPr="79C74B65" w:rsidR="79C74B65">
        <w:rPr>
          <w:b w:val="1"/>
          <w:bCs w:val="1"/>
        </w:rPr>
        <w:t xml:space="preserve">Cookie Monster: </w:t>
      </w:r>
      <w:r w:rsidR="79C74B65">
        <w:rPr/>
        <w:t>Cookies-and-cream cake packed with Oreos and Chips Ahoy, topped with blue buttercream and cookies.</w:t>
      </w:r>
    </w:p>
    <w:p xmlns:wp14="http://schemas.microsoft.com/office/word/2010/wordml" w14:paraId="4FBB83AC" wp14:textId="77777777">
      <w:pPr>
        <w:pStyle w:val="ListBullet"/>
      </w:pPr>
      <w:r>
        <w:rPr>
          <w:b/>
        </w:rPr>
        <w:t xml:space="preserve">Red Velvet: </w:t>
      </w:r>
      <w:r>
        <w:t>Classic red velvet cake with cream cheese-style buttercream.</w:t>
      </w:r>
    </w:p>
    <w:p xmlns:wp14="http://schemas.microsoft.com/office/word/2010/wordml" w14:paraId="001FC98B" wp14:textId="77777777">
      <w:pPr>
        <w:pStyle w:val="ListBullet"/>
      </w:pPr>
      <w:r>
        <w:rPr>
          <w:b/>
        </w:rPr>
        <w:t xml:space="preserve">Strawberry: </w:t>
      </w:r>
      <w:r>
        <w:t>Fresh strawberry cake with strawberry buttercream.</w:t>
      </w:r>
    </w:p>
    <w:p xmlns:wp14="http://schemas.microsoft.com/office/word/2010/wordml" w14:paraId="2A7838C3" wp14:textId="77777777">
      <w:pPr>
        <w:pStyle w:val="ListBullet"/>
      </w:pPr>
      <w:r>
        <w:rPr>
          <w:b/>
        </w:rPr>
        <w:t xml:space="preserve">Lemon: </w:t>
      </w:r>
      <w:r>
        <w:t>Bright lemon cake with lemon buttercream.</w:t>
      </w:r>
    </w:p>
    <w:p xmlns:wp14="http://schemas.microsoft.com/office/word/2010/wordml" w14:paraId="375B574A" wp14:textId="77777777">
      <w:pPr>
        <w:pStyle w:val="ListBullet"/>
      </w:pPr>
      <w:r>
        <w:rPr>
          <w:b/>
        </w:rPr>
        <w:t xml:space="preserve">White Chocolate: </w:t>
      </w:r>
      <w:r>
        <w:t>Vanilla cake with creamy white chocolate buttercream.</w:t>
      </w:r>
    </w:p>
    <w:p xmlns:wp14="http://schemas.microsoft.com/office/word/2010/wordml" w:rsidP="79C74B65" w14:paraId="0689DFFA" wp14:textId="77777777">
      <w:pPr>
        <w:pStyle w:val="Heading2"/>
        <w:rPr>
          <w:color w:val="52C471"/>
        </w:rPr>
      </w:pPr>
      <w:r w:rsidRPr="79C74B65" w:rsidR="79C74B65">
        <w:rPr>
          <w:color w:val="52C471"/>
        </w:rPr>
        <w:t>Stuffed Cupcakes</w:t>
      </w:r>
    </w:p>
    <w:p xmlns:wp14="http://schemas.microsoft.com/office/word/2010/wordml" w14:paraId="44EB606A" wp14:textId="77777777">
      <w:pPr>
        <w:pStyle w:val="ListBullet"/>
      </w:pPr>
      <w:r>
        <w:rPr>
          <w:b/>
        </w:rPr>
        <w:t xml:space="preserve">White Chocolate Raspberry: </w:t>
      </w:r>
      <w:r>
        <w:t>Vanilla cake filled with raspberry filling, raspberry buttercream, white chocolate curls and fresh raspberry.</w:t>
      </w:r>
    </w:p>
    <w:p xmlns:wp14="http://schemas.microsoft.com/office/word/2010/wordml" w14:paraId="1EBC4516" wp14:textId="77777777">
      <w:pPr>
        <w:pStyle w:val="ListBullet"/>
      </w:pPr>
      <w:r>
        <w:rPr>
          <w:b/>
        </w:rPr>
        <w:t xml:space="preserve">Black Forest: </w:t>
      </w:r>
      <w:r>
        <w:t>Chocolate cake filled with cherry filling and chocolate buttercream.</w:t>
      </w:r>
    </w:p>
    <w:p xmlns:wp14="http://schemas.microsoft.com/office/word/2010/wordml" w14:paraId="6DBF2699" wp14:textId="77777777">
      <w:pPr>
        <w:pStyle w:val="ListBullet"/>
      </w:pPr>
      <w:r>
        <w:rPr>
          <w:b/>
        </w:rPr>
        <w:t xml:space="preserve">Peach Cobbler: </w:t>
      </w:r>
      <w:r>
        <w:t>Cinnamon-spiced cake filled with homemade peach cobbler and topped with cinnamon buttercream and streusel.</w:t>
      </w:r>
    </w:p>
    <w:p xmlns:wp14="http://schemas.microsoft.com/office/word/2010/wordml" w14:paraId="648C6D39" wp14:textId="77777777">
      <w:pPr>
        <w:pStyle w:val="ListBullet"/>
      </w:pPr>
      <w:r>
        <w:rPr>
          <w:b/>
        </w:rPr>
        <w:t xml:space="preserve">Strawberry Shortcake: </w:t>
      </w:r>
      <w:r>
        <w:t>Vanilla cake filled with strawberry filling.</w:t>
      </w:r>
    </w:p>
    <w:p xmlns:wp14="http://schemas.microsoft.com/office/word/2010/wordml" w14:paraId="3D6F6A00" wp14:textId="77777777">
      <w:pPr>
        <w:pStyle w:val="ListBullet"/>
      </w:pPr>
      <w:r>
        <w:rPr>
          <w:b/>
        </w:rPr>
        <w:t xml:space="preserve">Lemon Blueberry: </w:t>
      </w:r>
      <w:r>
        <w:t>Lemon cake filled with blueberry filling.</w:t>
      </w:r>
    </w:p>
    <w:p xmlns:wp14="http://schemas.microsoft.com/office/word/2010/wordml" w14:paraId="5017760D" wp14:textId="77777777">
      <w:pPr>
        <w:pStyle w:val="ListBullet"/>
      </w:pPr>
      <w:r>
        <w:rPr>
          <w:b/>
        </w:rPr>
        <w:t xml:space="preserve">Lemon Raspberry: </w:t>
      </w:r>
      <w:r>
        <w:t>Lemon cake filled with raspberry filling.</w:t>
      </w:r>
    </w:p>
    <w:p xmlns:wp14="http://schemas.microsoft.com/office/word/2010/wordml" w14:paraId="55B18D95" wp14:textId="77777777">
      <w:pPr>
        <w:pStyle w:val="ListBullet"/>
      </w:pPr>
      <w:r>
        <w:rPr>
          <w:b/>
        </w:rPr>
        <w:t xml:space="preserve">Chocolate Covered Strawberry: </w:t>
      </w:r>
      <w:r>
        <w:t>Chocolate cake with strawberry filling.</w:t>
      </w:r>
    </w:p>
    <w:p xmlns:wp14="http://schemas.microsoft.com/office/word/2010/wordml" w14:paraId="35A86B9E" wp14:textId="77777777">
      <w:pPr>
        <w:pStyle w:val="ListBullet"/>
      </w:pPr>
      <w:r>
        <w:rPr>
          <w:b/>
        </w:rPr>
        <w:t xml:space="preserve">Boston Cream: </w:t>
      </w:r>
      <w:r>
        <w:t>Vanilla cake filled with pastry cream.</w:t>
      </w:r>
    </w:p>
    <w:p xmlns:wp14="http://schemas.microsoft.com/office/word/2010/wordml" w14:paraId="06EA770F" wp14:textId="77777777">
      <w:pPr>
        <w:pStyle w:val="ListBullet"/>
      </w:pPr>
      <w:r>
        <w:rPr>
          <w:b/>
        </w:rPr>
        <w:t xml:space="preserve">Banana Pudding: </w:t>
      </w:r>
      <w:r>
        <w:t>Vanilla cake filled with banana pudding.</w:t>
      </w:r>
    </w:p>
    <w:p xmlns:wp14="http://schemas.microsoft.com/office/word/2010/wordml" w14:paraId="40E06B8A" wp14:textId="77777777">
      <w:pPr>
        <w:pStyle w:val="ListBullet"/>
      </w:pPr>
      <w:r>
        <w:rPr>
          <w:b/>
        </w:rPr>
        <w:t xml:space="preserve">Oreo Cheesecake: </w:t>
      </w:r>
      <w:r>
        <w:t>Cookies-and-cream cake with cheesecake-style filling.</w:t>
      </w:r>
    </w:p>
    <w:p xmlns:wp14="http://schemas.microsoft.com/office/word/2010/wordml" w14:paraId="736E4273" wp14:textId="77777777">
      <w:pPr>
        <w:pStyle w:val="ListBullet"/>
      </w:pPr>
      <w:r>
        <w:rPr>
          <w:b/>
        </w:rPr>
        <w:t xml:space="preserve">Chocolate Peanut Butter: </w:t>
      </w:r>
      <w:r>
        <w:t>Chocolate cake filled with peanut butter frosting.</w:t>
      </w:r>
    </w:p>
    <w:p xmlns:wp14="http://schemas.microsoft.com/office/word/2010/wordml" w14:paraId="16D1BA30" wp14:textId="77777777">
      <w:pPr>
        <w:pStyle w:val="ListBullet"/>
      </w:pPr>
      <w:r>
        <w:rPr>
          <w:b/>
        </w:rPr>
        <w:t xml:space="preserve">Salted Caramel: </w:t>
      </w:r>
      <w:r>
        <w:t>Caramel-filled cupcake with salted caramel buttercream.</w:t>
      </w:r>
    </w:p>
    <w:p xmlns:wp14="http://schemas.microsoft.com/office/word/2010/wordml" w14:paraId="7F880427" wp14:textId="77777777">
      <w:pPr>
        <w:pStyle w:val="ListBullet"/>
      </w:pPr>
      <w:r>
        <w:rPr>
          <w:b/>
        </w:rPr>
        <w:t xml:space="preserve">Turtle: </w:t>
      </w:r>
      <w:r>
        <w:t>Chocolate, caramel and pecans.</w:t>
      </w:r>
    </w:p>
    <w:p xmlns:wp14="http://schemas.microsoft.com/office/word/2010/wordml" w14:paraId="5388E583" wp14:textId="77777777">
      <w:pPr>
        <w:pStyle w:val="ListBullet"/>
      </w:pPr>
      <w:r>
        <w:rPr>
          <w:b/>
        </w:rPr>
        <w:t xml:space="preserve">S'mores: </w:t>
      </w:r>
      <w:r>
        <w:t>Chocolate cake with marshmallow filling and graham cracker crumbs.</w:t>
      </w:r>
    </w:p>
    <w:p xmlns:wp14="http://schemas.microsoft.com/office/word/2010/wordml" w14:paraId="32D092EA" wp14:textId="77777777">
      <w:pPr>
        <w:pStyle w:val="ListBullet"/>
      </w:pPr>
      <w:r>
        <w:rPr>
          <w:b/>
        </w:rPr>
        <w:t xml:space="preserve">Coconut Cream: </w:t>
      </w:r>
      <w:r>
        <w:t>Vanilla cake with coconut cream filling.</w:t>
      </w:r>
    </w:p>
    <w:p xmlns:wp14="http://schemas.microsoft.com/office/word/2010/wordml" w14:paraId="036D7C1C" wp14:textId="77777777">
      <w:pPr>
        <w:pStyle w:val="ListBullet"/>
      </w:pPr>
      <w:r>
        <w:rPr>
          <w:b/>
        </w:rPr>
        <w:t xml:space="preserve">Key Lime Pie: </w:t>
      </w:r>
      <w:r>
        <w:t>Key lime cake with tart lime filling.</w:t>
      </w:r>
    </w:p>
    <w:p xmlns:wp14="http://schemas.microsoft.com/office/word/2010/wordml" w:rsidP="79C74B65" w14:paraId="2A45E697" wp14:textId="77777777">
      <w:pPr>
        <w:pStyle w:val="Heading2"/>
        <w:rPr>
          <w:color w:val="52C471"/>
        </w:rPr>
      </w:pPr>
      <w:r w:rsidRPr="79C74B65" w:rsidR="79C74B65">
        <w:rPr>
          <w:color w:val="52C471"/>
        </w:rPr>
        <w:t>Fruit Collection</w:t>
      </w:r>
    </w:p>
    <w:p xmlns:wp14="http://schemas.microsoft.com/office/word/2010/wordml" w14:paraId="10E3904B" wp14:textId="77777777">
      <w:pPr>
        <w:pStyle w:val="ListBullet"/>
      </w:pPr>
      <w:r>
        <w:rPr>
          <w:b/>
        </w:rPr>
        <w:t xml:space="preserve">Raspberry Lemon: </w:t>
      </w:r>
      <w:r>
        <w:t>Sweet raspberries with bright lemon.</w:t>
      </w:r>
    </w:p>
    <w:p xmlns:wp14="http://schemas.microsoft.com/office/word/2010/wordml" w14:paraId="03DDF17D" wp14:textId="77777777">
      <w:pPr>
        <w:pStyle w:val="ListBullet"/>
      </w:pPr>
      <w:r>
        <w:rPr>
          <w:b/>
        </w:rPr>
        <w:t xml:space="preserve">Blueberry Lemon: </w:t>
      </w:r>
      <w:r>
        <w:t>Fresh blueberries with lemon.</w:t>
      </w:r>
    </w:p>
    <w:p xmlns:wp14="http://schemas.microsoft.com/office/word/2010/wordml" w14:paraId="30293238" wp14:textId="77777777">
      <w:pPr>
        <w:pStyle w:val="ListBullet"/>
      </w:pPr>
      <w:r>
        <w:rPr>
          <w:b/>
        </w:rPr>
        <w:t xml:space="preserve">Mixed Berry: </w:t>
      </w:r>
      <w:r>
        <w:t>A blend of seasonal berries.</w:t>
      </w:r>
    </w:p>
    <w:p xmlns:wp14="http://schemas.microsoft.com/office/word/2010/wordml" w14:paraId="5B5311CB" wp14:textId="77777777">
      <w:pPr>
        <w:pStyle w:val="ListBullet"/>
      </w:pPr>
      <w:r>
        <w:rPr>
          <w:b/>
        </w:rPr>
        <w:t xml:space="preserve">Blackberry Vanilla: </w:t>
      </w:r>
      <w:r>
        <w:t>Vanilla paired with blackberries.</w:t>
      </w:r>
    </w:p>
    <w:p xmlns:wp14="http://schemas.microsoft.com/office/word/2010/wordml" w14:paraId="4AF25983" wp14:textId="77777777">
      <w:pPr>
        <w:pStyle w:val="ListBullet"/>
      </w:pPr>
      <w:r>
        <w:rPr>
          <w:b/>
        </w:rPr>
        <w:t xml:space="preserve">Cherry Almond: </w:t>
      </w:r>
      <w:r>
        <w:t>Sweet cherries with almond.</w:t>
      </w:r>
    </w:p>
    <w:p xmlns:wp14="http://schemas.microsoft.com/office/word/2010/wordml" w14:paraId="5825DF96" wp14:textId="77777777">
      <w:pPr>
        <w:pStyle w:val="ListBullet"/>
      </w:pPr>
      <w:r>
        <w:rPr>
          <w:b/>
        </w:rPr>
        <w:t xml:space="preserve">Pineapple Upside Down: </w:t>
      </w:r>
      <w:r>
        <w:t>Pineapple and cherry with brown sugar.</w:t>
      </w:r>
    </w:p>
    <w:p xmlns:wp14="http://schemas.microsoft.com/office/word/2010/wordml" w14:paraId="4101F386" wp14:textId="77777777">
      <w:pPr>
        <w:pStyle w:val="ListBullet"/>
      </w:pPr>
      <w:r>
        <w:rPr>
          <w:b/>
        </w:rPr>
        <w:t xml:space="preserve">Orange Creamsicle: </w:t>
      </w:r>
      <w:r>
        <w:t>Orange and creamy vanilla.</w:t>
      </w:r>
    </w:p>
    <w:p xmlns:wp14="http://schemas.microsoft.com/office/word/2010/wordml" w14:paraId="56D2DEA3" wp14:textId="77777777">
      <w:pPr>
        <w:pStyle w:val="ListBullet"/>
      </w:pPr>
      <w:r>
        <w:rPr>
          <w:b/>
        </w:rPr>
        <w:t xml:space="preserve">Strawberry Lemonade: </w:t>
      </w:r>
      <w:r>
        <w:t>Sweet strawberries with lemonade.</w:t>
      </w:r>
    </w:p>
    <w:p xmlns:wp14="http://schemas.microsoft.com/office/word/2010/wordml" w14:paraId="4D2A3105" wp14:textId="77777777">
      <w:pPr>
        <w:pStyle w:val="ListBullet"/>
      </w:pPr>
      <w:r>
        <w:rPr>
          <w:b/>
        </w:rPr>
        <w:t xml:space="preserve">Apple Pie: </w:t>
      </w:r>
      <w:r>
        <w:t>Warm cinnamon apples.</w:t>
      </w:r>
    </w:p>
    <w:p xmlns:wp14="http://schemas.microsoft.com/office/word/2010/wordml" w14:paraId="69F4279E" wp14:textId="77777777">
      <w:pPr>
        <w:pStyle w:val="ListBullet"/>
      </w:pPr>
      <w:r>
        <w:rPr>
          <w:b/>
        </w:rPr>
        <w:t xml:space="preserve">Cranberry Orange: </w:t>
      </w:r>
      <w:r>
        <w:t>Tart cranberry with orange.</w:t>
      </w:r>
    </w:p>
    <w:p xmlns:wp14="http://schemas.microsoft.com/office/word/2010/wordml" w:rsidP="79C74B65" w14:paraId="61C0FF70" wp14:textId="77777777">
      <w:pPr>
        <w:pStyle w:val="Heading2"/>
        <w:rPr>
          <w:color w:val="52C471"/>
        </w:rPr>
      </w:pPr>
      <w:r w:rsidRPr="79C74B65" w:rsidR="79C74B65">
        <w:rPr>
          <w:color w:val="52C471"/>
        </w:rPr>
        <w:t>Chocolate Collection</w:t>
      </w:r>
    </w:p>
    <w:p xmlns:wp14="http://schemas.microsoft.com/office/word/2010/wordml" w14:paraId="1E6A4524" wp14:textId="77777777">
      <w:pPr>
        <w:pStyle w:val="ListBullet"/>
      </w:pPr>
      <w:r>
        <w:rPr>
          <w:b/>
        </w:rPr>
        <w:t xml:space="preserve">Triple Chocolate: </w:t>
      </w:r>
      <w:r>
        <w:t>Chocolate cake, chocolate chips and chocolate buttercream.</w:t>
      </w:r>
    </w:p>
    <w:p xmlns:wp14="http://schemas.microsoft.com/office/word/2010/wordml" w14:paraId="671A91EF" wp14:textId="77777777">
      <w:pPr>
        <w:pStyle w:val="ListBullet"/>
      </w:pPr>
      <w:r>
        <w:rPr>
          <w:b/>
        </w:rPr>
        <w:t xml:space="preserve">Chocolate Ganache: </w:t>
      </w:r>
      <w:r>
        <w:t>Chocolate cake topped with silky ganache.</w:t>
      </w:r>
    </w:p>
    <w:p xmlns:wp14="http://schemas.microsoft.com/office/word/2010/wordml" w14:paraId="32D5B92A" wp14:textId="77777777">
      <w:pPr>
        <w:pStyle w:val="ListBullet"/>
      </w:pPr>
      <w:r>
        <w:rPr>
          <w:b/>
        </w:rPr>
        <w:t xml:space="preserve">Chocolate Hazelnut: </w:t>
      </w:r>
      <w:r>
        <w:t>Chocolate and hazelnut buttercream.</w:t>
      </w:r>
    </w:p>
    <w:p xmlns:wp14="http://schemas.microsoft.com/office/word/2010/wordml" w14:paraId="072FE86F" wp14:textId="77777777">
      <w:pPr>
        <w:pStyle w:val="ListBullet"/>
      </w:pPr>
      <w:r>
        <w:rPr>
          <w:b/>
        </w:rPr>
        <w:t xml:space="preserve">Mocha Espresso: </w:t>
      </w:r>
      <w:r>
        <w:t>Chocolate infused with espresso.</w:t>
      </w:r>
    </w:p>
    <w:p xmlns:wp14="http://schemas.microsoft.com/office/word/2010/wordml" w14:paraId="75E37C2B" wp14:textId="77777777">
      <w:pPr>
        <w:pStyle w:val="ListBullet"/>
      </w:pPr>
      <w:r>
        <w:rPr>
          <w:b/>
        </w:rPr>
        <w:t xml:space="preserve">Chocolate Caramel: </w:t>
      </w:r>
      <w:r>
        <w:t>Chocolate with rich caramel.</w:t>
      </w:r>
    </w:p>
    <w:p xmlns:wp14="http://schemas.microsoft.com/office/word/2010/wordml" w14:paraId="774F332E" wp14:textId="77777777">
      <w:pPr>
        <w:pStyle w:val="ListBullet"/>
      </w:pPr>
      <w:r>
        <w:rPr>
          <w:b/>
        </w:rPr>
        <w:t xml:space="preserve">Mint Chocolate: </w:t>
      </w:r>
      <w:r>
        <w:t>Chocolate with cool mint buttercream.</w:t>
      </w:r>
    </w:p>
    <w:p xmlns:wp14="http://schemas.microsoft.com/office/word/2010/wordml" w14:paraId="2149DA2F" wp14:textId="77777777">
      <w:pPr>
        <w:pStyle w:val="ListBullet"/>
      </w:pPr>
      <w:r>
        <w:rPr>
          <w:b/>
        </w:rPr>
        <w:t xml:space="preserve">German Chocolate: </w:t>
      </w:r>
      <w:r>
        <w:t>Chocolate with coconut pecan frosting.</w:t>
      </w:r>
    </w:p>
    <w:p xmlns:wp14="http://schemas.microsoft.com/office/word/2010/wordml" w14:paraId="2CC5E89B" wp14:textId="77777777">
      <w:pPr>
        <w:pStyle w:val="ListBullet"/>
      </w:pPr>
      <w:r>
        <w:rPr>
          <w:b/>
        </w:rPr>
        <w:t xml:space="preserve">Chocolate Raspberry: </w:t>
      </w:r>
      <w:r>
        <w:t>Chocolate paired with raspberry.</w:t>
      </w:r>
    </w:p>
    <w:p xmlns:wp14="http://schemas.microsoft.com/office/word/2010/wordml" w14:paraId="1168640C" wp14:textId="77777777">
      <w:pPr>
        <w:pStyle w:val="ListBullet"/>
      </w:pPr>
      <w:r>
        <w:rPr>
          <w:b/>
        </w:rPr>
        <w:t xml:space="preserve">Black Forest: </w:t>
      </w:r>
      <w:r>
        <w:t>Chocolate and cherries.</w:t>
      </w:r>
    </w:p>
    <w:p xmlns:wp14="http://schemas.microsoft.com/office/word/2010/wordml" w14:paraId="2EF2CE2C" wp14:textId="77777777">
      <w:pPr>
        <w:pStyle w:val="Heading2"/>
      </w:pPr>
      <w:r w:rsidRPr="79C74B65" w:rsidR="79C74B65">
        <w:rPr>
          <w:color w:val="52C471"/>
        </w:rPr>
        <w:t>Southern Favorites</w:t>
      </w:r>
    </w:p>
    <w:p xmlns:wp14="http://schemas.microsoft.com/office/word/2010/wordml" w14:paraId="7F0B4E23" wp14:textId="77777777">
      <w:pPr>
        <w:pStyle w:val="ListBullet"/>
      </w:pPr>
      <w:r>
        <w:rPr>
          <w:b/>
        </w:rPr>
        <w:t xml:space="preserve">Banana Pudding: </w:t>
      </w:r>
      <w:r>
        <w:t>Inspired by the Southern classic.</w:t>
      </w:r>
    </w:p>
    <w:p xmlns:wp14="http://schemas.microsoft.com/office/word/2010/wordml" w14:paraId="4AB8063F" wp14:textId="77777777">
      <w:pPr>
        <w:pStyle w:val="ListBullet"/>
      </w:pPr>
      <w:r>
        <w:rPr>
          <w:b/>
        </w:rPr>
        <w:t xml:space="preserve">Peach Cobbler: </w:t>
      </w:r>
      <w:r>
        <w:t>Fresh peaches, cinnamon and buttery crumble.</w:t>
      </w:r>
    </w:p>
    <w:p xmlns:wp14="http://schemas.microsoft.com/office/word/2010/wordml" w14:paraId="5C4E6992" wp14:textId="77777777">
      <w:pPr>
        <w:pStyle w:val="ListBullet"/>
      </w:pPr>
      <w:r>
        <w:rPr>
          <w:b/>
        </w:rPr>
        <w:t xml:space="preserve">Hummingbird: </w:t>
      </w:r>
      <w:r>
        <w:t>Banana, pineapple and pecans.</w:t>
      </w:r>
    </w:p>
    <w:p xmlns:wp14="http://schemas.microsoft.com/office/word/2010/wordml" w14:paraId="493012F3" wp14:textId="77777777">
      <w:pPr>
        <w:pStyle w:val="ListBullet"/>
      </w:pPr>
      <w:r>
        <w:rPr>
          <w:b/>
        </w:rPr>
        <w:t xml:space="preserve">Butter Pecan: </w:t>
      </w:r>
      <w:r>
        <w:t>Buttery cake with toasted pecans.</w:t>
      </w:r>
    </w:p>
    <w:p xmlns:wp14="http://schemas.microsoft.com/office/word/2010/wordml" w14:paraId="37680AC1" wp14:textId="77777777">
      <w:pPr>
        <w:pStyle w:val="ListBullet"/>
      </w:pPr>
      <w:r>
        <w:rPr>
          <w:b/>
        </w:rPr>
        <w:t xml:space="preserve">Kentucky Butter Cake: </w:t>
      </w:r>
      <w:r>
        <w:t>Rich buttery cake flavor.</w:t>
      </w:r>
    </w:p>
    <w:p xmlns:wp14="http://schemas.microsoft.com/office/word/2010/wordml" w14:paraId="07D30496" wp14:textId="77777777">
      <w:pPr>
        <w:pStyle w:val="ListBullet"/>
      </w:pPr>
      <w:r>
        <w:rPr>
          <w:b/>
        </w:rPr>
        <w:t xml:space="preserve">Sweet Potato Pie: </w:t>
      </w:r>
      <w:r>
        <w:t>Sweet potato with warm spices.</w:t>
      </w:r>
    </w:p>
    <w:p xmlns:wp14="http://schemas.microsoft.com/office/word/2010/wordml" w14:paraId="06999FA3" wp14:textId="77777777">
      <w:pPr>
        <w:pStyle w:val="ListBullet"/>
      </w:pPr>
      <w:r>
        <w:rPr>
          <w:b/>
        </w:rPr>
        <w:t xml:space="preserve">Carrot Cake: </w:t>
      </w:r>
      <w:r>
        <w:t>Moist carrot cake with cream cheese-style frosting.</w:t>
      </w:r>
    </w:p>
    <w:p xmlns:wp14="http://schemas.microsoft.com/office/word/2010/wordml" w14:paraId="41B2DB81" wp14:textId="77777777">
      <w:pPr>
        <w:pStyle w:val="ListBullet"/>
      </w:pPr>
      <w:r>
        <w:rPr>
          <w:b/>
        </w:rPr>
        <w:t xml:space="preserve">Italian Cream: </w:t>
      </w:r>
      <w:r>
        <w:t>Coconut, pecans and vanilla.</w:t>
      </w:r>
    </w:p>
    <w:p xmlns:wp14="http://schemas.microsoft.com/office/word/2010/wordml" w:rsidP="79C74B65" w14:paraId="631DC3A8" wp14:textId="77777777">
      <w:pPr>
        <w:pStyle w:val="Heading2"/>
        <w:rPr>
          <w:color w:val="52C471"/>
        </w:rPr>
      </w:pPr>
      <w:r w:rsidRPr="79C74B65" w:rsidR="79C74B65">
        <w:rPr>
          <w:color w:val="52C471"/>
        </w:rPr>
        <w:t>Wedding &amp; Elegant Flavors</w:t>
      </w:r>
    </w:p>
    <w:p xmlns:wp14="http://schemas.microsoft.com/office/word/2010/wordml" w14:paraId="067C2F1E" wp14:textId="77777777">
      <w:pPr>
        <w:pStyle w:val="ListBullet"/>
      </w:pPr>
      <w:r>
        <w:rPr>
          <w:b/>
        </w:rPr>
        <w:t xml:space="preserve">Champagne: </w:t>
      </w:r>
      <w:r>
        <w:t>Elegant champagne cake.</w:t>
      </w:r>
    </w:p>
    <w:p xmlns:wp14="http://schemas.microsoft.com/office/word/2010/wordml" w14:paraId="269846D5" wp14:textId="77777777">
      <w:pPr>
        <w:pStyle w:val="ListBullet"/>
      </w:pPr>
      <w:r>
        <w:rPr>
          <w:b/>
        </w:rPr>
        <w:t xml:space="preserve">Champagne Strawberry: </w:t>
      </w:r>
      <w:r>
        <w:t>Champagne with fresh strawberry.</w:t>
      </w:r>
    </w:p>
    <w:p xmlns:wp14="http://schemas.microsoft.com/office/word/2010/wordml" w14:paraId="3EACCB7A" wp14:textId="77777777">
      <w:pPr>
        <w:pStyle w:val="ListBullet"/>
      </w:pPr>
      <w:r>
        <w:rPr>
          <w:b/>
        </w:rPr>
        <w:t xml:space="preserve">Almond Wedding Cake: </w:t>
      </w:r>
      <w:r>
        <w:t>Classic almond wedding cake.</w:t>
      </w:r>
    </w:p>
    <w:p xmlns:wp14="http://schemas.microsoft.com/office/word/2010/wordml" w14:paraId="02EA3A05" wp14:textId="77777777">
      <w:pPr>
        <w:pStyle w:val="ListBullet"/>
      </w:pPr>
      <w:r>
        <w:rPr>
          <w:b/>
        </w:rPr>
        <w:t xml:space="preserve">Vanilla Bean: </w:t>
      </w:r>
      <w:r>
        <w:t>Premium vanilla bean.</w:t>
      </w:r>
    </w:p>
    <w:p xmlns:wp14="http://schemas.microsoft.com/office/word/2010/wordml" w14:paraId="76C3A451" wp14:textId="77777777">
      <w:pPr>
        <w:pStyle w:val="ListBullet"/>
      </w:pPr>
      <w:r>
        <w:rPr>
          <w:b/>
        </w:rPr>
        <w:t xml:space="preserve">Lemon Elderflower: </w:t>
      </w:r>
      <w:r>
        <w:t>Floral elderflower and lemon.</w:t>
      </w:r>
    </w:p>
    <w:p xmlns:wp14="http://schemas.microsoft.com/office/word/2010/wordml" w14:paraId="19F9E04B" wp14:textId="77777777">
      <w:pPr>
        <w:pStyle w:val="ListBullet"/>
      </w:pPr>
      <w:r>
        <w:rPr>
          <w:b/>
        </w:rPr>
        <w:t xml:space="preserve">Pistachio: </w:t>
      </w:r>
      <w:r>
        <w:t>Subtle pistachio flavor.</w:t>
      </w:r>
    </w:p>
    <w:p xmlns:wp14="http://schemas.microsoft.com/office/word/2010/wordml" w14:paraId="484C2683" wp14:textId="77777777">
      <w:pPr>
        <w:pStyle w:val="ListBullet"/>
      </w:pPr>
      <w:r>
        <w:rPr>
          <w:b/>
        </w:rPr>
        <w:t xml:space="preserve">Lavender Honey: </w:t>
      </w:r>
      <w:r>
        <w:t>Lavender with honey.</w:t>
      </w:r>
    </w:p>
    <w:p xmlns:wp14="http://schemas.microsoft.com/office/word/2010/wordml" w14:paraId="2F053C8C" wp14:textId="77777777">
      <w:pPr>
        <w:pStyle w:val="ListBullet"/>
      </w:pPr>
      <w:r>
        <w:rPr>
          <w:b/>
        </w:rPr>
        <w:t xml:space="preserve">Earl Grey: </w:t>
      </w:r>
      <w:r>
        <w:t>Tea-infused cake.</w:t>
      </w:r>
    </w:p>
    <w:p xmlns:wp14="http://schemas.microsoft.com/office/word/2010/wordml" w14:paraId="360F6857" wp14:textId="77777777">
      <w:pPr>
        <w:pStyle w:val="ListBullet"/>
      </w:pPr>
      <w:r>
        <w:rPr>
          <w:b/>
        </w:rPr>
        <w:t xml:space="preserve">Raspberry Rose: </w:t>
      </w:r>
      <w:r>
        <w:t>Raspberry with rose.</w:t>
      </w:r>
    </w:p>
    <w:p xmlns:wp14="http://schemas.microsoft.com/office/word/2010/wordml" w14:paraId="2FC1E1C8" wp14:textId="77777777">
      <w:pPr>
        <w:pStyle w:val="ListBullet"/>
      </w:pPr>
      <w:r>
        <w:rPr>
          <w:b/>
        </w:rPr>
        <w:t xml:space="preserve">Vanilla Almond: </w:t>
      </w:r>
      <w:r>
        <w:t>Vanilla enhanced with almond.</w:t>
      </w:r>
    </w:p>
    <w:p xmlns:wp14="http://schemas.microsoft.com/office/word/2010/wordml" w:rsidP="79C74B65" w14:paraId="5AEF591C" wp14:textId="77777777">
      <w:pPr>
        <w:pStyle w:val="Heading2"/>
        <w:rPr>
          <w:color w:val="52C471"/>
        </w:rPr>
      </w:pPr>
      <w:r w:rsidRPr="79C74B65" w:rsidR="79C74B65">
        <w:rPr>
          <w:color w:val="52C471"/>
        </w:rPr>
        <w:t>Fall Collection</w:t>
      </w:r>
    </w:p>
    <w:p xmlns:wp14="http://schemas.microsoft.com/office/word/2010/wordml" w14:paraId="3C34E0CC" wp14:textId="77777777">
      <w:pPr>
        <w:pStyle w:val="ListBullet"/>
      </w:pPr>
      <w:r>
        <w:rPr>
          <w:b/>
        </w:rPr>
        <w:t xml:space="preserve">Pumpkin Spice: </w:t>
      </w:r>
      <w:r>
        <w:t>Pumpkin with warm spices.</w:t>
      </w:r>
    </w:p>
    <w:p xmlns:wp14="http://schemas.microsoft.com/office/word/2010/wordml" w14:paraId="0D03699B" wp14:textId="77777777">
      <w:pPr>
        <w:pStyle w:val="ListBullet"/>
      </w:pPr>
      <w:r>
        <w:rPr>
          <w:b/>
        </w:rPr>
        <w:t xml:space="preserve">Pumpkin Cheesecake: </w:t>
      </w:r>
      <w:r>
        <w:t>Pumpkin with cheesecake-inspired filling.</w:t>
      </w:r>
    </w:p>
    <w:p xmlns:wp14="http://schemas.microsoft.com/office/word/2010/wordml" w14:paraId="5F72BCE3" wp14:textId="77777777">
      <w:pPr>
        <w:pStyle w:val="ListBullet"/>
      </w:pPr>
      <w:r>
        <w:rPr>
          <w:b/>
        </w:rPr>
        <w:t xml:space="preserve">Maple Pecan: </w:t>
      </w:r>
      <w:r>
        <w:t>Maple and toasted pecans.</w:t>
      </w:r>
    </w:p>
    <w:p xmlns:wp14="http://schemas.microsoft.com/office/word/2010/wordml" w14:paraId="79A290D5" wp14:textId="77777777">
      <w:pPr>
        <w:pStyle w:val="ListBullet"/>
      </w:pPr>
      <w:r>
        <w:rPr>
          <w:b/>
        </w:rPr>
        <w:t xml:space="preserve">Apple Cider: </w:t>
      </w:r>
      <w:r>
        <w:t>Apple cider and cinnamon.</w:t>
      </w:r>
    </w:p>
    <w:p xmlns:wp14="http://schemas.microsoft.com/office/word/2010/wordml" w14:paraId="5FDFB96C" wp14:textId="77777777">
      <w:pPr>
        <w:pStyle w:val="ListBullet"/>
      </w:pPr>
      <w:r>
        <w:rPr>
          <w:b/>
        </w:rPr>
        <w:t xml:space="preserve">Apple Crisp: </w:t>
      </w:r>
      <w:r>
        <w:t>Apple with streusel.</w:t>
      </w:r>
    </w:p>
    <w:p xmlns:wp14="http://schemas.microsoft.com/office/word/2010/wordml" w14:paraId="00021DAB" wp14:textId="77777777">
      <w:pPr>
        <w:pStyle w:val="ListBullet"/>
      </w:pPr>
      <w:r>
        <w:rPr>
          <w:b/>
        </w:rPr>
        <w:t xml:space="preserve">Caramel Apple: </w:t>
      </w:r>
      <w:r>
        <w:t>Apple with caramel.</w:t>
      </w:r>
    </w:p>
    <w:p xmlns:wp14="http://schemas.microsoft.com/office/word/2010/wordml" w14:paraId="174F6601" wp14:textId="77777777">
      <w:pPr>
        <w:pStyle w:val="ListBullet"/>
      </w:pPr>
      <w:r>
        <w:rPr>
          <w:b/>
        </w:rPr>
        <w:t xml:space="preserve">Chai Spice: </w:t>
      </w:r>
      <w:r>
        <w:t>Warm chai spices.</w:t>
      </w:r>
    </w:p>
    <w:p xmlns:wp14="http://schemas.microsoft.com/office/word/2010/wordml" w14:paraId="7A9D74E1" wp14:textId="77777777">
      <w:pPr>
        <w:pStyle w:val="ListBullet"/>
      </w:pPr>
      <w:r>
        <w:rPr>
          <w:b/>
        </w:rPr>
        <w:t xml:space="preserve">Cinnamon Roll: </w:t>
      </w:r>
      <w:r>
        <w:t>Cinnamon swirl with glaze buttercream.</w:t>
      </w:r>
    </w:p>
    <w:p xmlns:wp14="http://schemas.microsoft.com/office/word/2010/wordml" w14:paraId="77E3C228" wp14:textId="77777777">
      <w:pPr>
        <w:pStyle w:val="Heading2"/>
      </w:pPr>
      <w:r w:rsidRPr="79C74B65" w:rsidR="79C74B65">
        <w:rPr>
          <w:color w:val="52C471"/>
        </w:rPr>
        <w:t>Holiday Collection</w:t>
      </w:r>
    </w:p>
    <w:p xmlns:wp14="http://schemas.microsoft.com/office/word/2010/wordml" w14:paraId="32F2EC7D" wp14:textId="77777777">
      <w:pPr>
        <w:pStyle w:val="ListBullet"/>
      </w:pPr>
      <w:r>
        <w:rPr>
          <w:b/>
        </w:rPr>
        <w:t xml:space="preserve">Peppermint Mocha: </w:t>
      </w:r>
      <w:r>
        <w:t>Chocolate, peppermint and espresso.</w:t>
      </w:r>
    </w:p>
    <w:p xmlns:wp14="http://schemas.microsoft.com/office/word/2010/wordml" w14:paraId="6803AFBA" wp14:textId="77777777">
      <w:pPr>
        <w:pStyle w:val="ListBullet"/>
      </w:pPr>
      <w:r>
        <w:rPr>
          <w:b/>
        </w:rPr>
        <w:t xml:space="preserve">Eggnog: </w:t>
      </w:r>
      <w:r>
        <w:t>Holiday eggnog and nutmeg.</w:t>
      </w:r>
    </w:p>
    <w:p xmlns:wp14="http://schemas.microsoft.com/office/word/2010/wordml" w14:paraId="623958BD" wp14:textId="77777777">
      <w:pPr>
        <w:pStyle w:val="ListBullet"/>
      </w:pPr>
      <w:r>
        <w:rPr>
          <w:b/>
        </w:rPr>
        <w:t xml:space="preserve">Gingerbread: </w:t>
      </w:r>
      <w:r>
        <w:t>Molasses and spices.</w:t>
      </w:r>
    </w:p>
    <w:p xmlns:wp14="http://schemas.microsoft.com/office/word/2010/wordml" w14:paraId="7E906F14" wp14:textId="77777777">
      <w:pPr>
        <w:pStyle w:val="ListBullet"/>
      </w:pPr>
      <w:r>
        <w:rPr>
          <w:b/>
        </w:rPr>
        <w:t xml:space="preserve">White Chocolate Peppermint: </w:t>
      </w:r>
      <w:r>
        <w:t>White chocolate with peppermint.</w:t>
      </w:r>
    </w:p>
    <w:p xmlns:wp14="http://schemas.microsoft.com/office/word/2010/wordml" w14:paraId="16D5E4ED" wp14:textId="77777777">
      <w:pPr>
        <w:pStyle w:val="ListBullet"/>
      </w:pPr>
      <w:r>
        <w:rPr>
          <w:b/>
        </w:rPr>
        <w:t xml:space="preserve">Hot Cocoa: </w:t>
      </w:r>
      <w:r>
        <w:t>Chocolate topped like hot cocoa.</w:t>
      </w:r>
    </w:p>
    <w:p xmlns:wp14="http://schemas.microsoft.com/office/word/2010/wordml" w14:paraId="09403A70" wp14:textId="77777777">
      <w:pPr>
        <w:pStyle w:val="ListBullet"/>
      </w:pPr>
      <w:r>
        <w:rPr>
          <w:b/>
        </w:rPr>
        <w:t xml:space="preserve">Cranberry Orange: </w:t>
      </w:r>
      <w:r>
        <w:t>Festive cranberry and orange.</w:t>
      </w:r>
    </w:p>
    <w:p xmlns:wp14="http://schemas.microsoft.com/office/word/2010/wordml" w14:paraId="370B0C24" wp14:textId="77777777">
      <w:pPr>
        <w:pStyle w:val="Heading2"/>
      </w:pPr>
      <w:r w:rsidRPr="79C74B65" w:rsidR="79C74B65">
        <w:rPr>
          <w:color w:val="52C471"/>
        </w:rPr>
        <w:t>Kids &amp; Fun Flavors</w:t>
      </w:r>
    </w:p>
    <w:p xmlns:wp14="http://schemas.microsoft.com/office/word/2010/wordml" w14:paraId="7FA730C8" wp14:textId="77777777">
      <w:pPr>
        <w:pStyle w:val="ListBullet"/>
      </w:pPr>
      <w:r>
        <w:rPr>
          <w:b/>
        </w:rPr>
        <w:t xml:space="preserve">Cotton Candy: </w:t>
      </w:r>
      <w:r>
        <w:t>Cotton candy flavored buttercream.</w:t>
      </w:r>
    </w:p>
    <w:p xmlns:wp14="http://schemas.microsoft.com/office/word/2010/wordml" w14:paraId="012EF150" wp14:textId="77777777">
      <w:pPr>
        <w:pStyle w:val="ListBullet"/>
      </w:pPr>
      <w:r>
        <w:rPr>
          <w:b/>
        </w:rPr>
        <w:t xml:space="preserve">Bubblegum: </w:t>
      </w:r>
      <w:r>
        <w:t>Bubblegum-inspired.</w:t>
      </w:r>
    </w:p>
    <w:p xmlns:wp14="http://schemas.microsoft.com/office/word/2010/wordml" w14:paraId="7B41C7A6" wp14:textId="77777777">
      <w:pPr>
        <w:pStyle w:val="ListBullet"/>
      </w:pPr>
      <w:r>
        <w:rPr>
          <w:b/>
        </w:rPr>
        <w:t xml:space="preserve">Fruity Cereal: </w:t>
      </w:r>
      <w:r>
        <w:t>Cereal milk flavor.</w:t>
      </w:r>
    </w:p>
    <w:p xmlns:wp14="http://schemas.microsoft.com/office/word/2010/wordml" w14:paraId="711329BE" wp14:textId="77777777">
      <w:pPr>
        <w:pStyle w:val="ListBullet"/>
      </w:pPr>
      <w:r>
        <w:rPr>
          <w:b/>
        </w:rPr>
        <w:t xml:space="preserve">Rainbow Sprinkle: </w:t>
      </w:r>
      <w:r>
        <w:t>Loaded with sprinkles.</w:t>
      </w:r>
    </w:p>
    <w:p xmlns:wp14="http://schemas.microsoft.com/office/word/2010/wordml" w14:paraId="084A8E3D" wp14:textId="77777777">
      <w:pPr>
        <w:pStyle w:val="ListBullet"/>
      </w:pPr>
      <w:r>
        <w:rPr>
          <w:b/>
        </w:rPr>
        <w:t xml:space="preserve">Unicorn: </w:t>
      </w:r>
      <w:r>
        <w:t>Colorful vanilla cupcake.</w:t>
      </w:r>
    </w:p>
    <w:p xmlns:wp14="http://schemas.microsoft.com/office/word/2010/wordml" w14:paraId="40D4AD07" wp14:textId="77777777">
      <w:pPr>
        <w:pStyle w:val="ListBullet"/>
      </w:pPr>
      <w:r>
        <w:rPr>
          <w:b/>
        </w:rPr>
        <w:t xml:space="preserve">Dirt Cup: </w:t>
      </w:r>
      <w:r>
        <w:t>Chocolate with cookie crumbs and gummy worms.</w:t>
      </w:r>
    </w:p>
    <w:p xmlns:wp14="http://schemas.microsoft.com/office/word/2010/wordml" w14:paraId="41C1BDB8" wp14:textId="77777777">
      <w:pPr>
        <w:pStyle w:val="ListBullet"/>
      </w:pPr>
      <w:r>
        <w:rPr>
          <w:b/>
        </w:rPr>
        <w:t xml:space="preserve">S'mores: </w:t>
      </w:r>
      <w:r>
        <w:t>Chocolate, marshmallow and graham.</w:t>
      </w:r>
    </w:p>
    <w:p xmlns:wp14="http://schemas.microsoft.com/office/word/2010/wordml" w14:paraId="13E1C5F4" wp14:textId="77777777">
      <w:pPr>
        <w:pStyle w:val="ListBullet"/>
      </w:pPr>
      <w:r>
        <w:rPr>
          <w:b/>
        </w:rPr>
        <w:t xml:space="preserve">Cookie Monster: </w:t>
      </w:r>
      <w:r>
        <w:t>Cookies-and-cream topped with Oreos and Chips Ahoy.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203474"/>
    <w:rsid w:val="1E52332F"/>
    <w:rsid w:val="1E52332F"/>
    <w:rsid w:val="2C638D52"/>
    <w:rsid w:val="68CD1433"/>
    <w:rsid w:val="6BB00CCF"/>
    <w:rsid w:val="6F9CB4D8"/>
    <w:rsid w:val="7366AE34"/>
    <w:rsid w:val="74CBBF27"/>
    <w:rsid w:val="79617EA5"/>
    <w:rsid w:val="79C7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624A6DD5-AEA6-4182-A0EA-D4D9F27147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image" Target="/media/image.png" Id="rId110952359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Angel Dodson</lastModifiedBy>
  <revision>2</revision>
  <dcterms:created xsi:type="dcterms:W3CDTF">2013-12-23T23:15:00.0000000Z</dcterms:created>
  <dcterms:modified xsi:type="dcterms:W3CDTF">2026-07-15T15:58:36.8192766Z</dcterms:modified>
  <category/>
</coreProperties>
</file>