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93996" w14:textId="77777777" w:rsidR="00FB03B3" w:rsidRDefault="00000000">
      <w:pPr>
        <w:pStyle w:val="Title"/>
        <w:jc w:val="center"/>
      </w:pPr>
      <w:r>
        <w:t>A2 Gym &amp; Cheer</w:t>
      </w:r>
      <w:r>
        <w:br/>
        <w:t>2026–2027 Master Class Schedule</w:t>
      </w:r>
    </w:p>
    <w:p w14:paraId="757309A1" w14:textId="77777777" w:rsidR="00FB03B3" w:rsidRDefault="00000000">
      <w:pPr>
        <w:pStyle w:val="Heading1"/>
      </w:pPr>
      <w:r>
        <w:t>Wee Nastics</w:t>
      </w:r>
    </w:p>
    <w:p w14:paraId="59455308" w14:textId="77777777" w:rsidR="00FB03B3" w:rsidRDefault="00000000">
      <w:r>
        <w:rPr>
          <w:b/>
        </w:rPr>
        <w:t>Ages 18 Months–3 Years 2 Months | Parent/Caregiver Participation</w:t>
      </w:r>
    </w:p>
    <w:p w14:paraId="538F4953" w14:textId="77777777" w:rsidR="00FB03B3" w:rsidRDefault="00000000">
      <w:r>
        <w:rPr>
          <w:b/>
        </w:rPr>
        <w:t>Monthly Tuition: $97/month (45 min)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FB03B3" w14:paraId="28ADB0BB" w14:textId="77777777">
        <w:tc>
          <w:tcPr>
            <w:tcW w:w="4320" w:type="dxa"/>
          </w:tcPr>
          <w:p w14:paraId="3AFCD2D0" w14:textId="77777777" w:rsidR="00FB03B3" w:rsidRDefault="00000000">
            <w:r>
              <w:t>Day</w:t>
            </w:r>
          </w:p>
        </w:tc>
        <w:tc>
          <w:tcPr>
            <w:tcW w:w="4320" w:type="dxa"/>
          </w:tcPr>
          <w:p w14:paraId="1030515A" w14:textId="77777777" w:rsidR="00FB03B3" w:rsidRDefault="00000000">
            <w:r>
              <w:t>Time(s)</w:t>
            </w:r>
          </w:p>
        </w:tc>
      </w:tr>
      <w:tr w:rsidR="00FB03B3" w14:paraId="3C6D7262" w14:textId="77777777">
        <w:tc>
          <w:tcPr>
            <w:tcW w:w="4320" w:type="dxa"/>
          </w:tcPr>
          <w:p w14:paraId="2A61B0E7" w14:textId="77777777" w:rsidR="00FB03B3" w:rsidRDefault="00000000">
            <w:r>
              <w:t>Monday</w:t>
            </w:r>
          </w:p>
        </w:tc>
        <w:tc>
          <w:tcPr>
            <w:tcW w:w="4320" w:type="dxa"/>
          </w:tcPr>
          <w:p w14:paraId="00CC65E3" w14:textId="77777777" w:rsidR="00FB03B3" w:rsidRDefault="00000000">
            <w:r>
              <w:t>—</w:t>
            </w:r>
          </w:p>
        </w:tc>
      </w:tr>
      <w:tr w:rsidR="00FB03B3" w14:paraId="6A36D611" w14:textId="77777777">
        <w:tc>
          <w:tcPr>
            <w:tcW w:w="4320" w:type="dxa"/>
          </w:tcPr>
          <w:p w14:paraId="4DC9E6EE" w14:textId="77777777" w:rsidR="00FB03B3" w:rsidRDefault="00000000">
            <w:r>
              <w:t>Tuesday</w:t>
            </w:r>
          </w:p>
        </w:tc>
        <w:tc>
          <w:tcPr>
            <w:tcW w:w="4320" w:type="dxa"/>
          </w:tcPr>
          <w:p w14:paraId="55AD08C8" w14:textId="77777777" w:rsidR="00FB03B3" w:rsidRDefault="00000000">
            <w:r>
              <w:t>9:00–9:45 AM • 11:15 AM–12:00 PM • 4:00–4:45 PM</w:t>
            </w:r>
          </w:p>
        </w:tc>
      </w:tr>
      <w:tr w:rsidR="00FB03B3" w14:paraId="135262B4" w14:textId="77777777">
        <w:tc>
          <w:tcPr>
            <w:tcW w:w="4320" w:type="dxa"/>
          </w:tcPr>
          <w:p w14:paraId="54BF3C37" w14:textId="77777777" w:rsidR="00FB03B3" w:rsidRDefault="00000000">
            <w:r>
              <w:t>Wednesday</w:t>
            </w:r>
          </w:p>
        </w:tc>
        <w:tc>
          <w:tcPr>
            <w:tcW w:w="4320" w:type="dxa"/>
          </w:tcPr>
          <w:p w14:paraId="4775F55A" w14:textId="77777777" w:rsidR="00FB03B3" w:rsidRDefault="00000000">
            <w:r>
              <w:t>9:00–9:45 AM</w:t>
            </w:r>
          </w:p>
        </w:tc>
      </w:tr>
      <w:tr w:rsidR="00FB03B3" w14:paraId="0881A77E" w14:textId="77777777">
        <w:tc>
          <w:tcPr>
            <w:tcW w:w="4320" w:type="dxa"/>
          </w:tcPr>
          <w:p w14:paraId="5AA1412C" w14:textId="77777777" w:rsidR="00FB03B3" w:rsidRDefault="00000000">
            <w:r>
              <w:t>Thursday</w:t>
            </w:r>
          </w:p>
        </w:tc>
        <w:tc>
          <w:tcPr>
            <w:tcW w:w="4320" w:type="dxa"/>
          </w:tcPr>
          <w:p w14:paraId="774E0E25" w14:textId="77777777" w:rsidR="00FB03B3" w:rsidRDefault="00000000">
            <w:r>
              <w:t>9:00–9:45 AM</w:t>
            </w:r>
          </w:p>
        </w:tc>
      </w:tr>
      <w:tr w:rsidR="00FB03B3" w14:paraId="2D842588" w14:textId="77777777">
        <w:tc>
          <w:tcPr>
            <w:tcW w:w="4320" w:type="dxa"/>
          </w:tcPr>
          <w:p w14:paraId="71033E99" w14:textId="77777777" w:rsidR="00FB03B3" w:rsidRDefault="00000000">
            <w:r>
              <w:t>Friday</w:t>
            </w:r>
          </w:p>
        </w:tc>
        <w:tc>
          <w:tcPr>
            <w:tcW w:w="4320" w:type="dxa"/>
          </w:tcPr>
          <w:p w14:paraId="24856BC5" w14:textId="77777777" w:rsidR="00FB03B3" w:rsidRDefault="00000000">
            <w:r>
              <w:t>4:00–4:45 PM</w:t>
            </w:r>
          </w:p>
        </w:tc>
      </w:tr>
      <w:tr w:rsidR="00FB03B3" w14:paraId="1343B051" w14:textId="77777777">
        <w:tc>
          <w:tcPr>
            <w:tcW w:w="4320" w:type="dxa"/>
          </w:tcPr>
          <w:p w14:paraId="41A09864" w14:textId="77777777" w:rsidR="00FB03B3" w:rsidRDefault="00000000">
            <w:r>
              <w:t>Saturday</w:t>
            </w:r>
          </w:p>
        </w:tc>
        <w:tc>
          <w:tcPr>
            <w:tcW w:w="4320" w:type="dxa"/>
          </w:tcPr>
          <w:p w14:paraId="490300D4" w14:textId="77777777" w:rsidR="00FB03B3" w:rsidRDefault="00000000">
            <w:r>
              <w:t>9:00–9:45 AM • 10:00–10:45 AM</w:t>
            </w:r>
          </w:p>
        </w:tc>
      </w:tr>
      <w:tr w:rsidR="00FB03B3" w14:paraId="3D906D1F" w14:textId="77777777">
        <w:tc>
          <w:tcPr>
            <w:tcW w:w="4320" w:type="dxa"/>
          </w:tcPr>
          <w:p w14:paraId="26CFCB19" w14:textId="77777777" w:rsidR="00FB03B3" w:rsidRDefault="00000000">
            <w:r>
              <w:t>Sunday</w:t>
            </w:r>
          </w:p>
        </w:tc>
        <w:tc>
          <w:tcPr>
            <w:tcW w:w="4320" w:type="dxa"/>
          </w:tcPr>
          <w:p w14:paraId="0CAF565A" w14:textId="77777777" w:rsidR="00FB03B3" w:rsidRDefault="00000000">
            <w:r>
              <w:t>9:00–9:45 AM</w:t>
            </w:r>
          </w:p>
        </w:tc>
      </w:tr>
    </w:tbl>
    <w:p w14:paraId="68B72177" w14:textId="77777777" w:rsidR="00FB03B3" w:rsidRDefault="00FB03B3"/>
    <w:p w14:paraId="548BBEF3" w14:textId="77777777" w:rsidR="00FB03B3" w:rsidRDefault="00000000">
      <w:pPr>
        <w:pStyle w:val="Heading1"/>
      </w:pPr>
      <w:r>
        <w:t>Pre Nastics</w:t>
      </w:r>
    </w:p>
    <w:p w14:paraId="10295FA0" w14:textId="77777777" w:rsidR="00FB03B3" w:rsidRDefault="00000000">
      <w:r>
        <w:rPr>
          <w:b/>
        </w:rPr>
        <w:t>Ages 3 Years 3 Months–5 Years</w:t>
      </w:r>
    </w:p>
    <w:p w14:paraId="1E462D75" w14:textId="77777777" w:rsidR="00FB03B3" w:rsidRDefault="00000000">
      <w:r>
        <w:rPr>
          <w:b/>
        </w:rPr>
        <w:t>Monthly Tuition: $102/month (60 min)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FB03B3" w14:paraId="7FED5617" w14:textId="77777777">
        <w:tc>
          <w:tcPr>
            <w:tcW w:w="4320" w:type="dxa"/>
          </w:tcPr>
          <w:p w14:paraId="054A9B0E" w14:textId="77777777" w:rsidR="00FB03B3" w:rsidRDefault="00000000">
            <w:r>
              <w:t>Day</w:t>
            </w:r>
          </w:p>
        </w:tc>
        <w:tc>
          <w:tcPr>
            <w:tcW w:w="4320" w:type="dxa"/>
          </w:tcPr>
          <w:p w14:paraId="1A2B0862" w14:textId="77777777" w:rsidR="00FB03B3" w:rsidRDefault="00000000">
            <w:r>
              <w:t>Time(s)</w:t>
            </w:r>
          </w:p>
        </w:tc>
      </w:tr>
      <w:tr w:rsidR="00FB03B3" w14:paraId="6EC840AA" w14:textId="77777777">
        <w:tc>
          <w:tcPr>
            <w:tcW w:w="4320" w:type="dxa"/>
          </w:tcPr>
          <w:p w14:paraId="4F0C9CED" w14:textId="77777777" w:rsidR="00FB03B3" w:rsidRDefault="00000000">
            <w:r>
              <w:t>Tuesday</w:t>
            </w:r>
          </w:p>
        </w:tc>
        <w:tc>
          <w:tcPr>
            <w:tcW w:w="4320" w:type="dxa"/>
          </w:tcPr>
          <w:p w14:paraId="31ED1195" w14:textId="77777777" w:rsidR="00FB03B3" w:rsidRDefault="00000000">
            <w:r>
              <w:t>9:00–10:00 AM • 11:15 AM–12:15 PM • 5:30–6:30 PM</w:t>
            </w:r>
          </w:p>
        </w:tc>
      </w:tr>
      <w:tr w:rsidR="00FB03B3" w14:paraId="1BF1AB25" w14:textId="77777777">
        <w:tc>
          <w:tcPr>
            <w:tcW w:w="4320" w:type="dxa"/>
          </w:tcPr>
          <w:p w14:paraId="1365BB29" w14:textId="77777777" w:rsidR="00FB03B3" w:rsidRDefault="00000000">
            <w:r>
              <w:t>Thursday</w:t>
            </w:r>
          </w:p>
        </w:tc>
        <w:tc>
          <w:tcPr>
            <w:tcW w:w="4320" w:type="dxa"/>
          </w:tcPr>
          <w:p w14:paraId="40C9E20C" w14:textId="77777777" w:rsidR="00FB03B3" w:rsidRDefault="00000000">
            <w:r>
              <w:t>9:00–10:00 AM • 11:15 AM–12:15 PM • 4:00–5:00 PM • 5:15–6:15 PM</w:t>
            </w:r>
          </w:p>
        </w:tc>
      </w:tr>
      <w:tr w:rsidR="00FB03B3" w14:paraId="6F52CB9E" w14:textId="77777777">
        <w:tc>
          <w:tcPr>
            <w:tcW w:w="4320" w:type="dxa"/>
          </w:tcPr>
          <w:p w14:paraId="213F7A8B" w14:textId="77777777" w:rsidR="00FB03B3" w:rsidRDefault="00000000">
            <w:r>
              <w:t>Friday</w:t>
            </w:r>
          </w:p>
        </w:tc>
        <w:tc>
          <w:tcPr>
            <w:tcW w:w="4320" w:type="dxa"/>
          </w:tcPr>
          <w:p w14:paraId="1B4CE0A5" w14:textId="77777777" w:rsidR="00FB03B3" w:rsidRDefault="00000000">
            <w:r>
              <w:t>4:00–5:00 PM</w:t>
            </w:r>
          </w:p>
        </w:tc>
      </w:tr>
      <w:tr w:rsidR="00FB03B3" w14:paraId="37561191" w14:textId="77777777">
        <w:tc>
          <w:tcPr>
            <w:tcW w:w="4320" w:type="dxa"/>
          </w:tcPr>
          <w:p w14:paraId="565A56A5" w14:textId="77777777" w:rsidR="00FB03B3" w:rsidRDefault="00000000">
            <w:r>
              <w:t>Saturday</w:t>
            </w:r>
          </w:p>
        </w:tc>
        <w:tc>
          <w:tcPr>
            <w:tcW w:w="4320" w:type="dxa"/>
          </w:tcPr>
          <w:p w14:paraId="62BAE7A8" w14:textId="77777777" w:rsidR="00FB03B3" w:rsidRDefault="00000000">
            <w:r>
              <w:t>9:00–10:00 AM • 10:00–11:00 AM</w:t>
            </w:r>
          </w:p>
        </w:tc>
      </w:tr>
      <w:tr w:rsidR="00FB03B3" w14:paraId="51B6B2BA" w14:textId="77777777">
        <w:tc>
          <w:tcPr>
            <w:tcW w:w="4320" w:type="dxa"/>
          </w:tcPr>
          <w:p w14:paraId="7BECB2FA" w14:textId="77777777" w:rsidR="00FB03B3" w:rsidRDefault="00000000">
            <w:r>
              <w:t>Sunday</w:t>
            </w:r>
          </w:p>
        </w:tc>
        <w:tc>
          <w:tcPr>
            <w:tcW w:w="4320" w:type="dxa"/>
          </w:tcPr>
          <w:p w14:paraId="429B0FB7" w14:textId="77777777" w:rsidR="00FB03B3" w:rsidRDefault="00000000">
            <w:r>
              <w:t>9:00–10:00 AM</w:t>
            </w:r>
          </w:p>
        </w:tc>
      </w:tr>
    </w:tbl>
    <w:p w14:paraId="68F35BD7" w14:textId="77777777" w:rsidR="00FB03B3" w:rsidRDefault="00FB03B3"/>
    <w:p w14:paraId="5B1731E1" w14:textId="77777777" w:rsidR="00FB03B3" w:rsidRDefault="00000000">
      <w:pPr>
        <w:pStyle w:val="Heading1"/>
      </w:pPr>
      <w:r>
        <w:t>Beginner Recreational</w:t>
      </w:r>
    </w:p>
    <w:p w14:paraId="23E1585C" w14:textId="77777777" w:rsidR="00FB03B3" w:rsidRDefault="00000000">
      <w:r>
        <w:rPr>
          <w:b/>
        </w:rPr>
        <w:t>Level 1 &amp; 2 Skills</w:t>
      </w:r>
    </w:p>
    <w:p w14:paraId="1707902D" w14:textId="77777777" w:rsidR="00FB03B3" w:rsidRDefault="00000000">
      <w:r>
        <w:rPr>
          <w:b/>
        </w:rPr>
        <w:t>Monthly Tuition: $112/month (60 min)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FB03B3" w14:paraId="6EBA3DE6" w14:textId="77777777">
        <w:tc>
          <w:tcPr>
            <w:tcW w:w="4320" w:type="dxa"/>
          </w:tcPr>
          <w:p w14:paraId="1832BE28" w14:textId="77777777" w:rsidR="00FB03B3" w:rsidRDefault="00000000">
            <w:r>
              <w:t>Day</w:t>
            </w:r>
          </w:p>
        </w:tc>
        <w:tc>
          <w:tcPr>
            <w:tcW w:w="4320" w:type="dxa"/>
          </w:tcPr>
          <w:p w14:paraId="6DB5B3A9" w14:textId="77777777" w:rsidR="00FB03B3" w:rsidRDefault="00000000">
            <w:r>
              <w:t>Time(s)</w:t>
            </w:r>
          </w:p>
        </w:tc>
      </w:tr>
      <w:tr w:rsidR="00FB03B3" w14:paraId="7F8A6ADF" w14:textId="77777777">
        <w:tc>
          <w:tcPr>
            <w:tcW w:w="4320" w:type="dxa"/>
          </w:tcPr>
          <w:p w14:paraId="79E582C8" w14:textId="77777777" w:rsidR="00FB03B3" w:rsidRDefault="00000000">
            <w:r>
              <w:t>Monday</w:t>
            </w:r>
          </w:p>
        </w:tc>
        <w:tc>
          <w:tcPr>
            <w:tcW w:w="4320" w:type="dxa"/>
          </w:tcPr>
          <w:p w14:paraId="74D737F3" w14:textId="77777777" w:rsidR="00FB03B3" w:rsidRDefault="00000000">
            <w:r>
              <w:t>4:00–5:00 PM • 5:15–6:15 PM • 6:30–7:30 PM</w:t>
            </w:r>
          </w:p>
        </w:tc>
      </w:tr>
      <w:tr w:rsidR="00FB03B3" w14:paraId="374A2770" w14:textId="77777777">
        <w:tc>
          <w:tcPr>
            <w:tcW w:w="4320" w:type="dxa"/>
          </w:tcPr>
          <w:p w14:paraId="7C32E81E" w14:textId="77777777" w:rsidR="00FB03B3" w:rsidRDefault="00000000">
            <w:r>
              <w:lastRenderedPageBreak/>
              <w:t>Tuesday</w:t>
            </w:r>
          </w:p>
        </w:tc>
        <w:tc>
          <w:tcPr>
            <w:tcW w:w="4320" w:type="dxa"/>
          </w:tcPr>
          <w:p w14:paraId="47FFB185" w14:textId="77777777" w:rsidR="00FB03B3" w:rsidRDefault="00000000">
            <w:r>
              <w:t>4:00–5:00 PM</w:t>
            </w:r>
          </w:p>
        </w:tc>
      </w:tr>
      <w:tr w:rsidR="00FB03B3" w14:paraId="3FDB56DB" w14:textId="77777777">
        <w:tc>
          <w:tcPr>
            <w:tcW w:w="4320" w:type="dxa"/>
          </w:tcPr>
          <w:p w14:paraId="32D7D1A6" w14:textId="77777777" w:rsidR="00FB03B3" w:rsidRDefault="00000000">
            <w:r>
              <w:t>Wednesday</w:t>
            </w:r>
          </w:p>
        </w:tc>
        <w:tc>
          <w:tcPr>
            <w:tcW w:w="4320" w:type="dxa"/>
          </w:tcPr>
          <w:p w14:paraId="1C929E9B" w14:textId="77777777" w:rsidR="00FB03B3" w:rsidRDefault="00000000">
            <w:r>
              <w:t>4:00–5:00 PM • 5:15–6:15 PM • 6:30–7:30 PM</w:t>
            </w:r>
          </w:p>
        </w:tc>
      </w:tr>
      <w:tr w:rsidR="00FB03B3" w14:paraId="70CEBED6" w14:textId="77777777">
        <w:tc>
          <w:tcPr>
            <w:tcW w:w="4320" w:type="dxa"/>
          </w:tcPr>
          <w:p w14:paraId="5C9FF263" w14:textId="77777777" w:rsidR="00FB03B3" w:rsidRDefault="00000000">
            <w:r>
              <w:t>Thursday</w:t>
            </w:r>
          </w:p>
        </w:tc>
        <w:tc>
          <w:tcPr>
            <w:tcW w:w="4320" w:type="dxa"/>
          </w:tcPr>
          <w:p w14:paraId="7F22B034" w14:textId="77777777" w:rsidR="00FB03B3" w:rsidRDefault="00000000">
            <w:r>
              <w:t>4:00–5:00 PM</w:t>
            </w:r>
          </w:p>
        </w:tc>
      </w:tr>
      <w:tr w:rsidR="00FB03B3" w14:paraId="745A96F7" w14:textId="77777777">
        <w:tc>
          <w:tcPr>
            <w:tcW w:w="4320" w:type="dxa"/>
          </w:tcPr>
          <w:p w14:paraId="467C1300" w14:textId="77777777" w:rsidR="00FB03B3" w:rsidRDefault="00000000">
            <w:r>
              <w:t>Friday</w:t>
            </w:r>
          </w:p>
        </w:tc>
        <w:tc>
          <w:tcPr>
            <w:tcW w:w="4320" w:type="dxa"/>
          </w:tcPr>
          <w:p w14:paraId="20F1B933" w14:textId="77777777" w:rsidR="00FB03B3" w:rsidRDefault="00000000">
            <w:r>
              <w:t>4:00–5:00 PM</w:t>
            </w:r>
          </w:p>
        </w:tc>
      </w:tr>
      <w:tr w:rsidR="00FB03B3" w14:paraId="54964F75" w14:textId="77777777">
        <w:tc>
          <w:tcPr>
            <w:tcW w:w="4320" w:type="dxa"/>
          </w:tcPr>
          <w:p w14:paraId="525E7FD6" w14:textId="77777777" w:rsidR="00FB03B3" w:rsidRDefault="00000000">
            <w:r>
              <w:t>Saturday</w:t>
            </w:r>
          </w:p>
        </w:tc>
        <w:tc>
          <w:tcPr>
            <w:tcW w:w="4320" w:type="dxa"/>
          </w:tcPr>
          <w:p w14:paraId="0E5B0332" w14:textId="77777777" w:rsidR="00FB03B3" w:rsidRDefault="00000000">
            <w:r>
              <w:t>9:00–10:00 AM • 10:00–11:00 AM</w:t>
            </w:r>
          </w:p>
        </w:tc>
      </w:tr>
      <w:tr w:rsidR="00FB03B3" w14:paraId="21294942" w14:textId="77777777">
        <w:tc>
          <w:tcPr>
            <w:tcW w:w="4320" w:type="dxa"/>
          </w:tcPr>
          <w:p w14:paraId="2573217C" w14:textId="77777777" w:rsidR="00FB03B3" w:rsidRDefault="00000000">
            <w:r>
              <w:t>Sunday</w:t>
            </w:r>
          </w:p>
        </w:tc>
        <w:tc>
          <w:tcPr>
            <w:tcW w:w="4320" w:type="dxa"/>
          </w:tcPr>
          <w:p w14:paraId="4CD84DB0" w14:textId="77777777" w:rsidR="00FB03B3" w:rsidRDefault="00000000">
            <w:r>
              <w:t>10:00–11:00 AM</w:t>
            </w:r>
          </w:p>
        </w:tc>
      </w:tr>
    </w:tbl>
    <w:p w14:paraId="47EC272B" w14:textId="77777777" w:rsidR="00FB03B3" w:rsidRDefault="00FB03B3"/>
    <w:p w14:paraId="49A76D52" w14:textId="77777777" w:rsidR="00FB03B3" w:rsidRDefault="00000000">
      <w:pPr>
        <w:pStyle w:val="Heading1"/>
      </w:pPr>
      <w:r>
        <w:t>Intermediate Recreational</w:t>
      </w:r>
    </w:p>
    <w:p w14:paraId="3719AE51" w14:textId="77777777" w:rsidR="00FB03B3" w:rsidRDefault="00000000">
      <w:r>
        <w:rPr>
          <w:b/>
        </w:rPr>
        <w:t>Level 3 &amp; 4 Skills</w:t>
      </w:r>
    </w:p>
    <w:p w14:paraId="6F4136DC" w14:textId="77777777" w:rsidR="00FB03B3" w:rsidRDefault="00000000">
      <w:r>
        <w:rPr>
          <w:b/>
        </w:rPr>
        <w:t>Monthly Tuition: $135/month (75 min)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FB03B3" w14:paraId="01E12568" w14:textId="77777777">
        <w:tc>
          <w:tcPr>
            <w:tcW w:w="4320" w:type="dxa"/>
          </w:tcPr>
          <w:p w14:paraId="33E2832B" w14:textId="77777777" w:rsidR="00FB03B3" w:rsidRDefault="00000000">
            <w:r>
              <w:t>Day</w:t>
            </w:r>
          </w:p>
        </w:tc>
        <w:tc>
          <w:tcPr>
            <w:tcW w:w="4320" w:type="dxa"/>
          </w:tcPr>
          <w:p w14:paraId="13CEDC2B" w14:textId="77777777" w:rsidR="00FB03B3" w:rsidRDefault="00000000">
            <w:r>
              <w:t>Time(s)</w:t>
            </w:r>
          </w:p>
        </w:tc>
      </w:tr>
      <w:tr w:rsidR="00FB03B3" w14:paraId="7652170A" w14:textId="77777777">
        <w:tc>
          <w:tcPr>
            <w:tcW w:w="4320" w:type="dxa"/>
          </w:tcPr>
          <w:p w14:paraId="3564BAB5" w14:textId="77777777" w:rsidR="00FB03B3" w:rsidRDefault="00000000">
            <w:r>
              <w:t>Monday</w:t>
            </w:r>
          </w:p>
        </w:tc>
        <w:tc>
          <w:tcPr>
            <w:tcW w:w="4320" w:type="dxa"/>
          </w:tcPr>
          <w:p w14:paraId="745B86DF" w14:textId="77777777" w:rsidR="00FB03B3" w:rsidRDefault="00000000">
            <w:r>
              <w:t>6:30–7:45 PM</w:t>
            </w:r>
          </w:p>
        </w:tc>
      </w:tr>
      <w:tr w:rsidR="00FB03B3" w14:paraId="22BA4F73" w14:textId="77777777">
        <w:tc>
          <w:tcPr>
            <w:tcW w:w="4320" w:type="dxa"/>
          </w:tcPr>
          <w:p w14:paraId="464AC88D" w14:textId="77777777" w:rsidR="00FB03B3" w:rsidRDefault="00000000">
            <w:r>
              <w:t>Wednesday</w:t>
            </w:r>
          </w:p>
        </w:tc>
        <w:tc>
          <w:tcPr>
            <w:tcW w:w="4320" w:type="dxa"/>
          </w:tcPr>
          <w:p w14:paraId="3DFCB50B" w14:textId="77777777" w:rsidR="00FB03B3" w:rsidRDefault="00000000">
            <w:r>
              <w:t>5:00–6:15 PM</w:t>
            </w:r>
          </w:p>
        </w:tc>
      </w:tr>
      <w:tr w:rsidR="00FB03B3" w14:paraId="01FAC753" w14:textId="77777777">
        <w:tc>
          <w:tcPr>
            <w:tcW w:w="4320" w:type="dxa"/>
          </w:tcPr>
          <w:p w14:paraId="6086AA32" w14:textId="77777777" w:rsidR="00FB03B3" w:rsidRDefault="00000000">
            <w:r>
              <w:t>Friday</w:t>
            </w:r>
          </w:p>
        </w:tc>
        <w:tc>
          <w:tcPr>
            <w:tcW w:w="4320" w:type="dxa"/>
          </w:tcPr>
          <w:p w14:paraId="293C1B94" w14:textId="77777777" w:rsidR="00FB03B3" w:rsidRDefault="00000000">
            <w:r>
              <w:t>5:00–6:15 PM</w:t>
            </w:r>
          </w:p>
        </w:tc>
      </w:tr>
    </w:tbl>
    <w:p w14:paraId="0CBD645E" w14:textId="77777777" w:rsidR="00FB03B3" w:rsidRDefault="00FB03B3"/>
    <w:p w14:paraId="58C019E1" w14:textId="77777777" w:rsidR="00FB03B3" w:rsidRDefault="00000000">
      <w:pPr>
        <w:pStyle w:val="Heading1"/>
      </w:pPr>
      <w:r>
        <w:t>Advanced Recreational</w:t>
      </w:r>
    </w:p>
    <w:p w14:paraId="5CADB241" w14:textId="77777777" w:rsidR="00FB03B3" w:rsidRDefault="00000000">
      <w:r>
        <w:rPr>
          <w:b/>
        </w:rPr>
        <w:t>Level 5 &amp; 6 Skills</w:t>
      </w:r>
    </w:p>
    <w:p w14:paraId="0E9C5D41" w14:textId="77777777" w:rsidR="00FB03B3" w:rsidRDefault="00000000">
      <w:r>
        <w:rPr>
          <w:b/>
        </w:rPr>
        <w:t>Monthly Tuition: $155/month (90 min)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FB03B3" w14:paraId="5C915E17" w14:textId="77777777">
        <w:tc>
          <w:tcPr>
            <w:tcW w:w="4320" w:type="dxa"/>
          </w:tcPr>
          <w:p w14:paraId="1FB240D6" w14:textId="77777777" w:rsidR="00FB03B3" w:rsidRDefault="00000000">
            <w:r>
              <w:t>Day</w:t>
            </w:r>
          </w:p>
        </w:tc>
        <w:tc>
          <w:tcPr>
            <w:tcW w:w="4320" w:type="dxa"/>
          </w:tcPr>
          <w:p w14:paraId="146E0A64" w14:textId="77777777" w:rsidR="00FB03B3" w:rsidRDefault="00000000">
            <w:r>
              <w:t>Time(s)</w:t>
            </w:r>
          </w:p>
        </w:tc>
      </w:tr>
      <w:tr w:rsidR="00FB03B3" w14:paraId="5E9A25E0" w14:textId="77777777">
        <w:tc>
          <w:tcPr>
            <w:tcW w:w="4320" w:type="dxa"/>
          </w:tcPr>
          <w:p w14:paraId="4FD3884C" w14:textId="77777777" w:rsidR="00FB03B3" w:rsidRDefault="00000000">
            <w:r>
              <w:t>Wednesday</w:t>
            </w:r>
          </w:p>
        </w:tc>
        <w:tc>
          <w:tcPr>
            <w:tcW w:w="4320" w:type="dxa"/>
          </w:tcPr>
          <w:p w14:paraId="0120B3B0" w14:textId="77777777" w:rsidR="00FB03B3" w:rsidRDefault="00000000">
            <w:r>
              <w:t>5:00–6:30 PM</w:t>
            </w:r>
          </w:p>
        </w:tc>
      </w:tr>
    </w:tbl>
    <w:p w14:paraId="5AABF265" w14:textId="77777777" w:rsidR="00FB03B3" w:rsidRDefault="00FB03B3"/>
    <w:p w14:paraId="117EE0D7" w14:textId="77777777" w:rsidR="00FB03B3" w:rsidRDefault="00000000">
      <w:pPr>
        <w:pStyle w:val="Heading1"/>
      </w:pPr>
      <w:r>
        <w:t>Tumbling Programs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FB03B3" w14:paraId="39322CD9" w14:textId="77777777">
        <w:tc>
          <w:tcPr>
            <w:tcW w:w="4320" w:type="dxa"/>
          </w:tcPr>
          <w:p w14:paraId="4B844AE8" w14:textId="77777777" w:rsidR="00FB03B3" w:rsidRDefault="00000000">
            <w:r>
              <w:t>Day</w:t>
            </w:r>
          </w:p>
        </w:tc>
        <w:tc>
          <w:tcPr>
            <w:tcW w:w="4320" w:type="dxa"/>
          </w:tcPr>
          <w:p w14:paraId="2D3A85F7" w14:textId="77777777" w:rsidR="00FB03B3" w:rsidRDefault="00000000">
            <w:r>
              <w:t>Time(s)</w:t>
            </w:r>
          </w:p>
        </w:tc>
      </w:tr>
      <w:tr w:rsidR="00FB03B3" w14:paraId="1704FFCA" w14:textId="77777777">
        <w:tc>
          <w:tcPr>
            <w:tcW w:w="4320" w:type="dxa"/>
          </w:tcPr>
          <w:p w14:paraId="54EF4BAF" w14:textId="685DA49B" w:rsidR="00FB03B3" w:rsidRDefault="00000000">
            <w:r>
              <w:t>Boys Tumble Titans</w:t>
            </w:r>
            <w:r w:rsidR="00ED1211">
              <w:t>/Strength/Agility</w:t>
            </w:r>
          </w:p>
        </w:tc>
        <w:tc>
          <w:tcPr>
            <w:tcW w:w="4320" w:type="dxa"/>
          </w:tcPr>
          <w:p w14:paraId="7B376405" w14:textId="77777777" w:rsidR="00FB03B3" w:rsidRDefault="00000000">
            <w:r>
              <w:t>Monday 4:00–5:00 PM • Ages 5–10 • $112/month</w:t>
            </w:r>
          </w:p>
        </w:tc>
      </w:tr>
      <w:tr w:rsidR="00FB03B3" w14:paraId="70D35AD7" w14:textId="77777777">
        <w:tc>
          <w:tcPr>
            <w:tcW w:w="4320" w:type="dxa"/>
          </w:tcPr>
          <w:p w14:paraId="35D5B87B" w14:textId="77777777" w:rsidR="00FB03B3" w:rsidRDefault="00000000">
            <w:r>
              <w:t>Tumble Beginner</w:t>
            </w:r>
          </w:p>
        </w:tc>
        <w:tc>
          <w:tcPr>
            <w:tcW w:w="4320" w:type="dxa"/>
          </w:tcPr>
          <w:p w14:paraId="63132730" w14:textId="77777777" w:rsidR="00FB03B3" w:rsidRDefault="00000000">
            <w:r>
              <w:t>Wednesday 6:00–7:00 PM • Ages 5 &amp; Up • $112/month</w:t>
            </w:r>
          </w:p>
        </w:tc>
      </w:tr>
      <w:tr w:rsidR="00FB03B3" w14:paraId="66B865C0" w14:textId="77777777">
        <w:tc>
          <w:tcPr>
            <w:tcW w:w="4320" w:type="dxa"/>
          </w:tcPr>
          <w:p w14:paraId="7750D45A" w14:textId="77777777" w:rsidR="00FB03B3" w:rsidRDefault="00000000">
            <w:r>
              <w:t>Tumble Beginner/Intermediate</w:t>
            </w:r>
          </w:p>
        </w:tc>
        <w:tc>
          <w:tcPr>
            <w:tcW w:w="4320" w:type="dxa"/>
          </w:tcPr>
          <w:p w14:paraId="72EF7069" w14:textId="77777777" w:rsidR="00FB03B3" w:rsidRDefault="00000000">
            <w:r>
              <w:t>Wednesday 7:00–8:00 PM • Ages 5 &amp; Up • $112/month</w:t>
            </w:r>
          </w:p>
        </w:tc>
      </w:tr>
    </w:tbl>
    <w:p w14:paraId="4B246F76" w14:textId="77777777" w:rsidR="00FB03B3" w:rsidRDefault="00FB03B3"/>
    <w:p w14:paraId="4E74EAEF" w14:textId="77777777" w:rsidR="00ED1211" w:rsidRDefault="00ED1211"/>
    <w:p w14:paraId="38A024C5" w14:textId="77777777" w:rsidR="00ED1211" w:rsidRDefault="00ED1211"/>
    <w:p w14:paraId="4FD4CD3F" w14:textId="77777777" w:rsidR="00FB03B3" w:rsidRDefault="00000000">
      <w:pPr>
        <w:pStyle w:val="Heading1"/>
      </w:pPr>
      <w:r>
        <w:lastRenderedPageBreak/>
        <w:t>Dance Classes</w:t>
      </w:r>
    </w:p>
    <w:p w14:paraId="31D2B963" w14:textId="77777777" w:rsidR="00FB03B3" w:rsidRDefault="00000000">
      <w:proofErr w:type="spellStart"/>
      <w:r>
        <w:rPr>
          <w:b/>
        </w:rPr>
        <w:t>Bibbidi-Bobbidi</w:t>
      </w:r>
      <w:proofErr w:type="spellEnd"/>
      <w:r>
        <w:rPr>
          <w:b/>
        </w:rPr>
        <w:t xml:space="preserve"> Ballerinas / Pizazz &amp; Jazz</w:t>
      </w:r>
    </w:p>
    <w:p w14:paraId="7C1EDA16" w14:textId="77777777" w:rsidR="00FB03B3" w:rsidRDefault="00000000">
      <w:r>
        <w:rPr>
          <w:b/>
        </w:rPr>
        <w:t>Monthly Tuition: $85/month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FB03B3" w14:paraId="4BB4B680" w14:textId="77777777">
        <w:tc>
          <w:tcPr>
            <w:tcW w:w="4320" w:type="dxa"/>
          </w:tcPr>
          <w:p w14:paraId="46A17700" w14:textId="77777777" w:rsidR="00FB03B3" w:rsidRDefault="00000000">
            <w:r>
              <w:t>Day</w:t>
            </w:r>
          </w:p>
        </w:tc>
        <w:tc>
          <w:tcPr>
            <w:tcW w:w="4320" w:type="dxa"/>
          </w:tcPr>
          <w:p w14:paraId="3B5F2254" w14:textId="77777777" w:rsidR="00FB03B3" w:rsidRDefault="00000000">
            <w:r>
              <w:t>Time(s)</w:t>
            </w:r>
          </w:p>
        </w:tc>
      </w:tr>
      <w:tr w:rsidR="00FB03B3" w14:paraId="31CE41A5" w14:textId="77777777">
        <w:tc>
          <w:tcPr>
            <w:tcW w:w="4320" w:type="dxa"/>
          </w:tcPr>
          <w:p w14:paraId="6ECA1900" w14:textId="77777777" w:rsidR="00FB03B3" w:rsidRDefault="00000000">
            <w:r>
              <w:t>Tuesday</w:t>
            </w:r>
          </w:p>
        </w:tc>
        <w:tc>
          <w:tcPr>
            <w:tcW w:w="4320" w:type="dxa"/>
          </w:tcPr>
          <w:p w14:paraId="5A2E004C" w14:textId="77777777" w:rsidR="00FB03B3" w:rsidRDefault="00000000">
            <w:r>
              <w:t>4:30–5:30 PM</w:t>
            </w:r>
          </w:p>
        </w:tc>
      </w:tr>
      <w:tr w:rsidR="00FB03B3" w14:paraId="31B0D234" w14:textId="77777777">
        <w:tc>
          <w:tcPr>
            <w:tcW w:w="4320" w:type="dxa"/>
          </w:tcPr>
          <w:p w14:paraId="50B92F35" w14:textId="77777777" w:rsidR="00FB03B3" w:rsidRDefault="00000000">
            <w:r>
              <w:t>Tuesday</w:t>
            </w:r>
          </w:p>
        </w:tc>
        <w:tc>
          <w:tcPr>
            <w:tcW w:w="4320" w:type="dxa"/>
          </w:tcPr>
          <w:p w14:paraId="6B54DD0B" w14:textId="77777777" w:rsidR="00FB03B3" w:rsidRDefault="00000000">
            <w:r>
              <w:t>5:45–6:45 PM</w:t>
            </w:r>
          </w:p>
        </w:tc>
      </w:tr>
    </w:tbl>
    <w:p w14:paraId="677CDB3F" w14:textId="77777777" w:rsidR="00FB03B3" w:rsidRDefault="00FB03B3"/>
    <w:p w14:paraId="3BF3EF3B" w14:textId="77777777" w:rsidR="00FB03B3" w:rsidRDefault="00000000">
      <w:pPr>
        <w:pStyle w:val="Heading1"/>
      </w:pPr>
      <w:r>
        <w:t>High School Training Group</w:t>
      </w:r>
    </w:p>
    <w:p w14:paraId="182D8121" w14:textId="77777777" w:rsidR="00FB03B3" w:rsidRDefault="00000000">
      <w:r>
        <w:rPr>
          <w:b/>
        </w:rPr>
        <w:t>High School Gymnastics Athletes</w:t>
      </w:r>
    </w:p>
    <w:p w14:paraId="24BF8889" w14:textId="77777777" w:rsidR="00FB03B3" w:rsidRDefault="00000000">
      <w:r>
        <w:rPr>
          <w:b/>
        </w:rPr>
        <w:t>Monthly Tuition: $225/month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FB03B3" w14:paraId="53122059" w14:textId="77777777">
        <w:tc>
          <w:tcPr>
            <w:tcW w:w="4320" w:type="dxa"/>
          </w:tcPr>
          <w:p w14:paraId="62E5B66D" w14:textId="77777777" w:rsidR="00FB03B3" w:rsidRDefault="00000000">
            <w:r>
              <w:t>Day</w:t>
            </w:r>
          </w:p>
        </w:tc>
        <w:tc>
          <w:tcPr>
            <w:tcW w:w="4320" w:type="dxa"/>
          </w:tcPr>
          <w:p w14:paraId="21945874" w14:textId="77777777" w:rsidR="00FB03B3" w:rsidRDefault="00000000">
            <w:r>
              <w:t>Time(s)</w:t>
            </w:r>
          </w:p>
        </w:tc>
      </w:tr>
      <w:tr w:rsidR="00FB03B3" w14:paraId="69EB4273" w14:textId="77777777">
        <w:tc>
          <w:tcPr>
            <w:tcW w:w="4320" w:type="dxa"/>
          </w:tcPr>
          <w:p w14:paraId="796FD7BC" w14:textId="77777777" w:rsidR="00FB03B3" w:rsidRDefault="00000000">
            <w:r>
              <w:t>Monday</w:t>
            </w:r>
          </w:p>
        </w:tc>
        <w:tc>
          <w:tcPr>
            <w:tcW w:w="4320" w:type="dxa"/>
          </w:tcPr>
          <w:p w14:paraId="52B44C98" w14:textId="77777777" w:rsidR="00FB03B3" w:rsidRDefault="00000000">
            <w:r>
              <w:t>5:30–7:00 PM</w:t>
            </w:r>
          </w:p>
        </w:tc>
      </w:tr>
      <w:tr w:rsidR="00FB03B3" w14:paraId="244CB37F" w14:textId="77777777">
        <w:tc>
          <w:tcPr>
            <w:tcW w:w="4320" w:type="dxa"/>
          </w:tcPr>
          <w:p w14:paraId="016130D0" w14:textId="77777777" w:rsidR="00FB03B3" w:rsidRDefault="00000000">
            <w:r>
              <w:t>Wednesday</w:t>
            </w:r>
          </w:p>
        </w:tc>
        <w:tc>
          <w:tcPr>
            <w:tcW w:w="4320" w:type="dxa"/>
          </w:tcPr>
          <w:p w14:paraId="089A58C8" w14:textId="77777777" w:rsidR="00FB03B3" w:rsidRDefault="00000000">
            <w:r>
              <w:t>5:30–7:00 PM</w:t>
            </w:r>
          </w:p>
        </w:tc>
      </w:tr>
    </w:tbl>
    <w:p w14:paraId="2D8ECF04" w14:textId="77777777" w:rsidR="00FB03B3" w:rsidRDefault="00FB03B3"/>
    <w:p w14:paraId="5AA88D4D" w14:textId="77777777" w:rsidR="00FB03B3" w:rsidRDefault="00000000">
      <w:pPr>
        <w:pStyle w:val="Heading1"/>
      </w:pPr>
      <w:r>
        <w:t>Open Gym</w:t>
      </w:r>
    </w:p>
    <w:p w14:paraId="0F41B80D" w14:textId="77777777" w:rsidR="00FB03B3" w:rsidRDefault="00000000">
      <w:r>
        <w:rPr>
          <w:b/>
        </w:rPr>
        <w:t>All Ages</w:t>
      </w:r>
    </w:p>
    <w:p w14:paraId="673E8A43" w14:textId="77777777" w:rsidR="00FB03B3" w:rsidRDefault="00000000">
      <w:r>
        <w:rPr>
          <w:b/>
        </w:rPr>
        <w:t>Monthly Tuition: $10 Drop-In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FB03B3" w14:paraId="2804FB3E" w14:textId="77777777">
        <w:tc>
          <w:tcPr>
            <w:tcW w:w="4320" w:type="dxa"/>
          </w:tcPr>
          <w:p w14:paraId="654B0760" w14:textId="77777777" w:rsidR="00FB03B3" w:rsidRDefault="00000000">
            <w:r>
              <w:t>Day</w:t>
            </w:r>
          </w:p>
        </w:tc>
        <w:tc>
          <w:tcPr>
            <w:tcW w:w="4320" w:type="dxa"/>
          </w:tcPr>
          <w:p w14:paraId="0A66E251" w14:textId="77777777" w:rsidR="00FB03B3" w:rsidRDefault="00000000">
            <w:r>
              <w:t>Time(s)</w:t>
            </w:r>
          </w:p>
        </w:tc>
      </w:tr>
      <w:tr w:rsidR="00FB03B3" w14:paraId="2402A418" w14:textId="77777777">
        <w:tc>
          <w:tcPr>
            <w:tcW w:w="4320" w:type="dxa"/>
          </w:tcPr>
          <w:p w14:paraId="62274DBE" w14:textId="77777777" w:rsidR="00FB03B3" w:rsidRDefault="00000000">
            <w:r>
              <w:t>Monday</w:t>
            </w:r>
          </w:p>
        </w:tc>
        <w:tc>
          <w:tcPr>
            <w:tcW w:w="4320" w:type="dxa"/>
          </w:tcPr>
          <w:p w14:paraId="18DE5229" w14:textId="77777777" w:rsidR="00FB03B3" w:rsidRDefault="00000000">
            <w:r>
              <w:t>10:00–11:00 AM</w:t>
            </w:r>
          </w:p>
        </w:tc>
      </w:tr>
      <w:tr w:rsidR="00FB03B3" w14:paraId="2D3CD41F" w14:textId="77777777">
        <w:tc>
          <w:tcPr>
            <w:tcW w:w="4320" w:type="dxa"/>
          </w:tcPr>
          <w:p w14:paraId="145E0536" w14:textId="77777777" w:rsidR="00FB03B3" w:rsidRDefault="00000000">
            <w:r>
              <w:t>Tuesday</w:t>
            </w:r>
          </w:p>
        </w:tc>
        <w:tc>
          <w:tcPr>
            <w:tcW w:w="4320" w:type="dxa"/>
          </w:tcPr>
          <w:p w14:paraId="75FAAFF2" w14:textId="77777777" w:rsidR="00FB03B3" w:rsidRDefault="00000000">
            <w:r>
              <w:t>10:00–11:00 AM • 2:00–3:00 PM</w:t>
            </w:r>
          </w:p>
        </w:tc>
      </w:tr>
      <w:tr w:rsidR="00FB03B3" w14:paraId="6080C0F7" w14:textId="77777777">
        <w:tc>
          <w:tcPr>
            <w:tcW w:w="4320" w:type="dxa"/>
          </w:tcPr>
          <w:p w14:paraId="11A270D2" w14:textId="77777777" w:rsidR="00FB03B3" w:rsidRDefault="00000000">
            <w:r>
              <w:t>Wednesday</w:t>
            </w:r>
          </w:p>
        </w:tc>
        <w:tc>
          <w:tcPr>
            <w:tcW w:w="4320" w:type="dxa"/>
          </w:tcPr>
          <w:p w14:paraId="1FCEEDAD" w14:textId="77777777" w:rsidR="00FB03B3" w:rsidRDefault="00000000">
            <w:r>
              <w:t>10:00–11:00 AM • 2:00–3:00 PM</w:t>
            </w:r>
          </w:p>
        </w:tc>
      </w:tr>
      <w:tr w:rsidR="00FB03B3" w14:paraId="3D4AA6E7" w14:textId="77777777">
        <w:tc>
          <w:tcPr>
            <w:tcW w:w="4320" w:type="dxa"/>
          </w:tcPr>
          <w:p w14:paraId="4677A9A2" w14:textId="77777777" w:rsidR="00FB03B3" w:rsidRDefault="00000000">
            <w:r>
              <w:t>Thursday</w:t>
            </w:r>
          </w:p>
        </w:tc>
        <w:tc>
          <w:tcPr>
            <w:tcW w:w="4320" w:type="dxa"/>
          </w:tcPr>
          <w:p w14:paraId="77B386E3" w14:textId="77777777" w:rsidR="00FB03B3" w:rsidRDefault="00000000">
            <w:r>
              <w:t>10:00–11:00 AM • 2:00–3:00 PM</w:t>
            </w:r>
          </w:p>
        </w:tc>
      </w:tr>
      <w:tr w:rsidR="00FB03B3" w14:paraId="01E8F50A" w14:textId="77777777">
        <w:tc>
          <w:tcPr>
            <w:tcW w:w="4320" w:type="dxa"/>
          </w:tcPr>
          <w:p w14:paraId="73F1D03E" w14:textId="77777777" w:rsidR="00FB03B3" w:rsidRDefault="00000000">
            <w:r>
              <w:t>Friday</w:t>
            </w:r>
          </w:p>
        </w:tc>
        <w:tc>
          <w:tcPr>
            <w:tcW w:w="4320" w:type="dxa"/>
          </w:tcPr>
          <w:p w14:paraId="1ECEE30C" w14:textId="77777777" w:rsidR="00FB03B3" w:rsidRDefault="00000000">
            <w:r>
              <w:t>10:00–11:00 AM</w:t>
            </w:r>
          </w:p>
        </w:tc>
      </w:tr>
      <w:tr w:rsidR="00FB03B3" w14:paraId="0BCBCFEC" w14:textId="77777777">
        <w:tc>
          <w:tcPr>
            <w:tcW w:w="4320" w:type="dxa"/>
          </w:tcPr>
          <w:p w14:paraId="610D4484" w14:textId="77777777" w:rsidR="00FB03B3" w:rsidRDefault="00000000">
            <w:r>
              <w:t>Saturday</w:t>
            </w:r>
          </w:p>
        </w:tc>
        <w:tc>
          <w:tcPr>
            <w:tcW w:w="4320" w:type="dxa"/>
          </w:tcPr>
          <w:p w14:paraId="550A6B86" w14:textId="77777777" w:rsidR="00FB03B3" w:rsidRDefault="00000000">
            <w:r>
              <w:t>11:30 AM–12:30 PM Adaptive Open Gym</w:t>
            </w:r>
          </w:p>
        </w:tc>
      </w:tr>
      <w:tr w:rsidR="00FB03B3" w14:paraId="53E12DAF" w14:textId="77777777">
        <w:tc>
          <w:tcPr>
            <w:tcW w:w="4320" w:type="dxa"/>
          </w:tcPr>
          <w:p w14:paraId="24F434DA" w14:textId="77777777" w:rsidR="00FB03B3" w:rsidRDefault="00000000">
            <w:r>
              <w:t>Saturday</w:t>
            </w:r>
          </w:p>
        </w:tc>
        <w:tc>
          <w:tcPr>
            <w:tcW w:w="4320" w:type="dxa"/>
          </w:tcPr>
          <w:p w14:paraId="479C57CD" w14:textId="77777777" w:rsidR="00FB03B3" w:rsidRDefault="00000000">
            <w:r>
              <w:t>12:30–1:30 PM Open Gym (All Ages)</w:t>
            </w:r>
          </w:p>
        </w:tc>
      </w:tr>
    </w:tbl>
    <w:p w14:paraId="00A28718" w14:textId="77777777" w:rsidR="00FB03B3" w:rsidRDefault="00FB03B3"/>
    <w:p w14:paraId="76254223" w14:textId="77777777" w:rsidR="00FB03B3" w:rsidRDefault="00000000">
      <w:pPr>
        <w:pStyle w:val="Heading2"/>
      </w:pPr>
      <w:r>
        <w:t>Registration Information</w:t>
      </w:r>
    </w:p>
    <w:p w14:paraId="0E672F2E" w14:textId="77777777" w:rsidR="00FB03B3" w:rsidRDefault="00000000">
      <w:pPr>
        <w:pStyle w:val="ListBullet"/>
      </w:pPr>
      <w:r>
        <w:t>Annual registration fee applies.</w:t>
      </w:r>
    </w:p>
    <w:p w14:paraId="2789BD79" w14:textId="77777777" w:rsidR="00FB03B3" w:rsidRDefault="00000000">
      <w:pPr>
        <w:pStyle w:val="ListBullet"/>
      </w:pPr>
      <w:r>
        <w:t>Monthly tuition is billed in equal monthly installments.</w:t>
      </w:r>
    </w:p>
    <w:p w14:paraId="6A36828D" w14:textId="77777777" w:rsidR="00FB03B3" w:rsidRDefault="00000000">
      <w:pPr>
        <w:pStyle w:val="ListBullet"/>
      </w:pPr>
      <w:r>
        <w:t>Waiver required for participation.</w:t>
      </w:r>
    </w:p>
    <w:p w14:paraId="483B52E2" w14:textId="77777777" w:rsidR="00FB03B3" w:rsidRDefault="00000000">
      <w:pPr>
        <w:pStyle w:val="ListBullet"/>
      </w:pPr>
      <w:r>
        <w:t>Children under 4 must be accompanied by an adult during Open Gym.</w:t>
      </w:r>
    </w:p>
    <w:sectPr w:rsidR="00FB03B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13997625">
    <w:abstractNumId w:val="8"/>
  </w:num>
  <w:num w:numId="2" w16cid:durableId="339623634">
    <w:abstractNumId w:val="6"/>
  </w:num>
  <w:num w:numId="3" w16cid:durableId="751465848">
    <w:abstractNumId w:val="5"/>
  </w:num>
  <w:num w:numId="4" w16cid:durableId="448355743">
    <w:abstractNumId w:val="4"/>
  </w:num>
  <w:num w:numId="5" w16cid:durableId="31200514">
    <w:abstractNumId w:val="7"/>
  </w:num>
  <w:num w:numId="6" w16cid:durableId="1871458411">
    <w:abstractNumId w:val="3"/>
  </w:num>
  <w:num w:numId="7" w16cid:durableId="1598096270">
    <w:abstractNumId w:val="2"/>
  </w:num>
  <w:num w:numId="8" w16cid:durableId="1125932387">
    <w:abstractNumId w:val="1"/>
  </w:num>
  <w:num w:numId="9" w16cid:durableId="1010721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B5719"/>
    <w:rsid w:val="0015074B"/>
    <w:rsid w:val="0029639D"/>
    <w:rsid w:val="00326F90"/>
    <w:rsid w:val="00AA1D8D"/>
    <w:rsid w:val="00B47730"/>
    <w:rsid w:val="00CB0664"/>
    <w:rsid w:val="00ED1211"/>
    <w:rsid w:val="00FB03B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12E59E"/>
  <w14:defaultImageDpi w14:val="300"/>
  <w15:docId w15:val="{19BD934E-A380-40A3-85CF-1AC65D843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Info A2GC</cp:lastModifiedBy>
  <cp:revision>2</cp:revision>
  <dcterms:created xsi:type="dcterms:W3CDTF">2026-08-06T19:25:00Z</dcterms:created>
  <dcterms:modified xsi:type="dcterms:W3CDTF">2026-08-06T19:25:00Z</dcterms:modified>
  <cp:category/>
</cp:coreProperties>
</file>