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3BBEE" w14:textId="77777777" w:rsidR="00CF3A0D" w:rsidRPr="002C72F1" w:rsidRDefault="00CF3A0D" w:rsidP="00CF3A0D">
      <w:pPr>
        <w:jc w:val="center"/>
        <w:rPr>
          <w:rFonts w:asciiTheme="majorHAnsi" w:hAnsiTheme="majorHAnsi" w:cstheme="majorHAnsi"/>
          <w:b/>
          <w:bCs/>
          <w:sz w:val="32"/>
          <w:szCs w:val="32"/>
        </w:rPr>
      </w:pPr>
      <w:r w:rsidRPr="002C72F1">
        <w:rPr>
          <w:rFonts w:asciiTheme="majorHAnsi" w:hAnsiTheme="majorHAnsi" w:cstheme="majorHAnsi"/>
          <w:b/>
          <w:bCs/>
          <w:sz w:val="32"/>
          <w:szCs w:val="32"/>
        </w:rPr>
        <w:t>Code of Conduct Agreement</w:t>
      </w:r>
    </w:p>
    <w:p w14:paraId="05CEE9BF" w14:textId="77777777" w:rsidR="00CF3A0D" w:rsidRPr="002C72F1" w:rsidRDefault="00CF3A0D" w:rsidP="00CF3A0D">
      <w:pPr>
        <w:pStyle w:val="Heading1"/>
        <w:pBdr>
          <w:top w:val="single" w:sz="4" w:space="1" w:color="auto"/>
          <w:left w:val="single" w:sz="4" w:space="4" w:color="auto"/>
          <w:bottom w:val="single" w:sz="4" w:space="1" w:color="auto"/>
          <w:right w:val="single" w:sz="4" w:space="4" w:color="auto"/>
        </w:pBdr>
        <w:rPr>
          <w:rFonts w:cstheme="majorHAnsi"/>
          <w:sz w:val="22"/>
          <w:szCs w:val="22"/>
        </w:rPr>
      </w:pPr>
      <w:r w:rsidRPr="002C72F1">
        <w:rPr>
          <w:rFonts w:cstheme="majorHAnsi"/>
          <w:sz w:val="22"/>
          <w:szCs w:val="22"/>
        </w:rPr>
        <w:t>Document Control</w:t>
      </w:r>
    </w:p>
    <w:p w14:paraId="6DE9F649" w14:textId="45826F02" w:rsidR="00CF3A0D" w:rsidRPr="002C72F1" w:rsidRDefault="00CF3A0D" w:rsidP="00CF3A0D">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2C72F1">
        <w:rPr>
          <w:rFonts w:asciiTheme="majorHAnsi" w:hAnsiTheme="majorHAnsi" w:cstheme="majorHAnsi"/>
          <w:b/>
        </w:rPr>
        <w:t xml:space="preserve">Document Title: </w:t>
      </w:r>
      <w:r w:rsidRPr="002C72F1">
        <w:rPr>
          <w:rFonts w:asciiTheme="majorHAnsi" w:hAnsiTheme="majorHAnsi" w:cstheme="majorHAnsi"/>
          <w:bCs/>
        </w:rPr>
        <w:t>Code of Conduct Agreement</w:t>
      </w:r>
      <w:r w:rsidRPr="002C72F1">
        <w:rPr>
          <w:rFonts w:asciiTheme="majorHAnsi" w:hAnsiTheme="majorHAnsi" w:cstheme="majorHAnsi"/>
          <w:b/>
        </w:rPr>
        <w:t xml:space="preserve"> </w:t>
      </w:r>
    </w:p>
    <w:p w14:paraId="11A2A2C4" w14:textId="74CBB241" w:rsidR="00CF3A0D" w:rsidRPr="002C72F1" w:rsidRDefault="00CF3A0D" w:rsidP="00CF3A0D">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2C72F1">
        <w:rPr>
          <w:rFonts w:asciiTheme="majorHAnsi" w:hAnsiTheme="majorHAnsi" w:cstheme="majorHAnsi"/>
          <w:b/>
        </w:rPr>
        <w:t xml:space="preserve">Version: </w:t>
      </w:r>
      <w:r w:rsidRPr="002C72F1">
        <w:rPr>
          <w:rFonts w:asciiTheme="majorHAnsi" w:hAnsiTheme="majorHAnsi" w:cstheme="majorHAnsi"/>
          <w:bCs/>
        </w:rPr>
        <w:t>V1</w:t>
      </w:r>
    </w:p>
    <w:p w14:paraId="274B0688" w14:textId="6C4CF08F" w:rsidR="00CF3A0D" w:rsidRPr="002C72F1" w:rsidRDefault="00CF3A0D" w:rsidP="00CF3A0D">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2C72F1">
        <w:rPr>
          <w:rFonts w:asciiTheme="majorHAnsi" w:hAnsiTheme="majorHAnsi" w:cstheme="majorHAnsi"/>
          <w:b/>
        </w:rPr>
        <w:t xml:space="preserve">Adopted By Committee: Committee Meeting (Date to be inserted 2025) </w:t>
      </w:r>
    </w:p>
    <w:p w14:paraId="04465445" w14:textId="31875D77" w:rsidR="00CF3A0D" w:rsidRPr="002C72F1" w:rsidRDefault="00CF3A0D" w:rsidP="00CF3A0D">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2C72F1">
        <w:rPr>
          <w:rFonts w:asciiTheme="majorHAnsi" w:hAnsiTheme="majorHAnsi" w:cstheme="majorHAnsi"/>
          <w:b/>
        </w:rPr>
        <w:t>Last Reviewed: 202</w:t>
      </w:r>
      <w:r w:rsidR="00260525">
        <w:rPr>
          <w:rFonts w:asciiTheme="majorHAnsi" w:hAnsiTheme="majorHAnsi" w:cstheme="majorHAnsi"/>
          <w:b/>
        </w:rPr>
        <w:t>6</w:t>
      </w:r>
    </w:p>
    <w:p w14:paraId="191B8BC6" w14:textId="552A023E" w:rsidR="00CF3A0D" w:rsidRPr="002C72F1" w:rsidRDefault="00CF3A0D" w:rsidP="00CF3A0D">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2C72F1">
        <w:rPr>
          <w:rFonts w:asciiTheme="majorHAnsi" w:hAnsiTheme="majorHAnsi" w:cstheme="majorHAnsi"/>
          <w:b/>
        </w:rPr>
        <w:t xml:space="preserve">Next Review Due: </w:t>
      </w:r>
      <w:r w:rsidR="00260525">
        <w:rPr>
          <w:rFonts w:asciiTheme="majorHAnsi" w:hAnsiTheme="majorHAnsi" w:cstheme="majorHAnsi"/>
          <w:b/>
        </w:rPr>
        <w:t>August</w:t>
      </w:r>
      <w:r w:rsidRPr="002C72F1">
        <w:rPr>
          <w:rFonts w:asciiTheme="majorHAnsi" w:hAnsiTheme="majorHAnsi" w:cstheme="majorHAnsi"/>
          <w:b/>
        </w:rPr>
        <w:t xml:space="preserve"> 202</w:t>
      </w:r>
      <w:r w:rsidR="00260525">
        <w:rPr>
          <w:rFonts w:asciiTheme="majorHAnsi" w:hAnsiTheme="majorHAnsi" w:cstheme="majorHAnsi"/>
          <w:b/>
        </w:rPr>
        <w:t>7</w:t>
      </w:r>
      <w:r w:rsidRPr="002C72F1">
        <w:rPr>
          <w:rFonts w:asciiTheme="majorHAnsi" w:hAnsiTheme="majorHAnsi" w:cstheme="majorHAnsi"/>
          <w:b/>
        </w:rPr>
        <w:t xml:space="preserve"> </w:t>
      </w:r>
    </w:p>
    <w:p w14:paraId="50CDE0F4" w14:textId="59F14B55" w:rsidR="00CF3A0D" w:rsidRPr="002C72F1" w:rsidRDefault="00CF3A0D" w:rsidP="00CF3A0D">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2C72F1">
        <w:rPr>
          <w:rFonts w:asciiTheme="majorHAnsi" w:hAnsiTheme="majorHAnsi" w:cstheme="majorHAnsi"/>
          <w:b/>
        </w:rPr>
        <w:t xml:space="preserve">Policy Owner: York Racing Inc. </w:t>
      </w:r>
    </w:p>
    <w:p w14:paraId="345B87A8" w14:textId="77777777" w:rsidR="001A54D6" w:rsidRPr="001A54D6" w:rsidRDefault="001A54D6" w:rsidP="001A54D6">
      <w:pPr>
        <w:rPr>
          <w:rFonts w:asciiTheme="majorHAnsi" w:hAnsiTheme="majorHAnsi" w:cstheme="majorHAnsi"/>
          <w:b/>
          <w:bCs/>
          <w:lang w:val="en-AU"/>
        </w:rPr>
      </w:pPr>
      <w:r w:rsidRPr="001A54D6">
        <w:rPr>
          <w:rFonts w:asciiTheme="majorHAnsi" w:hAnsiTheme="majorHAnsi" w:cstheme="majorHAnsi"/>
          <w:b/>
          <w:bCs/>
          <w:lang w:val="en-AU"/>
        </w:rPr>
        <w:t>Purpose</w:t>
      </w:r>
    </w:p>
    <w:p w14:paraId="367006EF" w14:textId="59FB55F4" w:rsidR="001A54D6" w:rsidRPr="001A54D6" w:rsidRDefault="001A54D6" w:rsidP="001A54D6">
      <w:pPr>
        <w:rPr>
          <w:rFonts w:asciiTheme="majorHAnsi" w:hAnsiTheme="majorHAnsi" w:cstheme="majorHAnsi"/>
          <w:lang w:val="en-AU"/>
        </w:rPr>
      </w:pPr>
      <w:r w:rsidRPr="001A54D6">
        <w:rPr>
          <w:rFonts w:asciiTheme="majorHAnsi" w:hAnsiTheme="majorHAnsi" w:cstheme="majorHAnsi"/>
          <w:lang w:val="en-AU"/>
        </w:rPr>
        <w:t>To ensure that all Committee Members, Members</w:t>
      </w:r>
      <w:r>
        <w:rPr>
          <w:rFonts w:asciiTheme="majorHAnsi" w:hAnsiTheme="majorHAnsi" w:cstheme="majorHAnsi"/>
          <w:lang w:val="en-AU"/>
        </w:rPr>
        <w:t>, Staff</w:t>
      </w:r>
      <w:r w:rsidRPr="001A54D6">
        <w:rPr>
          <w:rFonts w:asciiTheme="majorHAnsi" w:hAnsiTheme="majorHAnsi" w:cstheme="majorHAnsi"/>
          <w:lang w:val="en-AU"/>
        </w:rPr>
        <w:t xml:space="preserve"> and </w:t>
      </w:r>
      <w:r>
        <w:rPr>
          <w:rFonts w:asciiTheme="majorHAnsi" w:hAnsiTheme="majorHAnsi" w:cstheme="majorHAnsi"/>
          <w:lang w:val="en-AU"/>
        </w:rPr>
        <w:t>V</w:t>
      </w:r>
      <w:r w:rsidRPr="001A54D6">
        <w:rPr>
          <w:rFonts w:asciiTheme="majorHAnsi" w:hAnsiTheme="majorHAnsi" w:cstheme="majorHAnsi"/>
          <w:lang w:val="en-AU"/>
        </w:rPr>
        <w:t>olunteers clearly understand the standards of behaviour expected of them.</w:t>
      </w:r>
    </w:p>
    <w:p w14:paraId="02C6BC92" w14:textId="77777777" w:rsidR="001A54D6" w:rsidRPr="001A54D6" w:rsidRDefault="001A54D6" w:rsidP="001A54D6">
      <w:pPr>
        <w:rPr>
          <w:rFonts w:asciiTheme="majorHAnsi" w:hAnsiTheme="majorHAnsi" w:cstheme="majorHAnsi"/>
          <w:lang w:val="en-AU"/>
        </w:rPr>
      </w:pPr>
      <w:r w:rsidRPr="001A54D6">
        <w:rPr>
          <w:rFonts w:asciiTheme="majorHAnsi" w:hAnsiTheme="majorHAnsi" w:cstheme="majorHAnsi"/>
          <w:lang w:val="en-AU"/>
        </w:rPr>
        <w:t>York Racing Inc. takes breaches of this Code seriously. Breaches may result in disciplinary action determined by York Racing Inc. in accordance with its Constitution, policies, procedural fairness and applicable law.</w:t>
      </w:r>
    </w:p>
    <w:p w14:paraId="1D3CD3EE" w14:textId="77777777" w:rsidR="001A54D6" w:rsidRPr="001A54D6" w:rsidRDefault="001A54D6" w:rsidP="001A54D6">
      <w:pPr>
        <w:rPr>
          <w:rFonts w:asciiTheme="majorHAnsi" w:hAnsiTheme="majorHAnsi" w:cstheme="majorHAnsi"/>
          <w:b/>
          <w:bCs/>
          <w:lang w:val="en-AU"/>
        </w:rPr>
      </w:pPr>
      <w:r w:rsidRPr="001A54D6">
        <w:rPr>
          <w:rFonts w:asciiTheme="majorHAnsi" w:hAnsiTheme="majorHAnsi" w:cstheme="majorHAnsi"/>
          <w:b/>
          <w:bCs/>
          <w:lang w:val="en-AU"/>
        </w:rPr>
        <w:t>Application</w:t>
      </w:r>
    </w:p>
    <w:p w14:paraId="419B0F5B" w14:textId="77777777" w:rsidR="001A54D6" w:rsidRPr="001A54D6" w:rsidRDefault="001A54D6" w:rsidP="001A54D6">
      <w:pPr>
        <w:rPr>
          <w:rFonts w:asciiTheme="majorHAnsi" w:hAnsiTheme="majorHAnsi" w:cstheme="majorHAnsi"/>
          <w:lang w:val="en-AU"/>
        </w:rPr>
      </w:pPr>
      <w:r w:rsidRPr="001A54D6">
        <w:rPr>
          <w:rFonts w:asciiTheme="majorHAnsi" w:hAnsiTheme="majorHAnsi" w:cstheme="majorHAnsi"/>
          <w:lang w:val="en-AU"/>
        </w:rPr>
        <w:t>This Code of Conduct applies to all:</w:t>
      </w:r>
    </w:p>
    <w:p w14:paraId="74A8E1E2" w14:textId="77777777" w:rsidR="001A54D6" w:rsidRPr="001A54D6" w:rsidRDefault="001A54D6" w:rsidP="001A54D6">
      <w:pPr>
        <w:numPr>
          <w:ilvl w:val="0"/>
          <w:numId w:val="17"/>
        </w:numPr>
        <w:spacing w:after="0"/>
        <w:rPr>
          <w:rFonts w:asciiTheme="majorHAnsi" w:hAnsiTheme="majorHAnsi" w:cstheme="majorHAnsi"/>
          <w:lang w:val="en-AU"/>
        </w:rPr>
      </w:pPr>
      <w:r w:rsidRPr="001A54D6">
        <w:rPr>
          <w:rFonts w:asciiTheme="majorHAnsi" w:hAnsiTheme="majorHAnsi" w:cstheme="majorHAnsi"/>
          <w:lang w:val="en-AU"/>
        </w:rPr>
        <w:t>Committee Members;</w:t>
      </w:r>
    </w:p>
    <w:p w14:paraId="0DEE946A" w14:textId="0A3D6898" w:rsidR="001A54D6" w:rsidRPr="001A54D6" w:rsidRDefault="001A54D6" w:rsidP="001A54D6">
      <w:pPr>
        <w:numPr>
          <w:ilvl w:val="0"/>
          <w:numId w:val="17"/>
        </w:numPr>
        <w:spacing w:after="0"/>
        <w:rPr>
          <w:rFonts w:asciiTheme="majorHAnsi" w:hAnsiTheme="majorHAnsi" w:cstheme="majorHAnsi"/>
          <w:lang w:val="en-AU"/>
        </w:rPr>
      </w:pPr>
      <w:r>
        <w:rPr>
          <w:rFonts w:asciiTheme="majorHAnsi" w:hAnsiTheme="majorHAnsi" w:cstheme="majorHAnsi"/>
          <w:lang w:val="en-AU"/>
        </w:rPr>
        <w:t>S</w:t>
      </w:r>
      <w:r w:rsidRPr="001A54D6">
        <w:rPr>
          <w:rFonts w:asciiTheme="majorHAnsi" w:hAnsiTheme="majorHAnsi" w:cstheme="majorHAnsi"/>
          <w:lang w:val="en-AU"/>
        </w:rPr>
        <w:t>taff;</w:t>
      </w:r>
    </w:p>
    <w:p w14:paraId="14C05CFC" w14:textId="77777777" w:rsidR="001A54D6" w:rsidRPr="001A54D6" w:rsidRDefault="001A54D6" w:rsidP="001A54D6">
      <w:pPr>
        <w:numPr>
          <w:ilvl w:val="0"/>
          <w:numId w:val="17"/>
        </w:numPr>
        <w:spacing w:after="0"/>
        <w:rPr>
          <w:rFonts w:asciiTheme="majorHAnsi" w:hAnsiTheme="majorHAnsi" w:cstheme="majorHAnsi"/>
          <w:lang w:val="en-AU"/>
        </w:rPr>
      </w:pPr>
      <w:r w:rsidRPr="001A54D6">
        <w:rPr>
          <w:rFonts w:asciiTheme="majorHAnsi" w:hAnsiTheme="majorHAnsi" w:cstheme="majorHAnsi"/>
          <w:lang w:val="en-AU"/>
        </w:rPr>
        <w:t>Members; and</w:t>
      </w:r>
    </w:p>
    <w:p w14:paraId="32BBE50C" w14:textId="333C774D" w:rsidR="001A54D6" w:rsidRPr="001A54D6" w:rsidRDefault="001A54D6" w:rsidP="001A54D6">
      <w:pPr>
        <w:numPr>
          <w:ilvl w:val="0"/>
          <w:numId w:val="17"/>
        </w:numPr>
        <w:spacing w:after="0"/>
        <w:rPr>
          <w:rFonts w:asciiTheme="majorHAnsi" w:hAnsiTheme="majorHAnsi" w:cstheme="majorHAnsi"/>
          <w:lang w:val="en-AU"/>
        </w:rPr>
      </w:pPr>
      <w:r>
        <w:rPr>
          <w:rFonts w:asciiTheme="majorHAnsi" w:hAnsiTheme="majorHAnsi" w:cstheme="majorHAnsi"/>
          <w:lang w:val="en-AU"/>
        </w:rPr>
        <w:t>V</w:t>
      </w:r>
      <w:r w:rsidRPr="001A54D6">
        <w:rPr>
          <w:rFonts w:asciiTheme="majorHAnsi" w:hAnsiTheme="majorHAnsi" w:cstheme="majorHAnsi"/>
          <w:lang w:val="en-AU"/>
        </w:rPr>
        <w:t>olunteers.</w:t>
      </w:r>
    </w:p>
    <w:p w14:paraId="39D1DA71" w14:textId="77777777" w:rsidR="001A54D6" w:rsidRDefault="001A54D6" w:rsidP="001A54D6">
      <w:pPr>
        <w:rPr>
          <w:rFonts w:asciiTheme="majorHAnsi" w:hAnsiTheme="majorHAnsi" w:cstheme="majorHAnsi"/>
          <w:lang w:val="en-AU"/>
        </w:rPr>
      </w:pPr>
    </w:p>
    <w:p w14:paraId="6D4ECB5B" w14:textId="31B9A3E8" w:rsidR="001A54D6" w:rsidRPr="001A54D6" w:rsidRDefault="001A54D6" w:rsidP="001A54D6">
      <w:pPr>
        <w:rPr>
          <w:rFonts w:asciiTheme="majorHAnsi" w:hAnsiTheme="majorHAnsi" w:cstheme="majorHAnsi"/>
          <w:b/>
          <w:bCs/>
          <w:lang w:val="en-AU"/>
        </w:rPr>
      </w:pPr>
      <w:r w:rsidRPr="001A54D6">
        <w:rPr>
          <w:rFonts w:asciiTheme="majorHAnsi" w:hAnsiTheme="majorHAnsi" w:cstheme="majorHAnsi"/>
          <w:b/>
          <w:bCs/>
          <w:lang w:val="en-AU"/>
        </w:rPr>
        <w:t>Standards of Conduct</w:t>
      </w:r>
    </w:p>
    <w:p w14:paraId="02DC65A3" w14:textId="335E8135" w:rsidR="001A54D6" w:rsidRPr="001A54D6" w:rsidRDefault="001A54D6" w:rsidP="001A54D6">
      <w:pPr>
        <w:rPr>
          <w:rFonts w:asciiTheme="majorHAnsi" w:hAnsiTheme="majorHAnsi" w:cstheme="majorHAnsi"/>
          <w:lang w:val="en-AU"/>
        </w:rPr>
      </w:pPr>
      <w:r w:rsidRPr="001A54D6">
        <w:rPr>
          <w:rFonts w:asciiTheme="majorHAnsi" w:hAnsiTheme="majorHAnsi" w:cstheme="majorHAnsi"/>
          <w:lang w:val="en-AU"/>
        </w:rPr>
        <w:t xml:space="preserve">All Committee Members, </w:t>
      </w:r>
      <w:r>
        <w:rPr>
          <w:rFonts w:asciiTheme="majorHAnsi" w:hAnsiTheme="majorHAnsi" w:cstheme="majorHAnsi"/>
          <w:lang w:val="en-AU"/>
        </w:rPr>
        <w:t>S</w:t>
      </w:r>
      <w:r w:rsidRPr="001A54D6">
        <w:rPr>
          <w:rFonts w:asciiTheme="majorHAnsi" w:hAnsiTheme="majorHAnsi" w:cstheme="majorHAnsi"/>
          <w:lang w:val="en-AU"/>
        </w:rPr>
        <w:t xml:space="preserve">taff, Members and </w:t>
      </w:r>
      <w:r>
        <w:rPr>
          <w:rFonts w:asciiTheme="majorHAnsi" w:hAnsiTheme="majorHAnsi" w:cstheme="majorHAnsi"/>
          <w:lang w:val="en-AU"/>
        </w:rPr>
        <w:t>V</w:t>
      </w:r>
      <w:r w:rsidRPr="001A54D6">
        <w:rPr>
          <w:rFonts w:asciiTheme="majorHAnsi" w:hAnsiTheme="majorHAnsi" w:cstheme="majorHAnsi"/>
          <w:lang w:val="en-AU"/>
        </w:rPr>
        <w:t>olunteers are required to:</w:t>
      </w:r>
    </w:p>
    <w:p w14:paraId="5C33D031" w14:textId="77777777" w:rsidR="001A54D6" w:rsidRPr="001A54D6" w:rsidRDefault="001A54D6" w:rsidP="001A54D6">
      <w:pPr>
        <w:numPr>
          <w:ilvl w:val="0"/>
          <w:numId w:val="18"/>
        </w:numPr>
        <w:spacing w:after="0"/>
        <w:rPr>
          <w:rFonts w:asciiTheme="majorHAnsi" w:hAnsiTheme="majorHAnsi" w:cstheme="majorHAnsi"/>
          <w:lang w:val="en-AU"/>
        </w:rPr>
      </w:pPr>
      <w:r w:rsidRPr="001A54D6">
        <w:rPr>
          <w:rFonts w:asciiTheme="majorHAnsi" w:hAnsiTheme="majorHAnsi" w:cstheme="majorHAnsi"/>
          <w:lang w:val="en-AU"/>
        </w:rPr>
        <w:t>Respect the rights, dignity and worth of every person, regardless of gender, age, ability, cultural background, religion or other personal characteristic;</w:t>
      </w:r>
    </w:p>
    <w:p w14:paraId="4AC6C790" w14:textId="77777777" w:rsidR="001A54D6" w:rsidRPr="001A54D6" w:rsidRDefault="001A54D6" w:rsidP="001A54D6">
      <w:pPr>
        <w:numPr>
          <w:ilvl w:val="0"/>
          <w:numId w:val="18"/>
        </w:numPr>
        <w:spacing w:after="0"/>
        <w:rPr>
          <w:rFonts w:asciiTheme="majorHAnsi" w:hAnsiTheme="majorHAnsi" w:cstheme="majorHAnsi"/>
          <w:lang w:val="en-AU"/>
        </w:rPr>
      </w:pPr>
      <w:r w:rsidRPr="001A54D6">
        <w:rPr>
          <w:rFonts w:asciiTheme="majorHAnsi" w:hAnsiTheme="majorHAnsi" w:cstheme="majorHAnsi"/>
          <w:lang w:val="en-AU"/>
        </w:rPr>
        <w:t>Treat employees, volunteers, Members, patrons, participants and visitors with courtesy and respect;</w:t>
      </w:r>
    </w:p>
    <w:p w14:paraId="46E2AF09" w14:textId="77777777" w:rsidR="001A54D6" w:rsidRPr="001A54D6" w:rsidRDefault="001A54D6" w:rsidP="001A54D6">
      <w:pPr>
        <w:numPr>
          <w:ilvl w:val="0"/>
          <w:numId w:val="18"/>
        </w:numPr>
        <w:spacing w:after="0"/>
        <w:rPr>
          <w:rFonts w:asciiTheme="majorHAnsi" w:hAnsiTheme="majorHAnsi" w:cstheme="majorHAnsi"/>
          <w:lang w:val="en-AU"/>
        </w:rPr>
      </w:pPr>
      <w:r w:rsidRPr="001A54D6">
        <w:rPr>
          <w:rFonts w:asciiTheme="majorHAnsi" w:hAnsiTheme="majorHAnsi" w:cstheme="majorHAnsi"/>
          <w:lang w:val="en-AU"/>
        </w:rPr>
        <w:lastRenderedPageBreak/>
        <w:t>Never ridicule, intimidate, bully, harass or yell at another person because of an error, disagreement or poor performance;</w:t>
      </w:r>
    </w:p>
    <w:p w14:paraId="0161D04E" w14:textId="77777777" w:rsidR="001A54D6" w:rsidRPr="001A54D6" w:rsidRDefault="001A54D6" w:rsidP="001A54D6">
      <w:pPr>
        <w:numPr>
          <w:ilvl w:val="0"/>
          <w:numId w:val="18"/>
        </w:numPr>
        <w:spacing w:after="0"/>
        <w:rPr>
          <w:rFonts w:asciiTheme="majorHAnsi" w:hAnsiTheme="majorHAnsi" w:cstheme="majorHAnsi"/>
          <w:lang w:val="en-AU"/>
        </w:rPr>
      </w:pPr>
      <w:r w:rsidRPr="001A54D6">
        <w:rPr>
          <w:rFonts w:asciiTheme="majorHAnsi" w:hAnsiTheme="majorHAnsi" w:cstheme="majorHAnsi"/>
          <w:lang w:val="en-AU"/>
        </w:rPr>
        <w:t>Always consider the wellbeing, welfare and safety of others;</w:t>
      </w:r>
    </w:p>
    <w:p w14:paraId="2080E042" w14:textId="77777777" w:rsidR="001A54D6" w:rsidRPr="001A54D6" w:rsidRDefault="001A54D6" w:rsidP="001A54D6">
      <w:pPr>
        <w:numPr>
          <w:ilvl w:val="0"/>
          <w:numId w:val="18"/>
        </w:numPr>
        <w:spacing w:after="0"/>
        <w:rPr>
          <w:rFonts w:asciiTheme="majorHAnsi" w:hAnsiTheme="majorHAnsi" w:cstheme="majorHAnsi"/>
          <w:lang w:val="en-AU"/>
        </w:rPr>
      </w:pPr>
      <w:r w:rsidRPr="001A54D6">
        <w:rPr>
          <w:rFonts w:asciiTheme="majorHAnsi" w:hAnsiTheme="majorHAnsi" w:cstheme="majorHAnsi"/>
          <w:lang w:val="en-AU"/>
        </w:rPr>
        <w:t>Help create a welcoming, safe, inclusive and positive environment;</w:t>
      </w:r>
    </w:p>
    <w:p w14:paraId="0B2805FE" w14:textId="77777777" w:rsidR="001A54D6" w:rsidRPr="001A54D6" w:rsidRDefault="001A54D6" w:rsidP="001A54D6">
      <w:pPr>
        <w:numPr>
          <w:ilvl w:val="0"/>
          <w:numId w:val="18"/>
        </w:numPr>
        <w:spacing w:after="0"/>
        <w:rPr>
          <w:rFonts w:asciiTheme="majorHAnsi" w:hAnsiTheme="majorHAnsi" w:cstheme="majorHAnsi"/>
          <w:lang w:val="en-AU"/>
        </w:rPr>
      </w:pPr>
      <w:r w:rsidRPr="001A54D6">
        <w:rPr>
          <w:rFonts w:asciiTheme="majorHAnsi" w:hAnsiTheme="majorHAnsi" w:cstheme="majorHAnsi"/>
          <w:lang w:val="en-AU"/>
        </w:rPr>
        <w:t>Maintain respectful and appropriate relationships with all participants;</w:t>
      </w:r>
    </w:p>
    <w:p w14:paraId="197AA13A" w14:textId="77777777" w:rsidR="001A54D6" w:rsidRPr="001A54D6" w:rsidRDefault="001A54D6" w:rsidP="001A54D6">
      <w:pPr>
        <w:numPr>
          <w:ilvl w:val="0"/>
          <w:numId w:val="18"/>
        </w:numPr>
        <w:spacing w:after="0"/>
        <w:rPr>
          <w:rFonts w:asciiTheme="majorHAnsi" w:hAnsiTheme="majorHAnsi" w:cstheme="majorHAnsi"/>
          <w:lang w:val="en-AU"/>
        </w:rPr>
      </w:pPr>
      <w:r w:rsidRPr="001A54D6">
        <w:rPr>
          <w:rFonts w:asciiTheme="majorHAnsi" w:hAnsiTheme="majorHAnsi" w:cstheme="majorHAnsi"/>
          <w:lang w:val="en-AU"/>
        </w:rPr>
        <w:t>Ensure activities are appropriate to the age, ability and experience of participants;</w:t>
      </w:r>
    </w:p>
    <w:p w14:paraId="1087F5E4" w14:textId="77777777" w:rsidR="001A54D6" w:rsidRPr="001A54D6" w:rsidRDefault="001A54D6" w:rsidP="001A54D6">
      <w:pPr>
        <w:numPr>
          <w:ilvl w:val="0"/>
          <w:numId w:val="18"/>
        </w:numPr>
        <w:spacing w:after="0"/>
        <w:rPr>
          <w:rFonts w:asciiTheme="majorHAnsi" w:hAnsiTheme="majorHAnsi" w:cstheme="majorHAnsi"/>
          <w:lang w:val="en-AU"/>
        </w:rPr>
      </w:pPr>
      <w:r w:rsidRPr="001A54D6">
        <w:rPr>
          <w:rFonts w:asciiTheme="majorHAnsi" w:hAnsiTheme="majorHAnsi" w:cstheme="majorHAnsi"/>
          <w:lang w:val="en-AU"/>
        </w:rPr>
        <w:t>Never use offensive, abusive, discriminatory or threatening language or behaviour;</w:t>
      </w:r>
    </w:p>
    <w:p w14:paraId="4AF0F66B" w14:textId="77777777" w:rsidR="001A54D6" w:rsidRPr="001A54D6" w:rsidRDefault="001A54D6" w:rsidP="001A54D6">
      <w:pPr>
        <w:numPr>
          <w:ilvl w:val="0"/>
          <w:numId w:val="18"/>
        </w:numPr>
        <w:spacing w:after="0"/>
        <w:rPr>
          <w:rFonts w:asciiTheme="majorHAnsi" w:hAnsiTheme="majorHAnsi" w:cstheme="majorHAnsi"/>
          <w:lang w:val="en-AU"/>
        </w:rPr>
      </w:pPr>
      <w:r w:rsidRPr="001A54D6">
        <w:rPr>
          <w:rFonts w:asciiTheme="majorHAnsi" w:hAnsiTheme="majorHAnsi" w:cstheme="majorHAnsi"/>
          <w:lang w:val="en-AU"/>
        </w:rPr>
        <w:t>Follow the York Racing Inc. Constitution, policies, procedures and all reasonable directions given by an authorised representative of the organisation;</w:t>
      </w:r>
    </w:p>
    <w:p w14:paraId="192A4D1D" w14:textId="77777777" w:rsidR="001A54D6" w:rsidRPr="001A54D6" w:rsidRDefault="001A54D6" w:rsidP="001A54D6">
      <w:pPr>
        <w:numPr>
          <w:ilvl w:val="0"/>
          <w:numId w:val="18"/>
        </w:numPr>
        <w:spacing w:after="0"/>
        <w:rPr>
          <w:rFonts w:asciiTheme="majorHAnsi" w:hAnsiTheme="majorHAnsi" w:cstheme="majorHAnsi"/>
          <w:lang w:val="en-AU"/>
        </w:rPr>
      </w:pPr>
      <w:r w:rsidRPr="001A54D6">
        <w:rPr>
          <w:rFonts w:asciiTheme="majorHAnsi" w:hAnsiTheme="majorHAnsi" w:cstheme="majorHAnsi"/>
          <w:lang w:val="en-AU"/>
        </w:rPr>
        <w:t>Raise concerns or disagreements respectfully and through the appropriate channels;</w:t>
      </w:r>
    </w:p>
    <w:p w14:paraId="06DD126D" w14:textId="77777777" w:rsidR="001A54D6" w:rsidRPr="001A54D6" w:rsidRDefault="001A54D6" w:rsidP="001A54D6">
      <w:pPr>
        <w:numPr>
          <w:ilvl w:val="0"/>
          <w:numId w:val="18"/>
        </w:numPr>
        <w:spacing w:after="0"/>
        <w:rPr>
          <w:rFonts w:asciiTheme="majorHAnsi" w:hAnsiTheme="majorHAnsi" w:cstheme="majorHAnsi"/>
          <w:lang w:val="en-AU"/>
        </w:rPr>
      </w:pPr>
      <w:r w:rsidRPr="001A54D6">
        <w:rPr>
          <w:rFonts w:asciiTheme="majorHAnsi" w:hAnsiTheme="majorHAnsi" w:cstheme="majorHAnsi"/>
          <w:lang w:val="en-AU"/>
        </w:rPr>
        <w:t>Act honestly, responsibly and in the best interests of York Racing Inc.; and</w:t>
      </w:r>
    </w:p>
    <w:p w14:paraId="6A189E9C" w14:textId="77777777" w:rsidR="001A54D6" w:rsidRPr="001A54D6" w:rsidRDefault="001A54D6" w:rsidP="001A54D6">
      <w:pPr>
        <w:numPr>
          <w:ilvl w:val="0"/>
          <w:numId w:val="18"/>
        </w:numPr>
        <w:spacing w:after="0"/>
        <w:rPr>
          <w:rFonts w:asciiTheme="majorHAnsi" w:hAnsiTheme="majorHAnsi" w:cstheme="majorHAnsi"/>
          <w:lang w:val="en-AU"/>
        </w:rPr>
      </w:pPr>
      <w:proofErr w:type="gramStart"/>
      <w:r w:rsidRPr="001A54D6">
        <w:rPr>
          <w:rFonts w:asciiTheme="majorHAnsi" w:hAnsiTheme="majorHAnsi" w:cstheme="majorHAnsi"/>
          <w:lang w:val="en-AU"/>
        </w:rPr>
        <w:t>Act as positive role models and ambassadors for York Racing Inc. at all times</w:t>
      </w:r>
      <w:proofErr w:type="gramEnd"/>
      <w:r w:rsidRPr="001A54D6">
        <w:rPr>
          <w:rFonts w:asciiTheme="majorHAnsi" w:hAnsiTheme="majorHAnsi" w:cstheme="majorHAnsi"/>
          <w:lang w:val="en-AU"/>
        </w:rPr>
        <w:t>.</w:t>
      </w:r>
    </w:p>
    <w:p w14:paraId="060B1ED7" w14:textId="77777777" w:rsidR="001A54D6" w:rsidRDefault="001A54D6" w:rsidP="001A54D6">
      <w:pPr>
        <w:rPr>
          <w:rFonts w:asciiTheme="majorHAnsi" w:hAnsiTheme="majorHAnsi" w:cstheme="majorHAnsi"/>
          <w:b/>
          <w:bCs/>
          <w:lang w:val="en-AU"/>
        </w:rPr>
      </w:pPr>
    </w:p>
    <w:p w14:paraId="4D89BDA8" w14:textId="5B19C0ED" w:rsidR="001A54D6" w:rsidRPr="001A54D6" w:rsidRDefault="001A54D6" w:rsidP="001A54D6">
      <w:pPr>
        <w:rPr>
          <w:rFonts w:asciiTheme="majorHAnsi" w:hAnsiTheme="majorHAnsi" w:cstheme="majorHAnsi"/>
          <w:b/>
          <w:bCs/>
          <w:lang w:val="en-AU"/>
        </w:rPr>
      </w:pPr>
      <w:r w:rsidRPr="001A54D6">
        <w:rPr>
          <w:rFonts w:asciiTheme="majorHAnsi" w:hAnsiTheme="majorHAnsi" w:cstheme="majorHAnsi"/>
          <w:b/>
          <w:bCs/>
          <w:lang w:val="en-AU"/>
        </w:rPr>
        <w:t>Additional Responsibilities of Committee Members</w:t>
      </w:r>
    </w:p>
    <w:p w14:paraId="383DC0F4" w14:textId="77777777" w:rsidR="001A54D6" w:rsidRPr="001A54D6" w:rsidRDefault="001A54D6" w:rsidP="001A54D6">
      <w:pPr>
        <w:rPr>
          <w:rFonts w:asciiTheme="majorHAnsi" w:hAnsiTheme="majorHAnsi" w:cstheme="majorHAnsi"/>
          <w:lang w:val="en-AU"/>
        </w:rPr>
      </w:pPr>
      <w:r w:rsidRPr="001A54D6">
        <w:rPr>
          <w:rFonts w:asciiTheme="majorHAnsi" w:hAnsiTheme="majorHAnsi" w:cstheme="majorHAnsi"/>
          <w:lang w:val="en-AU"/>
        </w:rPr>
        <w:t>Committee Members are also required to:</w:t>
      </w:r>
    </w:p>
    <w:p w14:paraId="34203233" w14:textId="77777777" w:rsidR="001A54D6" w:rsidRPr="001A54D6" w:rsidRDefault="001A54D6" w:rsidP="001A54D6">
      <w:pPr>
        <w:numPr>
          <w:ilvl w:val="0"/>
          <w:numId w:val="19"/>
        </w:numPr>
        <w:spacing w:after="0"/>
        <w:rPr>
          <w:rFonts w:asciiTheme="majorHAnsi" w:hAnsiTheme="majorHAnsi" w:cstheme="majorHAnsi"/>
          <w:lang w:val="en-AU"/>
        </w:rPr>
      </w:pPr>
      <w:r w:rsidRPr="001A54D6">
        <w:rPr>
          <w:rFonts w:asciiTheme="majorHAnsi" w:hAnsiTheme="majorHAnsi" w:cstheme="majorHAnsi"/>
          <w:lang w:val="en-AU"/>
        </w:rPr>
        <w:t>Encourage staff, Members and volunteers to value and respect employees, volunteers, Members, patrons and visitors;</w:t>
      </w:r>
    </w:p>
    <w:p w14:paraId="52329509" w14:textId="77777777" w:rsidR="001A54D6" w:rsidRPr="001A54D6" w:rsidRDefault="001A54D6" w:rsidP="001A54D6">
      <w:pPr>
        <w:numPr>
          <w:ilvl w:val="0"/>
          <w:numId w:val="19"/>
        </w:numPr>
        <w:spacing w:after="0"/>
        <w:rPr>
          <w:rFonts w:asciiTheme="majorHAnsi" w:hAnsiTheme="majorHAnsi" w:cstheme="majorHAnsi"/>
          <w:lang w:val="en-AU"/>
        </w:rPr>
      </w:pPr>
      <w:r w:rsidRPr="001A54D6">
        <w:rPr>
          <w:rFonts w:asciiTheme="majorHAnsi" w:hAnsiTheme="majorHAnsi" w:cstheme="majorHAnsi"/>
          <w:lang w:val="en-AU"/>
        </w:rPr>
        <w:t>Promote a positive culture throughout York Racing Inc.;</w:t>
      </w:r>
    </w:p>
    <w:p w14:paraId="798C512F" w14:textId="77777777" w:rsidR="001A54D6" w:rsidRPr="001A54D6" w:rsidRDefault="001A54D6" w:rsidP="001A54D6">
      <w:pPr>
        <w:numPr>
          <w:ilvl w:val="0"/>
          <w:numId w:val="19"/>
        </w:numPr>
        <w:spacing w:after="0"/>
        <w:rPr>
          <w:rFonts w:asciiTheme="majorHAnsi" w:hAnsiTheme="majorHAnsi" w:cstheme="majorHAnsi"/>
          <w:lang w:val="en-AU"/>
        </w:rPr>
      </w:pPr>
      <w:r w:rsidRPr="001A54D6">
        <w:rPr>
          <w:rFonts w:asciiTheme="majorHAnsi" w:hAnsiTheme="majorHAnsi" w:cstheme="majorHAnsi"/>
          <w:lang w:val="en-AU"/>
        </w:rPr>
        <w:t>Exercise their duties honestly, fairly and responsibly;</w:t>
      </w:r>
    </w:p>
    <w:p w14:paraId="17136CE4" w14:textId="77777777" w:rsidR="001A54D6" w:rsidRPr="001A54D6" w:rsidRDefault="001A54D6" w:rsidP="001A54D6">
      <w:pPr>
        <w:numPr>
          <w:ilvl w:val="0"/>
          <w:numId w:val="19"/>
        </w:numPr>
        <w:spacing w:after="0"/>
        <w:rPr>
          <w:rFonts w:asciiTheme="majorHAnsi" w:hAnsiTheme="majorHAnsi" w:cstheme="majorHAnsi"/>
          <w:lang w:val="en-AU"/>
        </w:rPr>
      </w:pPr>
      <w:r w:rsidRPr="001A54D6">
        <w:rPr>
          <w:rFonts w:asciiTheme="majorHAnsi" w:hAnsiTheme="majorHAnsi" w:cstheme="majorHAnsi"/>
          <w:lang w:val="en-AU"/>
        </w:rPr>
        <w:t>Appropriately disclose and manage any actual, potential or perceived conflicts of interest;</w:t>
      </w:r>
    </w:p>
    <w:p w14:paraId="5F452132" w14:textId="77777777" w:rsidR="001A54D6" w:rsidRPr="001A54D6" w:rsidRDefault="001A54D6" w:rsidP="001A54D6">
      <w:pPr>
        <w:numPr>
          <w:ilvl w:val="0"/>
          <w:numId w:val="19"/>
        </w:numPr>
        <w:spacing w:after="0"/>
        <w:rPr>
          <w:rFonts w:asciiTheme="majorHAnsi" w:hAnsiTheme="majorHAnsi" w:cstheme="majorHAnsi"/>
          <w:lang w:val="en-AU"/>
        </w:rPr>
      </w:pPr>
      <w:r w:rsidRPr="001A54D6">
        <w:rPr>
          <w:rFonts w:asciiTheme="majorHAnsi" w:hAnsiTheme="majorHAnsi" w:cstheme="majorHAnsi"/>
          <w:lang w:val="en-AU"/>
        </w:rPr>
        <w:t>Respect the confidentiality of information obtained through their position; and</w:t>
      </w:r>
    </w:p>
    <w:p w14:paraId="7A17681B" w14:textId="77777777" w:rsidR="001A54D6" w:rsidRPr="001A54D6" w:rsidRDefault="001A54D6" w:rsidP="001A54D6">
      <w:pPr>
        <w:numPr>
          <w:ilvl w:val="0"/>
          <w:numId w:val="19"/>
        </w:numPr>
        <w:spacing w:after="0"/>
        <w:rPr>
          <w:rFonts w:asciiTheme="majorHAnsi" w:hAnsiTheme="majorHAnsi" w:cstheme="majorHAnsi"/>
          <w:lang w:val="en-AU"/>
        </w:rPr>
      </w:pPr>
      <w:r w:rsidRPr="001A54D6">
        <w:rPr>
          <w:rFonts w:asciiTheme="majorHAnsi" w:hAnsiTheme="majorHAnsi" w:cstheme="majorHAnsi"/>
          <w:lang w:val="en-AU"/>
        </w:rPr>
        <w:t>Support and uphold decisions properly made in accordance with the Constitution and policies of York Racing Inc.</w:t>
      </w:r>
    </w:p>
    <w:p w14:paraId="4B000702" w14:textId="77777777" w:rsidR="001A54D6" w:rsidRDefault="001A54D6" w:rsidP="001A54D6">
      <w:pPr>
        <w:rPr>
          <w:rFonts w:asciiTheme="majorHAnsi" w:hAnsiTheme="majorHAnsi" w:cstheme="majorHAnsi"/>
          <w:lang w:val="en-AU"/>
        </w:rPr>
      </w:pPr>
    </w:p>
    <w:p w14:paraId="6F01D80E" w14:textId="16F4DE47" w:rsidR="001A54D6" w:rsidRPr="001A54D6" w:rsidRDefault="001A54D6" w:rsidP="001A54D6">
      <w:pPr>
        <w:rPr>
          <w:rFonts w:asciiTheme="majorHAnsi" w:hAnsiTheme="majorHAnsi" w:cstheme="majorHAnsi"/>
          <w:b/>
          <w:bCs/>
          <w:lang w:val="en-AU"/>
        </w:rPr>
      </w:pPr>
      <w:r w:rsidRPr="001A54D6">
        <w:rPr>
          <w:rFonts w:asciiTheme="majorHAnsi" w:hAnsiTheme="majorHAnsi" w:cstheme="majorHAnsi"/>
          <w:b/>
          <w:bCs/>
          <w:lang w:val="en-AU"/>
        </w:rPr>
        <w:t>Additional Responsibilities of Members and Volunteers</w:t>
      </w:r>
    </w:p>
    <w:p w14:paraId="34CA81DB" w14:textId="77777777" w:rsidR="001A54D6" w:rsidRPr="001A54D6" w:rsidRDefault="001A54D6" w:rsidP="001A54D6">
      <w:pPr>
        <w:rPr>
          <w:rFonts w:asciiTheme="majorHAnsi" w:hAnsiTheme="majorHAnsi" w:cstheme="majorHAnsi"/>
          <w:lang w:val="en-AU"/>
        </w:rPr>
      </w:pPr>
      <w:r w:rsidRPr="001A54D6">
        <w:rPr>
          <w:rFonts w:asciiTheme="majorHAnsi" w:hAnsiTheme="majorHAnsi" w:cstheme="majorHAnsi"/>
          <w:lang w:val="en-AU"/>
        </w:rPr>
        <w:t>Members and volunteers are also required to:</w:t>
      </w:r>
    </w:p>
    <w:p w14:paraId="57E47045" w14:textId="77777777" w:rsidR="001A54D6" w:rsidRPr="001A54D6" w:rsidRDefault="001A54D6" w:rsidP="001A54D6">
      <w:pPr>
        <w:numPr>
          <w:ilvl w:val="0"/>
          <w:numId w:val="20"/>
        </w:numPr>
        <w:spacing w:after="0"/>
        <w:rPr>
          <w:rFonts w:asciiTheme="majorHAnsi" w:hAnsiTheme="majorHAnsi" w:cstheme="majorHAnsi"/>
          <w:lang w:val="en-AU"/>
        </w:rPr>
      </w:pPr>
      <w:r w:rsidRPr="001A54D6">
        <w:rPr>
          <w:rFonts w:asciiTheme="majorHAnsi" w:hAnsiTheme="majorHAnsi" w:cstheme="majorHAnsi"/>
          <w:lang w:val="en-AU"/>
        </w:rPr>
        <w:t>Welcome people to York Racing Inc. and assist in creating a friendly and inclusive environment;</w:t>
      </w:r>
    </w:p>
    <w:p w14:paraId="71B3EC5E" w14:textId="77777777" w:rsidR="001A54D6" w:rsidRPr="001A54D6" w:rsidRDefault="001A54D6" w:rsidP="001A54D6">
      <w:pPr>
        <w:numPr>
          <w:ilvl w:val="0"/>
          <w:numId w:val="20"/>
        </w:numPr>
        <w:spacing w:after="0"/>
        <w:rPr>
          <w:rFonts w:asciiTheme="majorHAnsi" w:hAnsiTheme="majorHAnsi" w:cstheme="majorHAnsi"/>
          <w:lang w:val="en-AU"/>
        </w:rPr>
      </w:pPr>
      <w:r w:rsidRPr="001A54D6">
        <w:rPr>
          <w:rFonts w:asciiTheme="majorHAnsi" w:hAnsiTheme="majorHAnsi" w:cstheme="majorHAnsi"/>
          <w:lang w:val="en-AU"/>
        </w:rPr>
        <w:t>Cooperate with Committee Members, staff, other Members and volunteers;</w:t>
      </w:r>
    </w:p>
    <w:p w14:paraId="1E7FC22B" w14:textId="77777777" w:rsidR="001A54D6" w:rsidRPr="001A54D6" w:rsidRDefault="001A54D6" w:rsidP="001A54D6">
      <w:pPr>
        <w:numPr>
          <w:ilvl w:val="0"/>
          <w:numId w:val="20"/>
        </w:numPr>
        <w:spacing w:after="0"/>
        <w:rPr>
          <w:rFonts w:asciiTheme="majorHAnsi" w:hAnsiTheme="majorHAnsi" w:cstheme="majorHAnsi"/>
          <w:lang w:val="en-AU"/>
        </w:rPr>
      </w:pPr>
      <w:r w:rsidRPr="001A54D6">
        <w:rPr>
          <w:rFonts w:asciiTheme="majorHAnsi" w:hAnsiTheme="majorHAnsi" w:cstheme="majorHAnsi"/>
          <w:lang w:val="en-AU"/>
        </w:rPr>
        <w:t>Perform any duties safely, responsibly and within their level of training or authority;</w:t>
      </w:r>
    </w:p>
    <w:p w14:paraId="2648B461" w14:textId="77777777" w:rsidR="001A54D6" w:rsidRPr="001A54D6" w:rsidRDefault="001A54D6" w:rsidP="001A54D6">
      <w:pPr>
        <w:numPr>
          <w:ilvl w:val="0"/>
          <w:numId w:val="20"/>
        </w:numPr>
        <w:spacing w:after="0"/>
        <w:rPr>
          <w:rFonts w:asciiTheme="majorHAnsi" w:hAnsiTheme="majorHAnsi" w:cstheme="majorHAnsi"/>
          <w:lang w:val="en-AU"/>
        </w:rPr>
      </w:pPr>
      <w:r w:rsidRPr="001A54D6">
        <w:rPr>
          <w:rFonts w:asciiTheme="majorHAnsi" w:hAnsiTheme="majorHAnsi" w:cstheme="majorHAnsi"/>
          <w:lang w:val="en-AU"/>
        </w:rPr>
        <w:t>Adhere to and support York Racing Inc.’s policies and procedures; and</w:t>
      </w:r>
    </w:p>
    <w:p w14:paraId="4E3CAF06" w14:textId="77777777" w:rsidR="001A54D6" w:rsidRPr="001A54D6" w:rsidRDefault="001A54D6" w:rsidP="001A54D6">
      <w:pPr>
        <w:numPr>
          <w:ilvl w:val="0"/>
          <w:numId w:val="20"/>
        </w:numPr>
        <w:spacing w:after="0"/>
        <w:rPr>
          <w:rFonts w:asciiTheme="majorHAnsi" w:hAnsiTheme="majorHAnsi" w:cstheme="majorHAnsi"/>
          <w:lang w:val="en-AU"/>
        </w:rPr>
      </w:pPr>
      <w:r w:rsidRPr="001A54D6">
        <w:rPr>
          <w:rFonts w:asciiTheme="majorHAnsi" w:hAnsiTheme="majorHAnsi" w:cstheme="majorHAnsi"/>
          <w:lang w:val="en-AU"/>
        </w:rPr>
        <w:t>Promptly report safety concerns, misconduct or suspected breaches of this Code to an appropriate Committee Member or staff member.</w:t>
      </w:r>
    </w:p>
    <w:p w14:paraId="4281E46E" w14:textId="77777777" w:rsidR="001A54D6" w:rsidRDefault="001A54D6" w:rsidP="001A54D6">
      <w:pPr>
        <w:rPr>
          <w:rFonts w:asciiTheme="majorHAnsi" w:hAnsiTheme="majorHAnsi" w:cstheme="majorHAnsi"/>
          <w:lang w:val="en-AU"/>
        </w:rPr>
      </w:pPr>
    </w:p>
    <w:p w14:paraId="09136574" w14:textId="2E6DB9E9" w:rsidR="001A54D6" w:rsidRPr="001A54D6" w:rsidRDefault="001A54D6" w:rsidP="001A54D6">
      <w:pPr>
        <w:rPr>
          <w:rFonts w:asciiTheme="majorHAnsi" w:hAnsiTheme="majorHAnsi" w:cstheme="majorHAnsi"/>
          <w:b/>
          <w:bCs/>
          <w:lang w:val="en-AU"/>
        </w:rPr>
      </w:pPr>
      <w:r w:rsidRPr="001A54D6">
        <w:rPr>
          <w:rFonts w:asciiTheme="majorHAnsi" w:hAnsiTheme="majorHAnsi" w:cstheme="majorHAnsi"/>
          <w:b/>
          <w:bCs/>
          <w:lang w:val="en-AU"/>
        </w:rPr>
        <w:lastRenderedPageBreak/>
        <w:t>Consequences of Breaching the Code of Conduct</w:t>
      </w:r>
    </w:p>
    <w:p w14:paraId="4827D8AD" w14:textId="77777777" w:rsidR="001A54D6" w:rsidRPr="001A54D6" w:rsidRDefault="001A54D6" w:rsidP="001A54D6">
      <w:pPr>
        <w:rPr>
          <w:rFonts w:asciiTheme="majorHAnsi" w:hAnsiTheme="majorHAnsi" w:cstheme="majorHAnsi"/>
          <w:lang w:val="en-AU"/>
        </w:rPr>
      </w:pPr>
      <w:r w:rsidRPr="001A54D6">
        <w:rPr>
          <w:rFonts w:asciiTheme="majorHAnsi" w:hAnsiTheme="majorHAnsi" w:cstheme="majorHAnsi"/>
          <w:lang w:val="en-AU"/>
        </w:rPr>
        <w:t>Any reported breach will be considered fairly and confidentially to the extent reasonably possible. The individual concerned will ordinarily be informed of the allegation and given an opportunity to respond before disciplinary action is determined.</w:t>
      </w:r>
    </w:p>
    <w:p w14:paraId="3BB02DE7" w14:textId="77777777" w:rsidR="001A54D6" w:rsidRPr="001A54D6" w:rsidRDefault="001A54D6" w:rsidP="001A54D6">
      <w:pPr>
        <w:rPr>
          <w:rFonts w:asciiTheme="majorHAnsi" w:hAnsiTheme="majorHAnsi" w:cstheme="majorHAnsi"/>
          <w:lang w:val="en-AU"/>
        </w:rPr>
      </w:pPr>
      <w:r w:rsidRPr="001A54D6">
        <w:rPr>
          <w:rFonts w:asciiTheme="majorHAnsi" w:hAnsiTheme="majorHAnsi" w:cstheme="majorHAnsi"/>
          <w:lang w:val="en-AU"/>
        </w:rPr>
        <w:t>Depending on the nature and severity of the breach, York Racing Inc. may take one or more of the following actions. Each formal action will be documented:</w:t>
      </w:r>
    </w:p>
    <w:p w14:paraId="70DDD493" w14:textId="77777777" w:rsidR="001A54D6" w:rsidRPr="001A54D6" w:rsidRDefault="001A54D6" w:rsidP="001A54D6">
      <w:pPr>
        <w:numPr>
          <w:ilvl w:val="0"/>
          <w:numId w:val="21"/>
        </w:numPr>
        <w:rPr>
          <w:rFonts w:asciiTheme="majorHAnsi" w:hAnsiTheme="majorHAnsi" w:cstheme="majorHAnsi"/>
          <w:lang w:val="en-AU"/>
        </w:rPr>
      </w:pPr>
      <w:r w:rsidRPr="001A54D6">
        <w:rPr>
          <w:rFonts w:asciiTheme="majorHAnsi" w:hAnsiTheme="majorHAnsi" w:cstheme="majorHAnsi"/>
          <w:lang w:val="en-AU"/>
        </w:rPr>
        <w:t>Informal or verbal warning: The individual will be advised of the breach and reminded of their responsibilities under this Code.</w:t>
      </w:r>
    </w:p>
    <w:p w14:paraId="09310D8E" w14:textId="77777777" w:rsidR="001A54D6" w:rsidRPr="001A54D6" w:rsidRDefault="001A54D6" w:rsidP="001A54D6">
      <w:pPr>
        <w:numPr>
          <w:ilvl w:val="0"/>
          <w:numId w:val="21"/>
        </w:numPr>
        <w:rPr>
          <w:rFonts w:asciiTheme="majorHAnsi" w:hAnsiTheme="majorHAnsi" w:cstheme="majorHAnsi"/>
          <w:lang w:val="en-AU"/>
        </w:rPr>
      </w:pPr>
      <w:r w:rsidRPr="001A54D6">
        <w:rPr>
          <w:rFonts w:asciiTheme="majorHAnsi" w:hAnsiTheme="majorHAnsi" w:cstheme="majorHAnsi"/>
          <w:lang w:val="en-AU"/>
        </w:rPr>
        <w:t>Written warning: A formal written warning will be issued, outlining the breach, the required corrective action and the possible consequences of further misconduct.</w:t>
      </w:r>
    </w:p>
    <w:p w14:paraId="39E1C7B2" w14:textId="77777777" w:rsidR="001A54D6" w:rsidRPr="001A54D6" w:rsidRDefault="001A54D6" w:rsidP="001A54D6">
      <w:pPr>
        <w:numPr>
          <w:ilvl w:val="0"/>
          <w:numId w:val="21"/>
        </w:numPr>
        <w:rPr>
          <w:rFonts w:asciiTheme="majorHAnsi" w:hAnsiTheme="majorHAnsi" w:cstheme="majorHAnsi"/>
          <w:lang w:val="en-AU"/>
        </w:rPr>
      </w:pPr>
      <w:r w:rsidRPr="001A54D6">
        <w:rPr>
          <w:rFonts w:asciiTheme="majorHAnsi" w:hAnsiTheme="majorHAnsi" w:cstheme="majorHAnsi"/>
          <w:lang w:val="en-AU"/>
        </w:rPr>
        <w:t>Suspension: The individual may be suspended from their duties, role, membership privileges or participation in York Racing Inc. activities for a defined period.</w:t>
      </w:r>
    </w:p>
    <w:p w14:paraId="25B6B99A" w14:textId="77777777" w:rsidR="001A54D6" w:rsidRPr="001A54D6" w:rsidRDefault="001A54D6" w:rsidP="001A54D6">
      <w:pPr>
        <w:numPr>
          <w:ilvl w:val="0"/>
          <w:numId w:val="21"/>
        </w:numPr>
        <w:rPr>
          <w:rFonts w:asciiTheme="majorHAnsi" w:hAnsiTheme="majorHAnsi" w:cstheme="majorHAnsi"/>
          <w:lang w:val="en-AU"/>
        </w:rPr>
      </w:pPr>
      <w:r w:rsidRPr="001A54D6">
        <w:rPr>
          <w:rFonts w:asciiTheme="majorHAnsi" w:hAnsiTheme="majorHAnsi" w:cstheme="majorHAnsi"/>
          <w:lang w:val="en-AU"/>
        </w:rPr>
        <w:t>Termination or expulsion: In cases of serious or repeated misconduct, the individual’s employment, volunteer engagement, Committee position or membership may be terminated, subject to the York Racing Inc. Constitution, applicable policies and relevant law.</w:t>
      </w:r>
    </w:p>
    <w:p w14:paraId="6DFB1CCA" w14:textId="77777777" w:rsidR="001A54D6" w:rsidRPr="001A54D6" w:rsidRDefault="001A54D6" w:rsidP="001A54D6">
      <w:pPr>
        <w:rPr>
          <w:rFonts w:asciiTheme="majorHAnsi" w:hAnsiTheme="majorHAnsi" w:cstheme="majorHAnsi"/>
          <w:lang w:val="en-AU"/>
        </w:rPr>
      </w:pPr>
      <w:r w:rsidRPr="001A54D6">
        <w:rPr>
          <w:rFonts w:asciiTheme="majorHAnsi" w:hAnsiTheme="majorHAnsi" w:cstheme="majorHAnsi"/>
          <w:lang w:val="en-AU"/>
        </w:rPr>
        <w:t>Serious misconduct may result in disciplinary action commencing at any stage of this process. Where appropriate, York Racing Inc. may also refer a matter to the police, a regulator or another relevant authority.</w:t>
      </w:r>
    </w:p>
    <w:p w14:paraId="558C5509" w14:textId="77777777" w:rsidR="001A54D6" w:rsidRPr="001A54D6" w:rsidRDefault="001A54D6" w:rsidP="001A54D6">
      <w:pPr>
        <w:rPr>
          <w:rFonts w:asciiTheme="majorHAnsi" w:hAnsiTheme="majorHAnsi" w:cstheme="majorHAnsi"/>
          <w:b/>
          <w:bCs/>
          <w:lang w:val="en-AU"/>
        </w:rPr>
      </w:pPr>
      <w:r w:rsidRPr="001A54D6">
        <w:rPr>
          <w:rFonts w:asciiTheme="majorHAnsi" w:hAnsiTheme="majorHAnsi" w:cstheme="majorHAnsi"/>
          <w:b/>
          <w:bCs/>
          <w:lang w:val="en-AU"/>
        </w:rPr>
        <w:t>Acknowledgement</w:t>
      </w:r>
    </w:p>
    <w:p w14:paraId="03A72A97" w14:textId="6EA415CB" w:rsidR="001A54D6" w:rsidRPr="001A54D6" w:rsidRDefault="001A54D6" w:rsidP="001A54D6">
      <w:pPr>
        <w:rPr>
          <w:rFonts w:asciiTheme="majorHAnsi" w:hAnsiTheme="majorHAnsi" w:cstheme="majorHAnsi"/>
          <w:lang w:val="en-AU"/>
        </w:rPr>
      </w:pPr>
      <w:r w:rsidRPr="001A54D6">
        <w:rPr>
          <w:rFonts w:asciiTheme="majorHAnsi" w:hAnsiTheme="majorHAnsi" w:cstheme="majorHAnsi"/>
          <w:lang w:val="en-AU"/>
        </w:rPr>
        <w:t xml:space="preserve">As part of the induction or orientation process, all Committee Members, staff, Members and volunteers should be provided with this Code of Conduct and asked to </w:t>
      </w:r>
      <w:r>
        <w:rPr>
          <w:rFonts w:asciiTheme="majorHAnsi" w:hAnsiTheme="majorHAnsi" w:cstheme="majorHAnsi"/>
          <w:lang w:val="en-AU"/>
        </w:rPr>
        <w:t xml:space="preserve">agree to it before becoming a member or working or volunteering at the Club. </w:t>
      </w:r>
    </w:p>
    <w:sectPr w:rsidR="001A54D6" w:rsidRPr="001A54D6"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C027F" w14:textId="77777777" w:rsidR="00791957" w:rsidRDefault="00791957" w:rsidP="008F14A9">
      <w:pPr>
        <w:spacing w:after="0" w:line="240" w:lineRule="auto"/>
      </w:pPr>
      <w:r>
        <w:separator/>
      </w:r>
    </w:p>
  </w:endnote>
  <w:endnote w:type="continuationSeparator" w:id="0">
    <w:p w14:paraId="55B37F87" w14:textId="77777777" w:rsidR="00791957" w:rsidRDefault="00791957" w:rsidP="008F1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CC3CD" w14:textId="77777777" w:rsidR="00743DD8" w:rsidRDefault="00743D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641567"/>
      <w:docPartObj>
        <w:docPartGallery w:val="Page Numbers (Bottom of Page)"/>
        <w:docPartUnique/>
      </w:docPartObj>
    </w:sdtPr>
    <w:sdtEndPr>
      <w:rPr>
        <w:color w:val="7F7F7F" w:themeColor="background1" w:themeShade="7F"/>
        <w:spacing w:val="60"/>
      </w:rPr>
    </w:sdtEndPr>
    <w:sdtContent>
      <w:p w14:paraId="1C3F2BCB" w14:textId="40D0F338" w:rsidR="00CF3A0D" w:rsidRDefault="00CF3A0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7DA816B" w14:textId="77777777" w:rsidR="008F14A9" w:rsidRDefault="008F14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570FD" w14:textId="77777777" w:rsidR="00743DD8" w:rsidRDefault="00743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48D0E" w14:textId="77777777" w:rsidR="00791957" w:rsidRDefault="00791957" w:rsidP="008F14A9">
      <w:pPr>
        <w:spacing w:after="0" w:line="240" w:lineRule="auto"/>
      </w:pPr>
      <w:r>
        <w:separator/>
      </w:r>
    </w:p>
  </w:footnote>
  <w:footnote w:type="continuationSeparator" w:id="0">
    <w:p w14:paraId="1357087D" w14:textId="77777777" w:rsidR="00791957" w:rsidRDefault="00791957" w:rsidP="008F1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445D" w14:textId="77777777" w:rsidR="00743DD8" w:rsidRDefault="00743D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9C0D" w14:textId="2296A664" w:rsidR="008F14A9" w:rsidRDefault="008F14A9" w:rsidP="008F14A9">
    <w:pPr>
      <w:pStyle w:val="Header"/>
      <w:jc w:val="right"/>
    </w:pPr>
    <w:r w:rsidRPr="003D5E0F">
      <w:rPr>
        <w:rFonts w:asciiTheme="majorHAnsi" w:hAnsiTheme="majorHAnsi" w:cstheme="majorHAnsi"/>
        <w:b/>
        <w:noProof/>
      </w:rPr>
      <w:drawing>
        <wp:inline distT="0" distB="0" distL="0" distR="0" wp14:anchorId="75411F4F" wp14:editId="5E5AFDE0">
          <wp:extent cx="914400" cy="911087"/>
          <wp:effectExtent l="0" t="0" r="0" b="3810"/>
          <wp:docPr id="1175471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471465" name="Picture 1175471465"/>
                  <pic:cNvPicPr/>
                </pic:nvPicPr>
                <pic:blipFill>
                  <a:blip r:embed="rId1"/>
                  <a:stretch>
                    <a:fillRect/>
                  </a:stretch>
                </pic:blipFill>
                <pic:spPr>
                  <a:xfrm>
                    <a:off x="0" y="0"/>
                    <a:ext cx="917121" cy="913798"/>
                  </a:xfrm>
                  <a:prstGeom prst="rect">
                    <a:avLst/>
                  </a:prstGeom>
                </pic:spPr>
              </pic:pic>
            </a:graphicData>
          </a:graphic>
        </wp:inline>
      </w:drawing>
    </w:r>
  </w:p>
  <w:p w14:paraId="72EA485C" w14:textId="77777777" w:rsidR="008F14A9" w:rsidRDefault="008F14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A5835" w14:textId="77777777" w:rsidR="00743DD8" w:rsidRDefault="00743D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4A1CC6"/>
    <w:multiLevelType w:val="hybridMultilevel"/>
    <w:tmpl w:val="F6A6C5A6"/>
    <w:lvl w:ilvl="0" w:tplc="E654C060">
      <w:numFmt w:val="bullet"/>
      <w:lvlText w:val="•"/>
      <w:lvlJc w:val="left"/>
      <w:pPr>
        <w:ind w:left="1080" w:hanging="720"/>
      </w:pPr>
      <w:rPr>
        <w:rFonts w:ascii="Cambria" w:eastAsiaTheme="minorEastAsia"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2EB2084"/>
    <w:multiLevelType w:val="multilevel"/>
    <w:tmpl w:val="58529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8D6DA0"/>
    <w:multiLevelType w:val="hybridMultilevel"/>
    <w:tmpl w:val="C88C30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F183C5B"/>
    <w:multiLevelType w:val="multilevel"/>
    <w:tmpl w:val="3D660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12476F"/>
    <w:multiLevelType w:val="multilevel"/>
    <w:tmpl w:val="62027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492EBE"/>
    <w:multiLevelType w:val="multilevel"/>
    <w:tmpl w:val="E47C2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013008"/>
    <w:multiLevelType w:val="hybridMultilevel"/>
    <w:tmpl w:val="CB1A5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C2632D5"/>
    <w:multiLevelType w:val="hybridMultilevel"/>
    <w:tmpl w:val="AA227D52"/>
    <w:lvl w:ilvl="0" w:tplc="E654C060">
      <w:numFmt w:val="bullet"/>
      <w:lvlText w:val="•"/>
      <w:lvlJc w:val="left"/>
      <w:pPr>
        <w:ind w:left="1080" w:hanging="720"/>
      </w:pPr>
      <w:rPr>
        <w:rFonts w:ascii="Cambria" w:eastAsiaTheme="minorEastAsia"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6085D7C"/>
    <w:multiLevelType w:val="hybridMultilevel"/>
    <w:tmpl w:val="CC88FB90"/>
    <w:lvl w:ilvl="0" w:tplc="6A02315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7C3368D"/>
    <w:multiLevelType w:val="multilevel"/>
    <w:tmpl w:val="ECF40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E75CDA"/>
    <w:multiLevelType w:val="hybridMultilevel"/>
    <w:tmpl w:val="BB320474"/>
    <w:lvl w:ilvl="0" w:tplc="E654C060">
      <w:numFmt w:val="bullet"/>
      <w:lvlText w:val="•"/>
      <w:lvlJc w:val="left"/>
      <w:pPr>
        <w:ind w:left="1440" w:hanging="720"/>
      </w:pPr>
      <w:rPr>
        <w:rFonts w:ascii="Cambria" w:eastAsiaTheme="minorEastAsia" w:hAnsi="Cambria"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7F1F16A7"/>
    <w:multiLevelType w:val="hybridMultilevel"/>
    <w:tmpl w:val="C3A40092"/>
    <w:lvl w:ilvl="0" w:tplc="E654C060">
      <w:numFmt w:val="bullet"/>
      <w:lvlText w:val="•"/>
      <w:lvlJc w:val="left"/>
      <w:pPr>
        <w:ind w:left="1080" w:hanging="720"/>
      </w:pPr>
      <w:rPr>
        <w:rFonts w:ascii="Cambria" w:eastAsiaTheme="minorEastAsia"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1672873">
    <w:abstractNumId w:val="8"/>
  </w:num>
  <w:num w:numId="2" w16cid:durableId="478765239">
    <w:abstractNumId w:val="6"/>
  </w:num>
  <w:num w:numId="3" w16cid:durableId="1608462179">
    <w:abstractNumId w:val="5"/>
  </w:num>
  <w:num w:numId="4" w16cid:durableId="1021710773">
    <w:abstractNumId w:val="4"/>
  </w:num>
  <w:num w:numId="5" w16cid:durableId="1302273567">
    <w:abstractNumId w:val="7"/>
  </w:num>
  <w:num w:numId="6" w16cid:durableId="1518617994">
    <w:abstractNumId w:val="3"/>
  </w:num>
  <w:num w:numId="7" w16cid:durableId="882865008">
    <w:abstractNumId w:val="2"/>
  </w:num>
  <w:num w:numId="8" w16cid:durableId="2073578784">
    <w:abstractNumId w:val="1"/>
  </w:num>
  <w:num w:numId="9" w16cid:durableId="2056082117">
    <w:abstractNumId w:val="0"/>
  </w:num>
  <w:num w:numId="10" w16cid:durableId="32733774">
    <w:abstractNumId w:val="15"/>
  </w:num>
  <w:num w:numId="11" w16cid:durableId="131486991">
    <w:abstractNumId w:val="20"/>
  </w:num>
  <w:num w:numId="12" w16cid:durableId="2083288668">
    <w:abstractNumId w:val="19"/>
  </w:num>
  <w:num w:numId="13" w16cid:durableId="1579291184">
    <w:abstractNumId w:val="16"/>
  </w:num>
  <w:num w:numId="14" w16cid:durableId="773398262">
    <w:abstractNumId w:val="9"/>
  </w:num>
  <w:num w:numId="15" w16cid:durableId="923491814">
    <w:abstractNumId w:val="11"/>
  </w:num>
  <w:num w:numId="16" w16cid:durableId="264536040">
    <w:abstractNumId w:val="17"/>
  </w:num>
  <w:num w:numId="17" w16cid:durableId="827327499">
    <w:abstractNumId w:val="13"/>
  </w:num>
  <w:num w:numId="18" w16cid:durableId="1986543702">
    <w:abstractNumId w:val="12"/>
  </w:num>
  <w:num w:numId="19" w16cid:durableId="661588230">
    <w:abstractNumId w:val="18"/>
  </w:num>
  <w:num w:numId="20" w16cid:durableId="1778868770">
    <w:abstractNumId w:val="14"/>
  </w:num>
  <w:num w:numId="21" w16cid:durableId="16048775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404C"/>
    <w:rsid w:val="0015074B"/>
    <w:rsid w:val="00153712"/>
    <w:rsid w:val="001A54D6"/>
    <w:rsid w:val="001D2226"/>
    <w:rsid w:val="00260525"/>
    <w:rsid w:val="0029639D"/>
    <w:rsid w:val="00296E6A"/>
    <w:rsid w:val="002C72F1"/>
    <w:rsid w:val="00326F90"/>
    <w:rsid w:val="003D5E0F"/>
    <w:rsid w:val="004002D4"/>
    <w:rsid w:val="004236EE"/>
    <w:rsid w:val="004744A4"/>
    <w:rsid w:val="005D3460"/>
    <w:rsid w:val="00743DD8"/>
    <w:rsid w:val="00791957"/>
    <w:rsid w:val="007E127E"/>
    <w:rsid w:val="008F14A9"/>
    <w:rsid w:val="0094291B"/>
    <w:rsid w:val="009E63C6"/>
    <w:rsid w:val="00A67265"/>
    <w:rsid w:val="00AA1D8D"/>
    <w:rsid w:val="00B47730"/>
    <w:rsid w:val="00CB0664"/>
    <w:rsid w:val="00CF3A0D"/>
    <w:rsid w:val="00DE2C1E"/>
    <w:rsid w:val="00E51C56"/>
    <w:rsid w:val="00EC29D8"/>
    <w:rsid w:val="00F4148E"/>
    <w:rsid w:val="00FC693F"/>
    <w:rsid w:val="00FF13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993B1A"/>
  <w14:defaultImageDpi w14:val="300"/>
  <w15:docId w15:val="{26AF63E6-CC7B-4CAA-822D-81F4BF571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704</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Natasha Atkinson</cp:lastModifiedBy>
  <cp:revision>2</cp:revision>
  <dcterms:created xsi:type="dcterms:W3CDTF">2026-08-04T09:13:00Z</dcterms:created>
  <dcterms:modified xsi:type="dcterms:W3CDTF">2026-08-04T09:13:00Z</dcterms:modified>
  <cp:category/>
</cp:coreProperties>
</file>