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jc w:val="center"/>
      </w:pPr>
      <w:r>
        <w:drawing>
          <wp:inline xmlns:a="http://schemas.openxmlformats.org/drawingml/2006/main" xmlns:pic="http://schemas.openxmlformats.org/drawingml/2006/picture">
            <wp:extent cx="2468880" cy="2468880"/>
            <wp:docPr id="1" name="Picture 1"/>
            <wp:cNvGraphicFramePr>
              <a:graphicFrameLocks noChangeAspect="1"/>
            </wp:cNvGraphicFramePr>
            <a:graphic>
              <a:graphicData uri="http://schemas.openxmlformats.org/drawingml/2006/picture">
                <pic:pic>
                  <pic:nvPicPr>
                    <pic:cNvPr id="0" name="01-1282.jpg"/>
                    <pic:cNvPicPr/>
                  </pic:nvPicPr>
                  <pic:blipFill>
                    <a:blip r:embed="rId11"/>
                    <a:stretch>
                      <a:fillRect/>
                    </a:stretch>
                  </pic:blipFill>
                  <pic:spPr>
                    <a:xfrm>
                      <a:off x="0" y="0"/>
                      <a:ext cx="2468880" cy="2468880"/>
                    </a:xfrm>
                    <a:prstGeom prst="rect"/>
                  </pic:spPr>
                </pic:pic>
              </a:graphicData>
            </a:graphic>
          </wp:inline>
        </w:drawing>
      </w:r>
    </w:p>
    <w:p>
      <w:pPr>
        <w:pStyle w:val="Title"/>
        <w:jc w:val="center"/>
      </w:pPr>
      <w:r>
        <w:t>Wedding Day Coordinator Planner</w:t>
      </w:r>
    </w:p>
    <w:p>
      <w:pPr>
        <w:jc w:val="center"/>
      </w:pPr>
      <w:r>
        <w:rPr>
          <w:sz w:val="26"/>
        </w:rPr>
        <w:t>A complete planning workbook for the couple, coordinator, wedding party, and vendor team</w:t>
      </w:r>
    </w:p>
    <w:p>
      <w:pPr>
        <w:jc w:val="center"/>
      </w:pPr>
      <w:r>
        <w:rPr>
          <w:b/>
          <w:color w:val="123B8F"/>
          <w:sz w:val="30"/>
        </w:rPr>
        <w:t>AMERICA’S MUSIC TO GO</w:t>
      </w:r>
    </w:p>
    <w:p/>
    <w:p>
      <w:pPr>
        <w:spacing w:after="100"/>
      </w:pPr>
      <w:r>
        <w:rPr>
          <w:b/>
          <w:sz w:val="20"/>
        </w:rPr>
        <w:t xml:space="preserve">Couple  </w:t>
      </w:r>
      <w:r>
        <w:rPr>
          <w:sz w:val="20"/>
        </w:rPr>
        <w:t>_______________________________________________</w:t>
      </w:r>
    </w:p>
    <w:p>
      <w:pPr>
        <w:spacing w:after="100"/>
      </w:pPr>
      <w:r>
        <w:rPr>
          <w:b/>
          <w:sz w:val="20"/>
        </w:rPr>
        <w:t xml:space="preserve">Wedding date  </w:t>
      </w:r>
      <w:r>
        <w:rPr>
          <w:sz w:val="20"/>
        </w:rPr>
        <w:t>_______________________________________________</w:t>
      </w:r>
    </w:p>
    <w:p>
      <w:pPr>
        <w:spacing w:after="100"/>
      </w:pPr>
      <w:r>
        <w:rPr>
          <w:b/>
          <w:sz w:val="20"/>
        </w:rPr>
        <w:t xml:space="preserve">Ceremony venue  </w:t>
      </w:r>
      <w:r>
        <w:rPr>
          <w:sz w:val="20"/>
        </w:rPr>
        <w:t>_______________________________________________</w:t>
      </w:r>
    </w:p>
    <w:p>
      <w:pPr>
        <w:spacing w:after="100"/>
      </w:pPr>
      <w:r>
        <w:rPr>
          <w:b/>
          <w:sz w:val="20"/>
        </w:rPr>
        <w:t xml:space="preserve">Reception venue  </w:t>
      </w:r>
      <w:r>
        <w:rPr>
          <w:sz w:val="20"/>
        </w:rPr>
        <w:t>_______________________________________________</w:t>
      </w:r>
    </w:p>
    <w:p>
      <w:pPr>
        <w:spacing w:after="100"/>
      </w:pPr>
      <w:r>
        <w:rPr>
          <w:b/>
          <w:sz w:val="20"/>
        </w:rPr>
        <w:t xml:space="preserve">Lead coordinator  </w:t>
      </w:r>
      <w:r>
        <w:rPr>
          <w:sz w:val="20"/>
        </w:rPr>
        <w:t>_______________________________________________</w:t>
      </w:r>
    </w:p>
    <w:p>
      <w:pPr>
        <w:spacing w:after="100"/>
      </w:pPr>
      <w:r>
        <w:rPr>
          <w:b/>
          <w:sz w:val="20"/>
        </w:rPr>
        <w:t xml:space="preserve">Planner version date  </w:t>
      </w:r>
      <w:r>
        <w:rPr>
          <w:sz w:val="20"/>
        </w:rPr>
        <w:t>_______________________________________________</w:t>
      </w:r>
    </w:p>
    <w:p>
      <w:pPr>
        <w:pStyle w:val="Heading2"/>
      </w:pPr>
      <w:r>
        <w:t>How to use this planner</w:t>
      </w:r>
    </w:p>
    <w:p>
      <w:pPr>
        <w:spacing w:after="40"/>
      </w:pPr>
      <w:r>
        <w:t>Complete the sections that apply, attach final vendor documents, and return the planner before the final coordination meeting. The lead coordinator uses the approved version as the operating plan for rehearsal, setup, ceremony, reception, and closing. Changes made after approval should be sent in writing so every vendor works from the same plan.</w:t>
      </w:r>
    </w:p>
    <w:p>
      <w:r>
        <w:br w:type="page"/>
      </w:r>
    </w:p>
    <w:p>
      <w:pPr>
        <w:pStyle w:val="Heading1"/>
        <w:keepNext/>
      </w:pPr>
      <w:r>
        <w:t>Planner Control and 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608"/>
        <w:gridCol w:w="1728"/>
        <w:gridCol w:w="1584"/>
        <w:gridCol w:w="1584"/>
      </w:tblGrid>
      <w:tr>
        <w:trPr>
          <w:tblHeader w:val="true"/>
          <w:cantSplit/>
        </w:trPr>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Date due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Received</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Final</w:t>
            </w:r>
          </w:p>
        </w:tc>
      </w:tr>
      <w:tr>
        <w:trPr>
          <w:cantSplit/>
        </w:trPr>
        <w:tc>
          <w:tcPr>
            <w:tcW w:type="dxa" w:w="46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Signed coordination agreement</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t>Venue rules and floor plan</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All vendor contracts and contacts</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t>Final guest count and meal counts</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Ceremony script and processional order</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t>Reception timeline and formalities</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Decor inventory and setup instructions</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t>Final payment and gratuity plan</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Marriage license plan</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7"/>
              </w:rPr>
              <w:t>☐</w:t>
            </w:r>
          </w:p>
        </w:tc>
      </w:tr>
      <w:tr>
        <w:trPr>
          <w:cantSplit/>
        </w:trPr>
        <w:tc>
          <w:tcPr>
            <w:tcW w:type="dxa" w:w="46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t>Emergency and weather plans</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t>☐</w:t>
            </w:r>
          </w:p>
        </w:tc>
      </w:tr>
    </w:tbl>
    <w:p>
      <w:pPr>
        <w:spacing w:after="20"/>
      </w:pPr>
    </w:p>
    <w:p>
      <w:pPr>
        <w:pStyle w:val="Heading2"/>
        <w:keepNext/>
      </w:pPr>
      <w:r>
        <w:t>Final Decision Makers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60"/>
        <w:gridCol w:w="2448"/>
        <w:gridCol w:w="1872"/>
        <w:gridCol w:w="3024"/>
      </w:tblGrid>
      <w:tr>
        <w:trPr>
          <w:tblHeader w:val="true"/>
          <w:cantSplit/>
        </w:trPr>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Role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Phone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Authority or limits</w:t>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bl>
    <w:p>
      <w:pPr>
        <w:spacing w:after="20"/>
      </w:pPr>
    </w:p>
    <w:p>
      <w:pPr>
        <w:pStyle w:val="Heading2"/>
        <w:keepNext/>
      </w:pPr>
      <w:r>
        <w:t>Coordinator Scope Confirmation</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Rehearsal management</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Wedding day timeline management</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Vendor check in and direction</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Ceremony cueing</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Reception cueing</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Decor placement</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Personal item management</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Gift and card transfer</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End of night packing</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Rental return coordination</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Emergency kit support</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Other: __________________________</w:t>
            </w:r>
          </w:p>
        </w:tc>
      </w:tr>
    </w:tbl>
    <w:p>
      <w:pPr>
        <w:pStyle w:val="Heading2"/>
        <w:keepNext/>
      </w:pPr>
      <w:r>
        <w:t>Important Scope Notes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Couple and Wedding Overview</w:t>
      </w:r>
    </w:p>
    <w:p>
      <w:pPr>
        <w:spacing w:after="100"/>
      </w:pPr>
      <w:r>
        <w:rPr>
          <w:b/>
          <w:sz w:val="20"/>
        </w:rPr>
        <w:t xml:space="preserve">Partner one full legal name  </w:t>
      </w:r>
      <w:r>
        <w:rPr>
          <w:sz w:val="20"/>
        </w:rPr>
        <w:t>____________________________________________________________</w:t>
      </w:r>
    </w:p>
    <w:p>
      <w:pPr>
        <w:spacing w:after="100"/>
      </w:pPr>
      <w:r>
        <w:rPr>
          <w:b/>
          <w:sz w:val="20"/>
        </w:rPr>
        <w:t xml:space="preserve">Partner two full legal name  </w:t>
      </w:r>
      <w:r>
        <w:rPr>
          <w:sz w:val="20"/>
        </w:rPr>
        <w:t>____________________________________________________________</w:t>
      </w:r>
    </w:p>
    <w:p>
      <w:pPr>
        <w:spacing w:after="100"/>
      </w:pPr>
      <w:r>
        <w:rPr>
          <w:b/>
          <w:sz w:val="20"/>
        </w:rPr>
        <w:t xml:space="preserve">Names to use publicly  </w:t>
      </w:r>
      <w:r>
        <w:rPr>
          <w:sz w:val="20"/>
        </w:rPr>
        <w:t>____________________________________________________________</w:t>
      </w:r>
    </w:p>
    <w:p>
      <w:pPr>
        <w:spacing w:after="100"/>
      </w:pPr>
      <w:r>
        <w:rPr>
          <w:b/>
          <w:sz w:val="20"/>
        </w:rPr>
        <w:t xml:space="preserve">Pronouns  </w:t>
      </w:r>
      <w:r>
        <w:rPr>
          <w:sz w:val="20"/>
        </w:rPr>
        <w:t>____________________________________________________________</w:t>
      </w:r>
    </w:p>
    <w:p>
      <w:pPr>
        <w:spacing w:after="100"/>
      </w:pPr>
      <w:r>
        <w:rPr>
          <w:b/>
          <w:sz w:val="20"/>
        </w:rPr>
        <w:t xml:space="preserve">Wedding date  </w:t>
      </w:r>
      <w:r>
        <w:rPr>
          <w:sz w:val="20"/>
        </w:rPr>
        <w:t>____________________________________________________________</w:t>
      </w:r>
    </w:p>
    <w:p>
      <w:pPr>
        <w:spacing w:after="100"/>
      </w:pPr>
      <w:r>
        <w:rPr>
          <w:b/>
          <w:sz w:val="20"/>
        </w:rPr>
        <w:t xml:space="preserve">Ceremony start time  </w:t>
      </w:r>
      <w:r>
        <w:rPr>
          <w:sz w:val="20"/>
        </w:rPr>
        <w:t>____________________________________________________________</w:t>
      </w:r>
    </w:p>
    <w:p>
      <w:pPr>
        <w:spacing w:after="100"/>
      </w:pPr>
      <w:r>
        <w:rPr>
          <w:b/>
          <w:sz w:val="20"/>
        </w:rPr>
        <w:t xml:space="preserve">Reception end time  </w:t>
      </w:r>
      <w:r>
        <w:rPr>
          <w:sz w:val="20"/>
        </w:rPr>
        <w:t>____________________________________________________________</w:t>
      </w:r>
    </w:p>
    <w:p>
      <w:pPr>
        <w:spacing w:after="100"/>
      </w:pPr>
      <w:r>
        <w:rPr>
          <w:b/>
          <w:sz w:val="20"/>
        </w:rPr>
        <w:t xml:space="preserve">Estimated guest count  </w:t>
      </w:r>
      <w:r>
        <w:rPr>
          <w:sz w:val="20"/>
        </w:rPr>
        <w:t>____________________________________________________________</w:t>
      </w:r>
    </w:p>
    <w:p>
      <w:pPr>
        <w:spacing w:after="100"/>
      </w:pPr>
      <w:r>
        <w:rPr>
          <w:b/>
          <w:sz w:val="20"/>
        </w:rPr>
        <w:t xml:space="preserve">Children attending  </w:t>
      </w:r>
      <w:r>
        <w:rPr>
          <w:sz w:val="20"/>
        </w:rPr>
        <w:t>____________________________________________________________</w:t>
      </w:r>
    </w:p>
    <w:p>
      <w:pPr>
        <w:spacing w:after="100"/>
      </w:pPr>
      <w:r>
        <w:rPr>
          <w:b/>
          <w:sz w:val="20"/>
        </w:rPr>
        <w:t xml:space="preserve">Wedding style or theme  </w:t>
      </w:r>
      <w:r>
        <w:rPr>
          <w:sz w:val="20"/>
        </w:rPr>
        <w:t>____________________________________________________________</w:t>
      </w:r>
    </w:p>
    <w:p>
      <w:pPr>
        <w:spacing w:after="100"/>
      </w:pPr>
      <w:r>
        <w:rPr>
          <w:b/>
          <w:sz w:val="20"/>
        </w:rPr>
        <w:t xml:space="preserve">Colors  </w:t>
      </w:r>
      <w:r>
        <w:rPr>
          <w:sz w:val="20"/>
        </w:rPr>
        <w:t>____________________________________________________________</w:t>
      </w:r>
    </w:p>
    <w:p>
      <w:pPr>
        <w:spacing w:after="100"/>
      </w:pPr>
      <w:r>
        <w:rPr>
          <w:b/>
          <w:sz w:val="20"/>
        </w:rPr>
        <w:t xml:space="preserve">Dress code  </w:t>
      </w:r>
      <w:r>
        <w:rPr>
          <w:sz w:val="20"/>
        </w:rPr>
        <w:t>____________________________________________________________</w:t>
      </w:r>
    </w:p>
    <w:p>
      <w:pPr>
        <w:spacing w:after="100"/>
      </w:pPr>
      <w:r>
        <w:rPr>
          <w:b/>
          <w:sz w:val="20"/>
        </w:rPr>
        <w:t xml:space="preserve">Hashtag  </w:t>
      </w:r>
      <w:r>
        <w:rPr>
          <w:sz w:val="20"/>
        </w:rPr>
        <w:t>____________________________________________________________</w:t>
      </w:r>
    </w:p>
    <w:p>
      <w:pPr>
        <w:spacing w:after="100"/>
      </w:pPr>
      <w:r>
        <w:rPr>
          <w:b/>
          <w:sz w:val="20"/>
        </w:rPr>
        <w:t xml:space="preserve">Primary email  </w:t>
      </w:r>
      <w:r>
        <w:rPr>
          <w:sz w:val="20"/>
        </w:rPr>
        <w:t>____________________________________________________________</w:t>
      </w:r>
    </w:p>
    <w:p>
      <w:pPr>
        <w:spacing w:after="100"/>
      </w:pPr>
      <w:r>
        <w:rPr>
          <w:b/>
          <w:sz w:val="20"/>
        </w:rPr>
        <w:t xml:space="preserve">Primary phone  </w:t>
      </w:r>
      <w:r>
        <w:rPr>
          <w:sz w:val="20"/>
        </w:rPr>
        <w:t>____________________________________________________________</w:t>
      </w:r>
    </w:p>
    <w:p>
      <w:pPr>
        <w:spacing w:after="100"/>
      </w:pPr>
      <w:r>
        <w:rPr>
          <w:b/>
          <w:sz w:val="20"/>
        </w:rPr>
        <w:t xml:space="preserve">Mailing address after wedding  </w:t>
      </w:r>
      <w:r>
        <w:rPr>
          <w:sz w:val="20"/>
        </w:rPr>
        <w:t>____________________________________________________________</w:t>
      </w:r>
    </w:p>
    <w:p>
      <w:pPr>
        <w:pStyle w:val="Heading2"/>
        <w:keepNext/>
      </w:pPr>
      <w:r>
        <w:t>Top Priorities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08"/>
        <w:gridCol w:w="3744"/>
        <w:gridCol w:w="4752"/>
      </w:tblGrid>
      <w:tr>
        <w:trPr>
          <w:tblHeader w:val="true"/>
          <w:cantSplit/>
        </w:trPr>
        <w:tc>
          <w:tcPr>
            <w:tcW w:type="dxa" w:w="336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Priority</w:t>
            </w:r>
          </w:p>
        </w:tc>
        <w:tc>
          <w:tcPr>
            <w:tcW w:type="dxa" w:w="336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What matters most</w:t>
            </w:r>
          </w:p>
        </w:tc>
        <w:tc>
          <w:tcPr>
            <w:tcW w:type="dxa" w:w="336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How the coordinator supports it</w:t>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1</w:t>
            </w:r>
          </w:p>
        </w:tc>
        <w:tc>
          <w:tcPr>
            <w:tcW w:type="dxa" w:w="3744"/>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475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t>2</w:t>
            </w:r>
          </w:p>
        </w:tc>
        <w:tc>
          <w:tcPr>
            <w:tcW w:type="dxa" w:w="37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47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3</w:t>
            </w:r>
          </w:p>
        </w:tc>
        <w:tc>
          <w:tcPr>
            <w:tcW w:type="dxa" w:w="3744"/>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475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t>4</w:t>
            </w:r>
          </w:p>
        </w:tc>
        <w:tc>
          <w:tcPr>
            <w:tcW w:type="dxa" w:w="37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47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t>5</w:t>
            </w:r>
          </w:p>
        </w:tc>
        <w:tc>
          <w:tcPr>
            <w:tcW w:type="dxa" w:w="3744"/>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475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bl>
    <w:p>
      <w:pPr>
        <w:spacing w:after="20"/>
      </w:pPr>
    </w:p>
    <w:p>
      <w:pPr>
        <w:pStyle w:val="Heading2"/>
        <w:keepNext/>
      </w:pPr>
      <w:r>
        <w:t>Things to Avoid</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pStyle w:val="Heading2"/>
        <w:keepNext/>
      </w:pPr>
      <w:r>
        <w:t>Sensitive Family or Guest Dynamics</w:t>
      </w:r>
    </w:p>
    <w:p>
      <w:r>
        <w:t>List separations, strained relationships, accessibility concerns, sobriety considerations, custody restrictions, surprise limitations, or people who should not be placed together. Share only information needed to manage the event respectfully.</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Master Contact Directory</w:t>
      </w:r>
    </w:p>
    <w:p>
      <w:pPr>
        <w:pStyle w:val="Heading2"/>
        <w:keepNext/>
      </w:pPr>
      <w:r>
        <w:t>Couple and Family Contacts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800"/>
        <w:gridCol w:w="2088"/>
        <w:gridCol w:w="1728"/>
        <w:gridCol w:w="2232"/>
        <w:gridCol w:w="1656"/>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Role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Mobile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Email</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Notes</w:t>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Wedding Party Contacts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56"/>
        <w:gridCol w:w="2088"/>
        <w:gridCol w:w="1728"/>
        <w:gridCol w:w="1440"/>
        <w:gridCol w:w="2592"/>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Role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Mobile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Arrival</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Key duty</w:t>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r>
        <w:br w:type="page"/>
      </w:r>
    </w:p>
    <w:p>
      <w:pPr>
        <w:pStyle w:val="Heading1"/>
        <w:keepNext/>
      </w:pPr>
      <w:r>
        <w:t>Vendor Directory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40"/>
        <w:gridCol w:w="2232"/>
        <w:gridCol w:w="1512"/>
        <w:gridCol w:w="1080"/>
        <w:gridCol w:w="1296"/>
        <w:gridCol w:w="1944"/>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Vendor</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Company and contact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Mobile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Arrival</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Balance due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Notes</w:t>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Venue</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Caterer</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Bartender</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Photographer</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Videographer</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DJ or band</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Officiant</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Florist</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Cake or dessert</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Rentals</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Transportation</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Hair</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Makeup</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Attire</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Hotel</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Photo booth</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Content creator</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Security</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Childcare</w:t>
            </w:r>
          </w:p>
        </w:tc>
        <w:tc>
          <w:tcPr>
            <w:tcW w:type="dxa" w:w="223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44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Other</w:t>
            </w:r>
          </w:p>
        </w:tc>
        <w:tc>
          <w:tcPr>
            <w:tcW w:type="dxa" w:w="223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Communication Rules</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Coordinator is the primary vendor contact on wedding day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Only the named decision makers may approve timeline changes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Vendors may contact the couple directly only for emergencies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All timeline changes must be shared with DJ, photographer, videographer, caterer, and venue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No vendor may leave before confirming contracted duties are complete</w:t>
            </w:r>
          </w:p>
        </w:tc>
      </w:tr>
    </w:tbl>
    <w:p>
      <w:r>
        <w:br w:type="page"/>
      </w:r>
    </w:p>
    <w:p>
      <w:pPr>
        <w:pStyle w:val="Heading1"/>
        <w:keepNext/>
      </w:pPr>
      <w:r>
        <w:t>Venue Operations</w:t>
      </w:r>
    </w:p>
    <w:p>
      <w:pPr>
        <w:spacing w:after="100"/>
      </w:pPr>
      <w:r>
        <w:rPr>
          <w:b/>
          <w:sz w:val="20"/>
        </w:rPr>
        <w:t xml:space="preserve">Venue name  </w:t>
      </w:r>
      <w:r>
        <w:rPr>
          <w:sz w:val="20"/>
        </w:rPr>
        <w:t>____________________________________________________________</w:t>
      </w:r>
    </w:p>
    <w:p>
      <w:pPr>
        <w:spacing w:after="100"/>
      </w:pPr>
      <w:r>
        <w:rPr>
          <w:b/>
          <w:sz w:val="20"/>
        </w:rPr>
        <w:t xml:space="preserve">Venue address  </w:t>
      </w:r>
      <w:r>
        <w:rPr>
          <w:sz w:val="20"/>
        </w:rPr>
        <w:t>____________________________________________________________</w:t>
      </w:r>
    </w:p>
    <w:p>
      <w:pPr>
        <w:spacing w:after="100"/>
      </w:pPr>
      <w:r>
        <w:rPr>
          <w:b/>
          <w:sz w:val="20"/>
        </w:rPr>
        <w:t xml:space="preserve">Venue manager  </w:t>
      </w:r>
      <w:r>
        <w:rPr>
          <w:sz w:val="20"/>
        </w:rPr>
        <w:t>____________________________________________________________</w:t>
      </w:r>
    </w:p>
    <w:p>
      <w:pPr>
        <w:spacing w:after="100"/>
      </w:pPr>
      <w:r>
        <w:rPr>
          <w:b/>
          <w:sz w:val="20"/>
        </w:rPr>
        <w:t xml:space="preserve">Manager mobile  </w:t>
      </w:r>
      <w:r>
        <w:rPr>
          <w:sz w:val="20"/>
        </w:rPr>
        <w:t>____________________________________________________________</w:t>
      </w:r>
    </w:p>
    <w:p>
      <w:pPr>
        <w:spacing w:after="100"/>
      </w:pPr>
      <w:r>
        <w:rPr>
          <w:b/>
          <w:sz w:val="20"/>
        </w:rPr>
        <w:t xml:space="preserve">Access time  </w:t>
      </w:r>
      <w:r>
        <w:rPr>
          <w:sz w:val="20"/>
        </w:rPr>
        <w:t>____________________________________________________________</w:t>
      </w:r>
    </w:p>
    <w:p>
      <w:pPr>
        <w:spacing w:after="100"/>
      </w:pPr>
      <w:r>
        <w:rPr>
          <w:b/>
          <w:sz w:val="20"/>
        </w:rPr>
        <w:t xml:space="preserve">Hard stop  </w:t>
      </w:r>
      <w:r>
        <w:rPr>
          <w:sz w:val="20"/>
        </w:rPr>
        <w:t>____________________________________________________________</w:t>
      </w:r>
    </w:p>
    <w:p>
      <w:pPr>
        <w:spacing w:after="100"/>
      </w:pPr>
      <w:r>
        <w:rPr>
          <w:b/>
          <w:sz w:val="20"/>
        </w:rPr>
        <w:t xml:space="preserve">Loading entrance  </w:t>
      </w:r>
      <w:r>
        <w:rPr>
          <w:sz w:val="20"/>
        </w:rPr>
        <w:t>____________________________________________________________</w:t>
      </w:r>
    </w:p>
    <w:p>
      <w:pPr>
        <w:spacing w:after="100"/>
      </w:pPr>
      <w:r>
        <w:rPr>
          <w:b/>
          <w:sz w:val="20"/>
        </w:rPr>
        <w:t xml:space="preserve">Parking instructions  </w:t>
      </w:r>
      <w:r>
        <w:rPr>
          <w:sz w:val="20"/>
        </w:rPr>
        <w:t>____________________________________________________________</w:t>
      </w:r>
    </w:p>
    <w:p>
      <w:pPr>
        <w:spacing w:after="100"/>
      </w:pPr>
      <w:r>
        <w:rPr>
          <w:b/>
          <w:sz w:val="20"/>
        </w:rPr>
        <w:t xml:space="preserve">Getting ready room access  </w:t>
      </w:r>
      <w:r>
        <w:rPr>
          <w:sz w:val="20"/>
        </w:rPr>
        <w:t>____________________________________________________________</w:t>
      </w:r>
    </w:p>
    <w:p>
      <w:pPr>
        <w:spacing w:after="100"/>
      </w:pPr>
      <w:r>
        <w:rPr>
          <w:b/>
          <w:sz w:val="20"/>
        </w:rPr>
        <w:t xml:space="preserve">Ceremony rain location  </w:t>
      </w:r>
      <w:r>
        <w:rPr>
          <w:sz w:val="20"/>
        </w:rPr>
        <w:t>____________________________________________________________</w:t>
      </w:r>
    </w:p>
    <w:p>
      <w:pPr>
        <w:spacing w:after="100"/>
      </w:pPr>
      <w:r>
        <w:rPr>
          <w:b/>
          <w:sz w:val="20"/>
        </w:rPr>
        <w:t xml:space="preserve">Reception room  </w:t>
      </w:r>
      <w:r>
        <w:rPr>
          <w:sz w:val="20"/>
        </w:rPr>
        <w:t>____________________________________________________________</w:t>
      </w:r>
    </w:p>
    <w:p>
      <w:pPr>
        <w:spacing w:after="100"/>
      </w:pPr>
      <w:r>
        <w:rPr>
          <w:b/>
          <w:sz w:val="20"/>
        </w:rPr>
        <w:t xml:space="preserve">Wi Fi network and password  </w:t>
      </w:r>
      <w:r>
        <w:rPr>
          <w:sz w:val="20"/>
        </w:rPr>
        <w:t>____________________________________________________________</w:t>
      </w:r>
    </w:p>
    <w:p>
      <w:pPr>
        <w:pStyle w:val="Heading2"/>
        <w:keepNext/>
      </w:pPr>
      <w:r>
        <w:t>Rules and Restrictions</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Open flame allowed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Flameless candles required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Confetti allowed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Petals allowed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Cold sparks approved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Fog or haze approved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CO₂ effects approved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Wall attachments approved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Outside alcohol approved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Outside catering approved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Vendor insurance required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Security required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Noise limit applies</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All items removed same night</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Dumpster available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Kitchen access approved</w:t>
            </w:r>
          </w:p>
        </w:tc>
      </w:tr>
    </w:tbl>
    <w:p>
      <w:pPr>
        <w:pStyle w:val="Heading2"/>
        <w:keepNext/>
      </w:pPr>
      <w:r>
        <w:t>Power and Facility Notes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16"/>
        <w:gridCol w:w="2880"/>
        <w:gridCol w:w="2592"/>
        <w:gridCol w:w="2016"/>
      </w:tblGrid>
      <w:tr>
        <w:trPr>
          <w:tblHeader w:val="true"/>
          <w:cantSplit/>
        </w:trPr>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Area</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Power source or circuit</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Restrictions</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Contact</w:t>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7"/>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7"/>
              </w:rPr>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7"/>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7"/>
              </w:rPr>
            </w:r>
          </w:p>
        </w:tc>
      </w:tr>
    </w:tbl>
    <w:p>
      <w:pPr>
        <w:spacing w:after="20"/>
      </w:pPr>
    </w:p>
    <w:p>
      <w:pPr>
        <w:pStyle w:val="Heading2"/>
        <w:keepNext/>
      </w:pPr>
      <w:r>
        <w:t>Keys Codes and Access Details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Site Layout and Room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872"/>
        <w:gridCol w:w="1800"/>
        <w:gridCol w:w="3024"/>
        <w:gridCol w:w="1728"/>
        <w:gridCol w:w="1080"/>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Area</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Setup details</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Responsible party</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Completion time</w:t>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Ceremony</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Cocktail hour</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Reception tables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Sweetheart or head table</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DJ or band</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Dance floor</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Bar</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Buffet or service</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Cake and desserts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Guest book and gifts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Photo booth</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Memorial display</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Kids area</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Outdoor features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72"/>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Emergency exits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bl>
    <w:p>
      <w:pPr>
        <w:spacing w:after="20"/>
      </w:pPr>
    </w:p>
    <w:p>
      <w:pPr>
        <w:pStyle w:val="Heading2"/>
        <w:keepNext/>
      </w:pPr>
      <w:r>
        <w:t>Attach or Sketch Final Floor Plan</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Decor Inventory and Placement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648"/>
        <w:gridCol w:w="1800"/>
        <w:gridCol w:w="1296"/>
        <w:gridCol w:w="2448"/>
        <w:gridCol w:w="1152"/>
        <w:gridCol w:w="1152"/>
        <w:gridCol w:w="1296"/>
      </w:tblGrid>
      <w:tr>
        <w:trPr>
          <w:tblHeader w:val="true"/>
          <w:cantSplit/>
        </w:trPr>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Qty</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Owner</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Exact placement</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Setup by</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Pack by</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Return to</w:t>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64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bl>
    <w:p>
      <w:pPr>
        <w:spacing w:after="20"/>
      </w:pPr>
    </w:p>
    <w:p>
      <w:pPr>
        <w:pStyle w:val="Heading2"/>
        <w:keepNext/>
      </w:pPr>
      <w:r>
        <w:t>Decor Setup Rules</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Use reference photos for every designed area</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Keep packaging and storage bins together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Do not discard boxes, tissue, floral containers, or hardware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Photograph completed spaces before guests enter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Label personal items and rentals separately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candles, batteries, and lighting are operational</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Keep extra place settings and centerpieces accessible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Coordinator approves completed setup before doors open</w:t>
            </w:r>
          </w:p>
        </w:tc>
      </w:tr>
    </w:tbl>
    <w:p>
      <w:r>
        <w:br w:type="page"/>
      </w:r>
    </w:p>
    <w:p>
      <w:pPr>
        <w:pStyle w:val="Heading1"/>
        <w:keepNext/>
      </w:pPr>
      <w:r>
        <w:t>Rental and Delivery Tracking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584"/>
        <w:gridCol w:w="2088"/>
        <w:gridCol w:w="1512"/>
        <w:gridCol w:w="1512"/>
        <w:gridCol w:w="936"/>
        <w:gridCol w:w="936"/>
        <w:gridCol w:w="936"/>
      </w:tblGrid>
      <w:tr>
        <w:trPr>
          <w:tblHeader w:val="true"/>
          <w:cantSplit/>
        </w:trPr>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Company</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Items</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Delivery window</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Pickup window</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Count in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Count out</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Signer</w:t>
            </w:r>
          </w:p>
        </w:tc>
      </w:tr>
      <w:tr>
        <w:trPr>
          <w:cantSplit/>
        </w:trPr>
        <w:tc>
          <w:tcPr>
            <w:tcW w:type="dxa" w:w="158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58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9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Delivery Instructions</w:t>
      </w:r>
    </w:p>
    <w:p>
      <w:pPr>
        <w:spacing w:after="100"/>
      </w:pPr>
      <w:r>
        <w:rPr>
          <w:b/>
          <w:sz w:val="20"/>
        </w:rPr>
        <w:t xml:space="preserve">Loading contact  </w:t>
      </w:r>
      <w:r>
        <w:rPr>
          <w:sz w:val="20"/>
        </w:rPr>
        <w:t>____________________________________________________________</w:t>
      </w:r>
    </w:p>
    <w:p>
      <w:pPr>
        <w:spacing w:after="100"/>
      </w:pPr>
      <w:r>
        <w:rPr>
          <w:b/>
          <w:sz w:val="20"/>
        </w:rPr>
        <w:t xml:space="preserve">Loading entrance  </w:t>
      </w:r>
      <w:r>
        <w:rPr>
          <w:sz w:val="20"/>
        </w:rPr>
        <w:t>____________________________________________________________</w:t>
      </w:r>
    </w:p>
    <w:p>
      <w:pPr>
        <w:spacing w:after="100"/>
      </w:pPr>
      <w:r>
        <w:rPr>
          <w:b/>
          <w:sz w:val="20"/>
        </w:rPr>
        <w:t xml:space="preserve">Staging location  </w:t>
      </w:r>
      <w:r>
        <w:rPr>
          <w:sz w:val="20"/>
        </w:rPr>
        <w:t>____________________________________________________________</w:t>
      </w:r>
    </w:p>
    <w:p>
      <w:pPr>
        <w:spacing w:after="100"/>
      </w:pPr>
      <w:r>
        <w:rPr>
          <w:b/>
          <w:sz w:val="20"/>
        </w:rPr>
        <w:t xml:space="preserve">Elevator or stair restrictions  </w:t>
      </w:r>
      <w:r>
        <w:rPr>
          <w:sz w:val="20"/>
        </w:rPr>
        <w:t>____________________________________________________________</w:t>
      </w:r>
    </w:p>
    <w:p>
      <w:pPr>
        <w:spacing w:after="100"/>
      </w:pPr>
      <w:r>
        <w:rPr>
          <w:b/>
          <w:sz w:val="20"/>
        </w:rPr>
        <w:t xml:space="preserve">Required certificates or documents  </w:t>
      </w:r>
      <w:r>
        <w:rPr>
          <w:sz w:val="20"/>
        </w:rPr>
        <w:t>____________________________________________________________</w:t>
      </w:r>
    </w:p>
    <w:p>
      <w:pPr>
        <w:spacing w:after="100"/>
      </w:pPr>
      <w:r>
        <w:rPr>
          <w:b/>
          <w:sz w:val="20"/>
        </w:rPr>
        <w:t xml:space="preserve">After hours pickup plan  </w:t>
      </w:r>
      <w:r>
        <w:rPr>
          <w:sz w:val="20"/>
        </w:rPr>
        <w:t>____________________________________________________________</w:t>
      </w:r>
    </w:p>
    <w:p>
      <w:pPr>
        <w:pStyle w:val="Heading2"/>
        <w:keepNext/>
      </w:pPr>
      <w:r>
        <w:t>Damage and Missing Item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08"/>
        <w:gridCol w:w="1728"/>
        <w:gridCol w:w="2448"/>
        <w:gridCol w:w="864"/>
        <w:gridCol w:w="1656"/>
        <w:gridCol w:w="1800"/>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Issue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Photo</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Vendor notified</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Resolution</w:t>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44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44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bl>
    <w:p>
      <w:pPr>
        <w:spacing w:after="20"/>
      </w:pPr>
    </w:p>
    <w:p>
      <w:r>
        <w:br w:type="page"/>
      </w:r>
    </w:p>
    <w:p>
      <w:pPr>
        <w:pStyle w:val="Heading1"/>
        <w:keepNext/>
      </w:pPr>
      <w:r>
        <w:t>Wedding Party and Family Details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800"/>
        <w:gridCol w:w="1440"/>
        <w:gridCol w:w="1800"/>
        <w:gridCol w:w="1224"/>
        <w:gridCol w:w="1584"/>
        <w:gridCol w:w="1656"/>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Person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Role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Attire location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Flowers</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Transportation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Special instructions</w:t>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Personal Flowers Distribution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800"/>
        <w:gridCol w:w="2304"/>
        <w:gridCol w:w="2160"/>
        <w:gridCol w:w="1944"/>
        <w:gridCol w:w="1296"/>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Recipient</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Delivery location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Pin or place by</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80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People Not Participating in Photos or Introductions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Getting Ready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08"/>
        <w:gridCol w:w="1800"/>
        <w:gridCol w:w="1656"/>
        <w:gridCol w:w="2088"/>
        <w:gridCol w:w="1656"/>
        <w:gridCol w:w="1296"/>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Person or group</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Activity</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Responsible party</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Notes</w:t>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Hair and Makeup Schedule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80"/>
        <w:gridCol w:w="1080"/>
        <w:gridCol w:w="1944"/>
        <w:gridCol w:w="2016"/>
        <w:gridCol w:w="1944"/>
        <w:gridCol w:w="1152"/>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Start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Finish</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Person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Service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Stylist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Complete</w:t>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Getting Ready Checklist</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Room opened and temperature comfortable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Food and water delivered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Music and speaker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Attire steamed and photographed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Accessories gathered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Rings accounted for</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Vows and letters accounted for</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Bouquets delivered and in water</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Boutonnieres and corsages labeled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Emergency kit accessible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Room cleanup assigned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Personal items consolidated before departure</w:t>
            </w:r>
          </w:p>
        </w:tc>
      </w:tr>
    </w:tbl>
    <w:p>
      <w:r>
        <w:br w:type="page"/>
      </w:r>
    </w:p>
    <w:p>
      <w:pPr>
        <w:pStyle w:val="Heading1"/>
        <w:keepNext/>
      </w:pPr>
      <w:r>
        <w:t>Transportation and Movement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36"/>
        <w:gridCol w:w="1800"/>
        <w:gridCol w:w="1512"/>
        <w:gridCol w:w="1512"/>
        <w:gridCol w:w="1656"/>
        <w:gridCol w:w="1224"/>
        <w:gridCol w:w="864"/>
      </w:tblGrid>
      <w:tr>
        <w:trPr>
          <w:tblHeader w:val="true"/>
          <w:cantSplit/>
        </w:trPr>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Passenger or item</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Pickup</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Destination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Vehicle or driver</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Phone</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Backup</w:t>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bl>
    <w:p>
      <w:pPr>
        <w:spacing w:after="20"/>
      </w:pPr>
    </w:p>
    <w:p>
      <w:pPr>
        <w:pStyle w:val="Heading2"/>
        <w:keepNext/>
      </w:pPr>
      <w:r>
        <w:t>Parking and Shuttle Details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pStyle w:val="Heading2"/>
        <w:keepNext/>
      </w:pPr>
      <w:r>
        <w:t>Transportation Confirmation</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Vehicles fueled and cleaned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Drivers have exact addresses</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Drivers have coordinator number</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Wedding party knows departure times</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Child seats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Accessibility needs confirmed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Photo stop timing approved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Late night transportation confirmed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Decor and personal item transport assigned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Backup ride plan confirmed</w:t>
            </w:r>
          </w:p>
        </w:tc>
      </w:tr>
    </w:tbl>
    <w:p>
      <w:r>
        <w:br w:type="page"/>
      </w:r>
    </w:p>
    <w:p>
      <w:pPr>
        <w:pStyle w:val="Heading1"/>
        <w:keepNext/>
      </w:pPr>
      <w:r>
        <w:t>Rehearsal Plan</w:t>
      </w:r>
    </w:p>
    <w:p>
      <w:pPr>
        <w:spacing w:after="100"/>
      </w:pPr>
      <w:r>
        <w:rPr>
          <w:b/>
          <w:sz w:val="20"/>
        </w:rPr>
        <w:t xml:space="preserve">Rehearsal date  </w:t>
      </w:r>
      <w:r>
        <w:rPr>
          <w:sz w:val="20"/>
        </w:rPr>
        <w:t>____________________________________________________________</w:t>
      </w:r>
    </w:p>
    <w:p>
      <w:pPr>
        <w:spacing w:after="100"/>
      </w:pPr>
      <w:r>
        <w:rPr>
          <w:b/>
          <w:sz w:val="20"/>
        </w:rPr>
        <w:t xml:space="preserve">Start and end time  </w:t>
      </w:r>
      <w:r>
        <w:rPr>
          <w:sz w:val="20"/>
        </w:rPr>
        <w:t>____________________________________________________________</w:t>
      </w:r>
    </w:p>
    <w:p>
      <w:pPr>
        <w:spacing w:after="100"/>
      </w:pPr>
      <w:r>
        <w:rPr>
          <w:b/>
          <w:sz w:val="20"/>
        </w:rPr>
        <w:t xml:space="preserve">Location  </w:t>
      </w:r>
      <w:r>
        <w:rPr>
          <w:sz w:val="20"/>
        </w:rPr>
        <w:t>____________________________________________________________</w:t>
      </w:r>
    </w:p>
    <w:p>
      <w:pPr>
        <w:spacing w:after="100"/>
      </w:pPr>
      <w:r>
        <w:rPr>
          <w:b/>
          <w:sz w:val="20"/>
        </w:rPr>
        <w:t xml:space="preserve">Venue contact  </w:t>
      </w:r>
      <w:r>
        <w:rPr>
          <w:sz w:val="20"/>
        </w:rPr>
        <w:t>____________________________________________________________</w:t>
      </w:r>
    </w:p>
    <w:p>
      <w:pPr>
        <w:spacing w:after="100"/>
      </w:pPr>
      <w:r>
        <w:rPr>
          <w:b/>
          <w:sz w:val="20"/>
        </w:rPr>
        <w:t xml:space="preserve">Officiant arrival  </w:t>
      </w:r>
      <w:r>
        <w:rPr>
          <w:sz w:val="20"/>
        </w:rPr>
        <w:t>____________________________________________________________</w:t>
      </w:r>
    </w:p>
    <w:p>
      <w:pPr>
        <w:spacing w:after="100"/>
      </w:pPr>
      <w:r>
        <w:rPr>
          <w:b/>
          <w:sz w:val="20"/>
        </w:rPr>
        <w:t xml:space="preserve">Wedding party arrival  </w:t>
      </w:r>
      <w:r>
        <w:rPr>
          <w:sz w:val="20"/>
        </w:rPr>
        <w:t>____________________________________________________________</w:t>
      </w:r>
    </w:p>
    <w:p>
      <w:pPr>
        <w:spacing w:after="100"/>
      </w:pPr>
      <w:r>
        <w:rPr>
          <w:b/>
          <w:sz w:val="20"/>
        </w:rPr>
        <w:t xml:space="preserve">Items to bring  </w:t>
      </w:r>
      <w:r>
        <w:rPr>
          <w:sz w:val="20"/>
        </w:rPr>
        <w:t>____________________________________________________________</w:t>
      </w:r>
    </w:p>
    <w:p>
      <w:pPr>
        <w:spacing w:after="100"/>
      </w:pPr>
      <w:r>
        <w:rPr>
          <w:b/>
          <w:sz w:val="20"/>
        </w:rPr>
        <w:t xml:space="preserve">Dinner location and time  </w:t>
      </w:r>
      <w:r>
        <w:rPr>
          <w:sz w:val="20"/>
        </w:rPr>
        <w:t>____________________________________________________________</w:t>
      </w:r>
    </w:p>
    <w:p>
      <w:pPr>
        <w:pStyle w:val="Heading2"/>
        <w:keepNext/>
      </w:pPr>
      <w:r>
        <w:t>Rehearsal Attendance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60"/>
        <w:gridCol w:w="1872"/>
        <w:gridCol w:w="1152"/>
        <w:gridCol w:w="1296"/>
        <w:gridCol w:w="3024"/>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Role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Required</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Confirmed</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Arrival notes</w:t>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Rehearsal Run Order</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Introduce coordinator and officiant</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ceremony layout</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Place wedding party in recessional order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Practice recessional first</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Set processional staging positions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Practice pace, spacing, and handoffs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Practice entrance cues and music marks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standing and seated positions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Practice ring exchange and unity ritual</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Review microphone use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Practice full recessional</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post ceremony family photo location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Review weather decision procedure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Collect final questions and personal items</w:t>
            </w:r>
          </w:p>
        </w:tc>
      </w:tr>
    </w:tbl>
    <w:p>
      <w:r>
        <w:br w:type="page"/>
      </w:r>
    </w:p>
    <w:p>
      <w:pPr>
        <w:pStyle w:val="Heading1"/>
        <w:keepNext/>
      </w:pPr>
      <w:r>
        <w:t>Ceremony Master Plan</w:t>
      </w:r>
    </w:p>
    <w:p>
      <w:pPr>
        <w:spacing w:after="100"/>
      </w:pPr>
      <w:r>
        <w:rPr>
          <w:b/>
          <w:sz w:val="20"/>
        </w:rPr>
        <w:t xml:space="preserve">Ceremony location  </w:t>
      </w:r>
      <w:r>
        <w:rPr>
          <w:sz w:val="20"/>
        </w:rPr>
        <w:t>____________________________________________________________</w:t>
      </w:r>
    </w:p>
    <w:p>
      <w:pPr>
        <w:spacing w:after="100"/>
      </w:pPr>
      <w:r>
        <w:rPr>
          <w:b/>
          <w:sz w:val="20"/>
        </w:rPr>
        <w:t xml:space="preserve">Guest seating begins  </w:t>
      </w:r>
      <w:r>
        <w:rPr>
          <w:sz w:val="20"/>
        </w:rPr>
        <w:t>____________________________________________________________</w:t>
      </w:r>
    </w:p>
    <w:p>
      <w:pPr>
        <w:spacing w:after="100"/>
      </w:pPr>
      <w:r>
        <w:rPr>
          <w:b/>
          <w:sz w:val="20"/>
        </w:rPr>
        <w:t xml:space="preserve">Prelude begins  </w:t>
      </w:r>
      <w:r>
        <w:rPr>
          <w:sz w:val="20"/>
        </w:rPr>
        <w:t>____________________________________________________________</w:t>
      </w:r>
    </w:p>
    <w:p>
      <w:pPr>
        <w:spacing w:after="100"/>
      </w:pPr>
      <w:r>
        <w:rPr>
          <w:b/>
          <w:sz w:val="20"/>
        </w:rPr>
        <w:t xml:space="preserve">Processional begins  </w:t>
      </w:r>
      <w:r>
        <w:rPr>
          <w:sz w:val="20"/>
        </w:rPr>
        <w:t>____________________________________________________________</w:t>
      </w:r>
    </w:p>
    <w:p>
      <w:pPr>
        <w:spacing w:after="100"/>
      </w:pPr>
      <w:r>
        <w:rPr>
          <w:b/>
          <w:sz w:val="20"/>
        </w:rPr>
        <w:t xml:space="preserve">Ceremony start  </w:t>
      </w:r>
      <w:r>
        <w:rPr>
          <w:sz w:val="20"/>
        </w:rPr>
        <w:t>____________________________________________________________</w:t>
      </w:r>
    </w:p>
    <w:p>
      <w:pPr>
        <w:spacing w:after="100"/>
      </w:pPr>
      <w:r>
        <w:rPr>
          <w:b/>
          <w:sz w:val="20"/>
        </w:rPr>
        <w:t xml:space="preserve">Expected duration  </w:t>
      </w:r>
      <w:r>
        <w:rPr>
          <w:sz w:val="20"/>
        </w:rPr>
        <w:t>____________________________________________________________</w:t>
      </w:r>
    </w:p>
    <w:p>
      <w:pPr>
        <w:spacing w:after="100"/>
      </w:pPr>
      <w:r>
        <w:rPr>
          <w:b/>
          <w:sz w:val="20"/>
        </w:rPr>
        <w:t xml:space="preserve">Officiant  </w:t>
      </w:r>
      <w:r>
        <w:rPr>
          <w:sz w:val="20"/>
        </w:rPr>
        <w:t>____________________________________________________________</w:t>
      </w:r>
    </w:p>
    <w:p>
      <w:pPr>
        <w:spacing w:after="100"/>
      </w:pPr>
      <w:r>
        <w:rPr>
          <w:b/>
          <w:sz w:val="20"/>
        </w:rPr>
        <w:t xml:space="preserve">License holder before ceremony  </w:t>
      </w:r>
      <w:r>
        <w:rPr>
          <w:sz w:val="20"/>
        </w:rPr>
        <w:t>____________________________________________________________</w:t>
      </w:r>
    </w:p>
    <w:p>
      <w:pPr>
        <w:spacing w:after="100"/>
      </w:pPr>
      <w:r>
        <w:rPr>
          <w:b/>
          <w:sz w:val="20"/>
        </w:rPr>
        <w:t xml:space="preserve">License holder after ceremony  </w:t>
      </w:r>
      <w:r>
        <w:rPr>
          <w:sz w:val="20"/>
        </w:rPr>
        <w:t>____________________________________________________________</w:t>
      </w:r>
    </w:p>
    <w:p>
      <w:pPr>
        <w:spacing w:after="100"/>
      </w:pPr>
      <w:r>
        <w:rPr>
          <w:b/>
          <w:sz w:val="20"/>
        </w:rPr>
        <w:t xml:space="preserve">Reserved seating count  </w:t>
      </w:r>
      <w:r>
        <w:rPr>
          <w:sz w:val="20"/>
        </w:rPr>
        <w:t>____________________________________________________________</w:t>
      </w:r>
    </w:p>
    <w:p>
      <w:pPr>
        <w:spacing w:after="100"/>
      </w:pPr>
      <w:r>
        <w:rPr>
          <w:b/>
          <w:sz w:val="20"/>
        </w:rPr>
        <w:t xml:space="preserve">Unplugged ceremony announcement  </w:t>
      </w:r>
      <w:r>
        <w:rPr>
          <w:sz w:val="20"/>
        </w:rPr>
        <w:t>____________________________________________________________</w:t>
      </w:r>
    </w:p>
    <w:p>
      <w:pPr>
        <w:spacing w:after="100"/>
      </w:pPr>
      <w:r>
        <w:rPr>
          <w:b/>
          <w:sz w:val="20"/>
        </w:rPr>
        <w:t xml:space="preserve">Late guest seating plan  </w:t>
      </w:r>
      <w:r>
        <w:rPr>
          <w:sz w:val="20"/>
        </w:rPr>
        <w:t>____________________________________________________________</w:t>
      </w:r>
    </w:p>
    <w:p>
      <w:pPr>
        <w:pStyle w:val="Heading2"/>
        <w:keepNext/>
      </w:pPr>
      <w:r>
        <w:t>Ceremony Setup Checklist</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Chairs aligned and secure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Aisle clear and measured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Reserved signs placed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Programs placed or distributed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Guest book station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Water available for wedding party</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Florals and aisle decor secured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Altar or arch complete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Unity items placed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Microphones sound checked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Ceremony music tested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Accessibility seating reserved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Shade or heaters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Tissues and fans available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Pet handler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Ring bearer items ready</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Flower petals or alternatives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Marriage license present</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Emergency weather location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Coordinator cue positions assigned</w:t>
            </w:r>
          </w:p>
        </w:tc>
      </w:tr>
    </w:tbl>
    <w:p>
      <w:r>
        <w:br w:type="page"/>
      </w:r>
    </w:p>
    <w:p>
      <w:pPr>
        <w:pStyle w:val="Heading1"/>
        <w:keepNext/>
      </w:pPr>
      <w:r>
        <w:t>Ceremony Processional and Cue Sheet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792"/>
        <w:gridCol w:w="1944"/>
        <w:gridCol w:w="1440"/>
        <w:gridCol w:w="1656"/>
        <w:gridCol w:w="2376"/>
        <w:gridCol w:w="1296"/>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Order</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Person or group</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Entry point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Escorted by</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Music and cue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Position</w:t>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1</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2</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3</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4</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5</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6</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7</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8</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9</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10</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11</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12</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13</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14</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15</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bl>
    <w:p>
      <w:pPr>
        <w:spacing w:after="20"/>
      </w:pPr>
    </w:p>
    <w:p>
      <w:pPr>
        <w:pStyle w:val="Heading2"/>
        <w:keepNext/>
      </w:pPr>
      <w:r>
        <w:t>Ceremony Elements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08"/>
        <w:gridCol w:w="2016"/>
        <w:gridCol w:w="1944"/>
        <w:gridCol w:w="2016"/>
        <w:gridCol w:w="2520"/>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Sequence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Element</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Participants</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Music or item</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Coordinator action</w:t>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1</w:t>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Welcome</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2</w:t>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Reading</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3</w:t>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Vows</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4</w:t>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Ring exchange</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5</w:t>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Unity ceremony</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6</w:t>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Pronouncement</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7</w:t>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Kiss</w:t>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8</w:t>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Recessional</w:t>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Recessional Order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08"/>
        <w:gridCol w:w="2880"/>
        <w:gridCol w:w="2592"/>
        <w:gridCol w:w="3024"/>
      </w:tblGrid>
      <w:tr>
        <w:trPr>
          <w:tblHeader w:val="true"/>
          <w:cantSplit/>
        </w:trPr>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Order</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Names</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Exit route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Destination</w:t>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0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8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0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r>
        <w:br w:type="page"/>
      </w:r>
    </w:p>
    <w:p>
      <w:pPr>
        <w:pStyle w:val="Heading1"/>
        <w:keepNext/>
      </w:pPr>
      <w:r>
        <w:t>Ceremony Contingencies</w:t>
      </w:r>
    </w:p>
    <w:p>
      <w:pPr>
        <w:pStyle w:val="Heading2"/>
        <w:keepNext/>
      </w:pPr>
      <w:r>
        <w:t>Weather Decision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1440"/>
        <w:gridCol w:w="1656"/>
        <w:gridCol w:w="1944"/>
        <w:gridCol w:w="2520"/>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Decision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Deadline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Who decides</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Who is notified</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Action</w:t>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Move indoors</w:t>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Delay ceremony</w:t>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Heat precautions</w:t>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Cold precautions</w:t>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Wind precautions</w:t>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Lightning evacuation</w:t>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Common Ceremony Problems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88"/>
        <w:gridCol w:w="5616"/>
        <w:gridCol w:w="1800"/>
      </w:tblGrid>
      <w:tr>
        <w:trPr>
          <w:tblHeader w:val="true"/>
          <w:cantSplit/>
        </w:trPr>
        <w:tc>
          <w:tcPr>
            <w:tcW w:type="dxa" w:w="336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Situation</w:t>
            </w:r>
          </w:p>
        </w:tc>
        <w:tc>
          <w:tcPr>
            <w:tcW w:type="dxa" w:w="336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Immediate response</w:t>
            </w:r>
          </w:p>
        </w:tc>
        <w:tc>
          <w:tcPr>
            <w:tcW w:type="dxa" w:w="336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Final authority</w:t>
            </w:r>
          </w:p>
        </w:tc>
      </w:tr>
      <w:tr>
        <w:trPr>
          <w:cantSplit/>
        </w:trPr>
        <w:tc>
          <w:tcPr>
            <w:tcW w:type="dxa" w:w="208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Missing ring</w:t>
            </w:r>
          </w:p>
        </w:tc>
        <w:tc>
          <w:tcPr>
            <w:tcW w:type="dxa" w:w="56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Use backup ring or pause discreetly</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Late VIP guest</w:t>
            </w:r>
          </w:p>
        </w:tc>
        <w:tc>
          <w:tcPr>
            <w:tcW w:type="dxa" w:w="56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Seat according to approved late arrival plan</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Music failure</w:t>
            </w:r>
          </w:p>
        </w:tc>
        <w:tc>
          <w:tcPr>
            <w:tcW w:type="dxa" w:w="56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Hold entrance and use backup audio or proceed silently</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Microphone failure</w:t>
            </w:r>
          </w:p>
        </w:tc>
        <w:tc>
          <w:tcPr>
            <w:tcW w:type="dxa" w:w="56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Swap microphone or move officiant closer</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Flower or decor failure</w:t>
            </w:r>
          </w:p>
        </w:tc>
        <w:tc>
          <w:tcPr>
            <w:tcW w:type="dxa" w:w="56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Remove unsafe item and simplify design</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Medical emergency</w:t>
            </w:r>
          </w:p>
        </w:tc>
        <w:tc>
          <w:tcPr>
            <w:tcW w:type="dxa" w:w="56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Stop event, call emergency services, clear access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Severe weather</w:t>
            </w:r>
          </w:p>
        </w:tc>
        <w:tc>
          <w:tcPr>
            <w:tcW w:type="dxa" w:w="56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Follow venue emergency plan immediately</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Disruptive guest</w:t>
            </w:r>
          </w:p>
        </w:tc>
        <w:tc>
          <w:tcPr>
            <w:tcW w:type="dxa" w:w="56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Alert venue or security and protect the couple</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Child or pet will not proceed</w:t>
            </w:r>
          </w:p>
        </w:tc>
        <w:tc>
          <w:tcPr>
            <w:tcW w:type="dxa" w:w="561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Skip entry and continue processional</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8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Attire issue</w:t>
            </w:r>
          </w:p>
        </w:tc>
        <w:tc>
          <w:tcPr>
            <w:tcW w:type="dxa" w:w="56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Use emergency kit and adjust timeline if approved</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Special Ceremony Notes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Photography and Videography Plan</w:t>
      </w:r>
    </w:p>
    <w:p>
      <w:pPr>
        <w:spacing w:after="100"/>
      </w:pPr>
      <w:r>
        <w:rPr>
          <w:b/>
          <w:sz w:val="20"/>
        </w:rPr>
        <w:t xml:space="preserve">Photographer arrival  </w:t>
      </w:r>
      <w:r>
        <w:rPr>
          <w:sz w:val="20"/>
        </w:rPr>
        <w:t>____________________________________________________________</w:t>
      </w:r>
    </w:p>
    <w:p>
      <w:pPr>
        <w:spacing w:after="100"/>
      </w:pPr>
      <w:r>
        <w:rPr>
          <w:b/>
          <w:sz w:val="20"/>
        </w:rPr>
        <w:t xml:space="preserve">Videographer arrival  </w:t>
      </w:r>
      <w:r>
        <w:rPr>
          <w:sz w:val="20"/>
        </w:rPr>
        <w:t>____________________________________________________________</w:t>
      </w:r>
    </w:p>
    <w:p>
      <w:pPr>
        <w:spacing w:after="100"/>
      </w:pPr>
      <w:r>
        <w:rPr>
          <w:b/>
          <w:sz w:val="20"/>
        </w:rPr>
        <w:t xml:space="preserve">First look location  </w:t>
      </w:r>
      <w:r>
        <w:rPr>
          <w:sz w:val="20"/>
        </w:rPr>
        <w:t>____________________________________________________________</w:t>
      </w:r>
    </w:p>
    <w:p>
      <w:pPr>
        <w:spacing w:after="100"/>
      </w:pPr>
      <w:r>
        <w:rPr>
          <w:b/>
          <w:sz w:val="20"/>
        </w:rPr>
        <w:t xml:space="preserve">Photo coordinator  </w:t>
      </w:r>
      <w:r>
        <w:rPr>
          <w:sz w:val="20"/>
        </w:rPr>
        <w:t>____________________________________________________________</w:t>
      </w:r>
    </w:p>
    <w:p>
      <w:pPr>
        <w:spacing w:after="100"/>
      </w:pPr>
      <w:r>
        <w:rPr>
          <w:b/>
          <w:sz w:val="20"/>
        </w:rPr>
        <w:t xml:space="preserve">Golden hour time  </w:t>
      </w:r>
      <w:r>
        <w:rPr>
          <w:sz w:val="20"/>
        </w:rPr>
        <w:t>____________________________________________________________</w:t>
      </w:r>
    </w:p>
    <w:p>
      <w:pPr>
        <w:spacing w:after="100"/>
      </w:pPr>
      <w:r>
        <w:rPr>
          <w:b/>
          <w:sz w:val="20"/>
        </w:rPr>
        <w:t xml:space="preserve">Sunset time  </w:t>
      </w:r>
      <w:r>
        <w:rPr>
          <w:sz w:val="20"/>
        </w:rPr>
        <w:t>____________________________________________________________</w:t>
      </w:r>
    </w:p>
    <w:p>
      <w:pPr>
        <w:spacing w:after="100"/>
      </w:pPr>
      <w:r>
        <w:rPr>
          <w:b/>
          <w:sz w:val="20"/>
        </w:rPr>
        <w:t xml:space="preserve">Family photo location  </w:t>
      </w:r>
      <w:r>
        <w:rPr>
          <w:sz w:val="20"/>
        </w:rPr>
        <w:t>____________________________________________________________</w:t>
      </w:r>
    </w:p>
    <w:p>
      <w:pPr>
        <w:spacing w:after="100"/>
      </w:pPr>
      <w:r>
        <w:rPr>
          <w:b/>
          <w:sz w:val="20"/>
        </w:rPr>
        <w:t xml:space="preserve">Rain photo location  </w:t>
      </w:r>
      <w:r>
        <w:rPr>
          <w:sz w:val="20"/>
        </w:rPr>
        <w:t>____________________________________________________________</w:t>
      </w:r>
    </w:p>
    <w:p>
      <w:pPr>
        <w:spacing w:after="100"/>
      </w:pPr>
      <w:r>
        <w:rPr>
          <w:b/>
          <w:sz w:val="20"/>
        </w:rPr>
        <w:t xml:space="preserve">Last photo coverage time  </w:t>
      </w:r>
      <w:r>
        <w:rPr>
          <w:sz w:val="20"/>
        </w:rPr>
        <w:t>____________________________________________________________</w:t>
      </w:r>
    </w:p>
    <w:p>
      <w:pPr>
        <w:pStyle w:val="Heading2"/>
        <w:keepNext/>
      </w:pPr>
      <w:r>
        <w:t>Priority Photo List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36"/>
        <w:gridCol w:w="3240"/>
        <w:gridCol w:w="1800"/>
        <w:gridCol w:w="1440"/>
        <w:gridCol w:w="2088"/>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Priority</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People or detail</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When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Person gathering group</w:t>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Detail Items Ready for Photos</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Invitation suite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Rings</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Ring box</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Shoes</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Jewelry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Perfume or cologne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Vow books</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Bouquets</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Boutonnieres</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Dress or outfit</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Suit or tuxedo</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Veil or accessories</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Family heirlooms</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Special gifts</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Marriage license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Reception details before guest entry</w:t>
            </w:r>
          </w:p>
        </w:tc>
      </w:tr>
    </w:tbl>
    <w:p>
      <w:r>
        <w:br w:type="page"/>
      </w:r>
    </w:p>
    <w:p>
      <w:pPr>
        <w:pStyle w:val="Heading1"/>
        <w:keepNext/>
      </w:pPr>
      <w:r>
        <w:t>Cocktail Hour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80"/>
        <w:gridCol w:w="2520"/>
        <w:gridCol w:w="1728"/>
        <w:gridCol w:w="1872"/>
        <w:gridCol w:w="2304"/>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Action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Responsible party</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Coordinator cue or check</w:t>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Guests directed from ceremony</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Bar opens</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Appetizers begin</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Wedding party photos</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Reception room reveal</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Couple private moment or meal</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Guests invited into reception</w:t>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08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52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Wedding party lined up</w:t>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Cocktail Hour Checklist</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Directional signs placed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Bar stocked and staffed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Signature drinks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Appetizer labels displayed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Allergy information available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Cocktail tables clean</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Music level checked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Guest book staffed if needed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Cards and gifts monitored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Restrooms checked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Reception room protected until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VIPs assisted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Photo booth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Transportation monitored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Caterer receives updated timeline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DJ receives introduction lineup</w:t>
            </w:r>
          </w:p>
        </w:tc>
      </w:tr>
    </w:tbl>
    <w:p>
      <w:pPr>
        <w:pStyle w:val="Heading2"/>
        <w:keepNext/>
      </w:pPr>
      <w:r>
        <w:t>Private Couple Time</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Reception Timeline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792"/>
        <w:gridCol w:w="1584"/>
        <w:gridCol w:w="1080"/>
        <w:gridCol w:w="1656"/>
        <w:gridCol w:w="1512"/>
        <w:gridCol w:w="1656"/>
        <w:gridCol w:w="1512"/>
      </w:tblGrid>
      <w:tr>
        <w:trPr>
          <w:tblHeader w:val="true"/>
          <w:cantSplit/>
        </w:trPr>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Event</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Lead</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DJ or music cue</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Photo or video</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Catering or venue</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Coordinator action</w:t>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3"/>
              </w:rPr>
              <w:t>Doors open</w:t>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t>Grand entrance</w:t>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3"/>
              </w:rPr>
              <w:t>Welcome</w:t>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t>Meal service</w:t>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3"/>
              </w:rPr>
              <w:t>Toasts</w:t>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t>Cake cutting</w:t>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3"/>
              </w:rPr>
              <w:t>Special dances</w:t>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t>Open dancing</w:t>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3"/>
              </w:rPr>
              <w:t>Bouquet or alternative</w:t>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t>Late night food</w:t>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3"/>
              </w:rPr>
              <w:t>Private last dance</w:t>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t>Exit</w:t>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792"/>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3"/>
              </w:rPr>
              <w:t>Breakdown</w:t>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bl>
    <w:p>
      <w:pPr>
        <w:spacing w:after="20"/>
      </w:pPr>
    </w:p>
    <w:p>
      <w:pPr>
        <w:pStyle w:val="Heading2"/>
        <w:keepNext/>
      </w:pPr>
      <w:r>
        <w:t>Timeline Flexibility</w:t>
      </w:r>
    </w:p>
    <w:p>
      <w:pPr>
        <w:spacing w:after="100"/>
      </w:pPr>
      <w:r>
        <w:rPr>
          <w:b/>
          <w:sz w:val="20"/>
        </w:rPr>
        <w:t xml:space="preserve">Events that may move earlier  </w:t>
      </w:r>
      <w:r>
        <w:rPr>
          <w:sz w:val="20"/>
        </w:rPr>
        <w:t>____________________________________________________________</w:t>
      </w:r>
    </w:p>
    <w:p>
      <w:pPr>
        <w:spacing w:after="100"/>
      </w:pPr>
      <w:r>
        <w:rPr>
          <w:b/>
          <w:sz w:val="20"/>
        </w:rPr>
        <w:t xml:space="preserve">Events that may move later  </w:t>
      </w:r>
      <w:r>
        <w:rPr>
          <w:sz w:val="20"/>
        </w:rPr>
        <w:t>____________________________________________________________</w:t>
      </w:r>
    </w:p>
    <w:p>
      <w:pPr>
        <w:spacing w:after="100"/>
      </w:pPr>
      <w:r>
        <w:rPr>
          <w:b/>
          <w:sz w:val="20"/>
        </w:rPr>
        <w:t xml:space="preserve">Events that cannot move  </w:t>
      </w:r>
      <w:r>
        <w:rPr>
          <w:sz w:val="20"/>
        </w:rPr>
        <w:t>____________________________________________________________</w:t>
      </w:r>
    </w:p>
    <w:p>
      <w:pPr>
        <w:spacing w:after="100"/>
      </w:pPr>
      <w:r>
        <w:rPr>
          <w:b/>
          <w:sz w:val="20"/>
        </w:rPr>
        <w:t xml:space="preserve">Person authorized to change timeline  </w:t>
      </w:r>
      <w:r>
        <w:rPr>
          <w:sz w:val="20"/>
        </w:rPr>
        <w:t>____________________________________________________________</w:t>
      </w:r>
    </w:p>
    <w:p>
      <w:r>
        <w:br w:type="page"/>
      </w:r>
    </w:p>
    <w:p>
      <w:pPr>
        <w:pStyle w:val="Heading1"/>
        <w:keepNext/>
      </w:pPr>
      <w:r>
        <w:t>Reception Formalities and Announcements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56"/>
        <w:gridCol w:w="2160"/>
        <w:gridCol w:w="1800"/>
        <w:gridCol w:w="1440"/>
        <w:gridCol w:w="1440"/>
        <w:gridCol w:w="1008"/>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Names and pronunciation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Song</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Starting position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Ending position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Cue</w:t>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Wedding party entrance</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t>Couple entrance</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Welcome</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t>Blessing</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Toast 1</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t>Toast 2</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Toast 3</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t>Cake cutting</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First dance</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t>Partner and parent dance</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Partner and parent dance</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t>Anniversary dance</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Bouquet or alternative</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4"/>
              </w:rPr>
              <w:t>Last dance</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4"/>
              </w:rPr>
            </w:r>
          </w:p>
        </w:tc>
      </w:tr>
      <w:tr>
        <w:trPr>
          <w:cantSplit/>
        </w:trPr>
        <w:tc>
          <w:tcPr>
            <w:tcW w:type="dxa" w:w="1656"/>
            <w:vAlign w:val="center"/>
            <w:tcMar>
              <w:top w:w="100" w:type="dxa"/>
              <w:start w:w="120" w:type="dxa"/>
              <w:bottom w:w="100" w:type="dxa"/>
              <w:end w:w="120" w:type="dxa"/>
            </w:tcMar>
          </w:tcPr>
          <w:p>
            <w:pPr>
              <w:spacing w:after="0" w:line="252" w:lineRule="auto"/>
              <w:jc w:val="center"/>
            </w:pPr>
            <w:r/>
            <w:r>
              <w:rPr>
                <w:rFonts w:ascii="Aptos" w:hAnsi="Aptos"/>
                <w:b w:val="0"/>
                <w:color w:val="000000"/>
                <w:sz w:val="14"/>
              </w:rPr>
              <w:t>Exit</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4"/>
              </w:rPr>
            </w:r>
          </w:p>
        </w:tc>
      </w:tr>
    </w:tbl>
    <w:p>
      <w:pPr>
        <w:spacing w:after="20"/>
      </w:pPr>
    </w:p>
    <w:p>
      <w:pPr>
        <w:pStyle w:val="Heading2"/>
        <w:keepNext/>
      </w:pPr>
      <w:r>
        <w:t>Pronunciation Notes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pStyle w:val="Heading2"/>
        <w:keepNext/>
      </w:pPr>
      <w:r>
        <w:t>Announcements Not Approved</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Food Beverage and Dessert Plan</w:t>
      </w:r>
    </w:p>
    <w:p>
      <w:pPr>
        <w:spacing w:after="100"/>
      </w:pPr>
      <w:r>
        <w:rPr>
          <w:b/>
          <w:sz w:val="20"/>
        </w:rPr>
        <w:t xml:space="preserve">Meal style  </w:t>
      </w:r>
      <w:r>
        <w:rPr>
          <w:sz w:val="20"/>
        </w:rPr>
        <w:t>____________________________________________________________</w:t>
      </w:r>
    </w:p>
    <w:p>
      <w:pPr>
        <w:spacing w:after="100"/>
      </w:pPr>
      <w:r>
        <w:rPr>
          <w:b/>
          <w:sz w:val="20"/>
        </w:rPr>
        <w:t xml:space="preserve">Dinner start  </w:t>
      </w:r>
      <w:r>
        <w:rPr>
          <w:sz w:val="20"/>
        </w:rPr>
        <w:t>____________________________________________________________</w:t>
      </w:r>
    </w:p>
    <w:p>
      <w:pPr>
        <w:spacing w:after="100"/>
      </w:pPr>
      <w:r>
        <w:rPr>
          <w:b/>
          <w:sz w:val="20"/>
        </w:rPr>
        <w:t xml:space="preserve">Final guest count  </w:t>
      </w:r>
      <w:r>
        <w:rPr>
          <w:sz w:val="20"/>
        </w:rPr>
        <w:t>____________________________________________________________</w:t>
      </w:r>
    </w:p>
    <w:p>
      <w:pPr>
        <w:spacing w:after="100"/>
      </w:pPr>
      <w:r>
        <w:rPr>
          <w:b/>
          <w:sz w:val="20"/>
        </w:rPr>
        <w:t xml:space="preserve">Vendor meal count  </w:t>
      </w:r>
      <w:r>
        <w:rPr>
          <w:sz w:val="20"/>
        </w:rPr>
        <w:t>____________________________________________________________</w:t>
      </w:r>
    </w:p>
    <w:p>
      <w:pPr>
        <w:spacing w:after="100"/>
      </w:pPr>
      <w:r>
        <w:rPr>
          <w:b/>
          <w:sz w:val="20"/>
        </w:rPr>
        <w:t xml:space="preserve">Children meals  </w:t>
      </w:r>
      <w:r>
        <w:rPr>
          <w:sz w:val="20"/>
        </w:rPr>
        <w:t>____________________________________________________________</w:t>
      </w:r>
    </w:p>
    <w:p>
      <w:pPr>
        <w:spacing w:after="100"/>
      </w:pPr>
      <w:r>
        <w:rPr>
          <w:b/>
          <w:sz w:val="20"/>
        </w:rPr>
        <w:t xml:space="preserve">Dietary meals  </w:t>
      </w:r>
      <w:r>
        <w:rPr>
          <w:sz w:val="20"/>
        </w:rPr>
        <w:t>____________________________________________________________</w:t>
      </w:r>
    </w:p>
    <w:p>
      <w:pPr>
        <w:spacing w:after="100"/>
      </w:pPr>
      <w:r>
        <w:rPr>
          <w:b/>
          <w:sz w:val="20"/>
        </w:rPr>
        <w:t xml:space="preserve">Couple meal plan  </w:t>
      </w:r>
      <w:r>
        <w:rPr>
          <w:sz w:val="20"/>
        </w:rPr>
        <w:t>____________________________________________________________</w:t>
      </w:r>
    </w:p>
    <w:p>
      <w:pPr>
        <w:spacing w:after="100"/>
      </w:pPr>
      <w:r>
        <w:rPr>
          <w:b/>
          <w:sz w:val="20"/>
        </w:rPr>
        <w:t xml:space="preserve">Bar close time  </w:t>
      </w:r>
      <w:r>
        <w:rPr>
          <w:sz w:val="20"/>
        </w:rPr>
        <w:t>____________________________________________________________</w:t>
      </w:r>
    </w:p>
    <w:p>
      <w:pPr>
        <w:spacing w:after="100"/>
      </w:pPr>
      <w:r>
        <w:rPr>
          <w:b/>
          <w:sz w:val="20"/>
        </w:rPr>
        <w:t xml:space="preserve">Last call time  </w:t>
      </w:r>
      <w:r>
        <w:rPr>
          <w:sz w:val="20"/>
        </w:rPr>
        <w:t>____________________________________________________________</w:t>
      </w:r>
    </w:p>
    <w:p>
      <w:pPr>
        <w:spacing w:after="100"/>
      </w:pPr>
      <w:r>
        <w:rPr>
          <w:b/>
          <w:sz w:val="20"/>
        </w:rPr>
        <w:t xml:space="preserve">Cake cutting time  </w:t>
      </w:r>
      <w:r>
        <w:rPr>
          <w:sz w:val="20"/>
        </w:rPr>
        <w:t>____________________________________________________________</w:t>
      </w:r>
    </w:p>
    <w:p>
      <w:pPr>
        <w:spacing w:after="100"/>
      </w:pPr>
      <w:r>
        <w:rPr>
          <w:b/>
          <w:sz w:val="20"/>
        </w:rPr>
        <w:t xml:space="preserve">Dessert service time  </w:t>
      </w:r>
      <w:r>
        <w:rPr>
          <w:sz w:val="20"/>
        </w:rPr>
        <w:t>____________________________________________________________</w:t>
      </w:r>
    </w:p>
    <w:p>
      <w:pPr>
        <w:spacing w:after="100"/>
      </w:pPr>
      <w:r>
        <w:rPr>
          <w:b/>
          <w:sz w:val="20"/>
        </w:rPr>
        <w:t xml:space="preserve">Late night food time  </w:t>
      </w:r>
      <w:r>
        <w:rPr>
          <w:sz w:val="20"/>
        </w:rPr>
        <w:t>____________________________________________________________</w:t>
      </w:r>
    </w:p>
    <w:p>
      <w:pPr>
        <w:pStyle w:val="Heading2"/>
        <w:keepNext/>
      </w:pPr>
      <w:r>
        <w:t>Meal Counts and Restrictions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28"/>
        <w:gridCol w:w="1008"/>
        <w:gridCol w:w="3240"/>
        <w:gridCol w:w="3528"/>
      </w:tblGrid>
      <w:tr>
        <w:trPr>
          <w:tblHeader w:val="true"/>
          <w:cantSplit/>
        </w:trPr>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Type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Count</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Names or table numbers</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Service instructions</w:t>
            </w:r>
          </w:p>
        </w:tc>
      </w:tr>
      <w:tr>
        <w:trPr>
          <w:cantSplit/>
        </w:trPr>
        <w:tc>
          <w:tcPr>
            <w:tcW w:type="dxa" w:w="172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Standard</w:t>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Vegetarian</w:t>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Vegan</w:t>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Gluten free</w:t>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Dairy free</w:t>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Nut allergy</w:t>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Other allergy</w:t>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Children</w:t>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728"/>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Vendor</w:t>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24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bl>
    <w:p>
      <w:pPr>
        <w:spacing w:after="20"/>
      </w:pPr>
    </w:p>
    <w:p>
      <w:pPr>
        <w:pStyle w:val="Heading2"/>
        <w:keepNext/>
      </w:pPr>
      <w:r>
        <w:t>Food and Beverage Checklist</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Caterer has final count</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Place cards or meal indicators ready</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Couple plates assigned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VIP table service confirmed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Vendor meals and location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Water service ready</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Bar opening and closing times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Alcohol cutoff authority confirmed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Cake knife and server present</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Cake stand return identified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Dessert boxes available</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Leftover food policy confirmed</w:t>
            </w:r>
          </w:p>
        </w:tc>
      </w:tr>
    </w:tbl>
    <w:p>
      <w:r>
        <w:br w:type="page"/>
      </w:r>
    </w:p>
    <w:p>
      <w:pPr>
        <w:pStyle w:val="Heading1"/>
        <w:keepNext/>
      </w:pPr>
      <w:r>
        <w:t>Guest Experience and Accessibility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2376"/>
        <w:gridCol w:w="1656"/>
        <w:gridCol w:w="1800"/>
        <w:gridCol w:w="1728"/>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Guest or group</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Need</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Support person</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Coordinator action</w:t>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Guest Experience Checklist</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Accessible parking identified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Step free route confirmed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Accessible restroom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Wheelchair seating reserved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Hearing or visual support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Quiet area available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Nursing or changing area identified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Children seating and activities ready</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High chairs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Medication refrigeration available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Service animal plan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Water stations available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Weather comfort supplies ready</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Clear signs placed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Transportation for guests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Emergency exits unobstructed</w:t>
            </w:r>
          </w:p>
        </w:tc>
      </w:tr>
    </w:tbl>
    <w:p>
      <w:pPr>
        <w:pStyle w:val="Heading2"/>
        <w:keepNext/>
      </w:pPr>
      <w:r>
        <w:t>Guest Questions and Approved Answers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600"/>
        <w:gridCol w:w="5904"/>
      </w:tblGrid>
      <w:tr>
        <w:trPr>
          <w:tblHeader w:val="true"/>
          <w:cantSplit/>
        </w:trPr>
        <w:tc>
          <w:tcPr>
            <w:tcW w:type="dxa" w:w="50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Question</w:t>
            </w:r>
          </w:p>
        </w:tc>
        <w:tc>
          <w:tcPr>
            <w:tcW w:type="dxa" w:w="50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Approved response</w:t>
            </w:r>
          </w:p>
        </w:tc>
      </w:tr>
      <w:tr>
        <w:trPr>
          <w:cantSplit/>
        </w:trPr>
        <w:tc>
          <w:tcPr>
            <w:tcW w:type="dxa" w:w="36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Where do gifts go?</w:t>
            </w:r>
          </w:p>
        </w:tc>
        <w:tc>
          <w:tcPr>
            <w:tcW w:type="dxa" w:w="59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36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Where are restrooms?</w:t>
            </w:r>
          </w:p>
        </w:tc>
        <w:tc>
          <w:tcPr>
            <w:tcW w:type="dxa" w:w="59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36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When is transportation leaving?</w:t>
            </w:r>
          </w:p>
        </w:tc>
        <w:tc>
          <w:tcPr>
            <w:tcW w:type="dxa" w:w="59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36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Can I request a song?</w:t>
            </w:r>
          </w:p>
        </w:tc>
        <w:tc>
          <w:tcPr>
            <w:tcW w:type="dxa" w:w="59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36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Where can I smoke?</w:t>
            </w:r>
          </w:p>
        </w:tc>
        <w:tc>
          <w:tcPr>
            <w:tcW w:type="dxa" w:w="59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36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Is there an after party?</w:t>
            </w:r>
          </w:p>
        </w:tc>
        <w:tc>
          <w:tcPr>
            <w:tcW w:type="dxa" w:w="59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36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t>Other</w:t>
            </w:r>
          </w:p>
        </w:tc>
        <w:tc>
          <w:tcPr>
            <w:tcW w:type="dxa" w:w="590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bl>
    <w:p>
      <w:pPr>
        <w:spacing w:after="20"/>
      </w:pPr>
    </w:p>
    <w:p>
      <w:r>
        <w:br w:type="page"/>
      </w:r>
    </w:p>
    <w:p>
      <w:pPr>
        <w:pStyle w:val="Heading1"/>
        <w:keepNext/>
      </w:pPr>
      <w:r>
        <w:t>Music Entertainment and Production</w:t>
      </w:r>
    </w:p>
    <w:p>
      <w:pPr>
        <w:spacing w:after="100"/>
      </w:pPr>
      <w:r>
        <w:rPr>
          <w:b/>
          <w:sz w:val="20"/>
        </w:rPr>
        <w:t xml:space="preserve">DJ or band contact  </w:t>
      </w:r>
      <w:r>
        <w:rPr>
          <w:sz w:val="20"/>
        </w:rPr>
        <w:t>____________________________________________________________</w:t>
      </w:r>
    </w:p>
    <w:p>
      <w:pPr>
        <w:spacing w:after="100"/>
      </w:pPr>
      <w:r>
        <w:rPr>
          <w:b/>
          <w:sz w:val="20"/>
        </w:rPr>
        <w:t xml:space="preserve">Setup location  </w:t>
      </w:r>
      <w:r>
        <w:rPr>
          <w:sz w:val="20"/>
        </w:rPr>
        <w:t>____________________________________________________________</w:t>
      </w:r>
    </w:p>
    <w:p>
      <w:pPr>
        <w:spacing w:after="100"/>
      </w:pPr>
      <w:r>
        <w:rPr>
          <w:b/>
          <w:sz w:val="20"/>
        </w:rPr>
        <w:t xml:space="preserve">Load in time  </w:t>
      </w:r>
      <w:r>
        <w:rPr>
          <w:sz w:val="20"/>
        </w:rPr>
        <w:t>____________________________________________________________</w:t>
      </w:r>
    </w:p>
    <w:p>
      <w:pPr>
        <w:spacing w:after="100"/>
      </w:pPr>
      <w:r>
        <w:rPr>
          <w:b/>
          <w:sz w:val="20"/>
        </w:rPr>
        <w:t xml:space="preserve">Sound check  </w:t>
      </w:r>
      <w:r>
        <w:rPr>
          <w:sz w:val="20"/>
        </w:rPr>
        <w:t>____________________________________________________________</w:t>
      </w:r>
    </w:p>
    <w:p>
      <w:pPr>
        <w:spacing w:after="100"/>
      </w:pPr>
      <w:r>
        <w:rPr>
          <w:b/>
          <w:sz w:val="20"/>
        </w:rPr>
        <w:t xml:space="preserve">Ceremony system location  </w:t>
      </w:r>
      <w:r>
        <w:rPr>
          <w:sz w:val="20"/>
        </w:rPr>
        <w:t>____________________________________________________________</w:t>
      </w:r>
    </w:p>
    <w:p>
      <w:pPr>
        <w:spacing w:after="100"/>
      </w:pPr>
      <w:r>
        <w:rPr>
          <w:b/>
          <w:sz w:val="20"/>
        </w:rPr>
        <w:t xml:space="preserve">Reception system location  </w:t>
      </w:r>
      <w:r>
        <w:rPr>
          <w:sz w:val="20"/>
        </w:rPr>
        <w:t>____________________________________________________________</w:t>
      </w:r>
    </w:p>
    <w:p>
      <w:pPr>
        <w:spacing w:after="100"/>
      </w:pPr>
      <w:r>
        <w:rPr>
          <w:b/>
          <w:sz w:val="20"/>
        </w:rPr>
        <w:t xml:space="preserve">Power requirements  </w:t>
      </w:r>
      <w:r>
        <w:rPr>
          <w:sz w:val="20"/>
        </w:rPr>
        <w:t>____________________________________________________________</w:t>
      </w:r>
    </w:p>
    <w:p>
      <w:pPr>
        <w:spacing w:after="100"/>
      </w:pPr>
      <w:r>
        <w:rPr>
          <w:b/>
          <w:sz w:val="20"/>
        </w:rPr>
        <w:t xml:space="preserve">Wireless frequency concerns  </w:t>
      </w:r>
      <w:r>
        <w:rPr>
          <w:sz w:val="20"/>
        </w:rPr>
        <w:t>____________________________________________________________</w:t>
      </w:r>
    </w:p>
    <w:p>
      <w:pPr>
        <w:spacing w:after="100"/>
      </w:pPr>
      <w:r>
        <w:rPr>
          <w:b/>
          <w:sz w:val="20"/>
        </w:rPr>
        <w:t xml:space="preserve">Venue sound limit  </w:t>
      </w:r>
      <w:r>
        <w:rPr>
          <w:sz w:val="20"/>
        </w:rPr>
        <w:t>____________________________________________________________</w:t>
      </w:r>
    </w:p>
    <w:p>
      <w:pPr>
        <w:spacing w:after="100"/>
      </w:pPr>
      <w:r>
        <w:rPr>
          <w:b/>
          <w:sz w:val="20"/>
        </w:rPr>
        <w:t xml:space="preserve">Last song time  </w:t>
      </w:r>
      <w:r>
        <w:rPr>
          <w:sz w:val="20"/>
        </w:rPr>
        <w:t>____________________________________________________________</w:t>
      </w:r>
    </w:p>
    <w:p>
      <w:pPr>
        <w:pStyle w:val="Heading2"/>
        <w:keepNext/>
      </w:pPr>
      <w:r>
        <w:t>Music and Cue Summary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2592"/>
        <w:gridCol w:w="1224"/>
        <w:gridCol w:w="1224"/>
        <w:gridCol w:w="1440"/>
        <w:gridCol w:w="1080"/>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Moment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Song or audio</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Version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Start point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Fade or ending</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Cue giver</w:t>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259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Production Safety</w:t>
      </w:r>
    </w:p>
    <w:tbl>
      <w:tblPr>
        <w:tblW w:type="auto" w:w="0"/>
        <w:jc w:val="center"/>
        <w:tblLayout w:type="fixed"/>
        <w:tblLook w:firstColumn="1" w:firstRow="1" w:lastColumn="0" w:lastRow="0" w:noHBand="0" w:noVBand="1" w:val="04A0"/>
      </w:tblPr>
      <w:tblGrid>
        <w:gridCol w:w="5040"/>
        <w:gridCol w:w="5040"/>
      </w:tblGrid>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Cables taped or covered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Speakers and stands stable</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Dance floor clear</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Power circuits approved</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Outdoor equipment weather protected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Effects approved in writing</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Fire system restrictions confirmed</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Children kept away from equipment</w:t>
            </w:r>
          </w:p>
        </w:tc>
      </w:tr>
      <w:tr>
        <w:trPr>
          <w:cantSplit/>
        </w:trPr>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Emergency shutoff known</w:t>
            </w:r>
          </w:p>
        </w:tc>
        <w:tc>
          <w:tcPr>
            <w:tcW w:type="dxa" w:w="4752"/>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Backup music and microphone available</w:t>
            </w:r>
          </w:p>
        </w:tc>
      </w:tr>
    </w:tbl>
    <w:p>
      <w:r>
        <w:br w:type="page"/>
      </w:r>
    </w:p>
    <w:p>
      <w:pPr>
        <w:pStyle w:val="Heading1"/>
        <w:keepNext/>
      </w:pPr>
      <w:r>
        <w:t>Personal Items Cards Gifts and Payments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1800"/>
        <w:gridCol w:w="2016"/>
        <w:gridCol w:w="1800"/>
        <w:gridCol w:w="1944"/>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Held by before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 during event</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Held by after</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Destination</w:t>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Marriage license</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Wedding rings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Vows or letters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Cards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Gifts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Cash gifts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Guest book</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Keepsakes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Phones and wallets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Medication</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Vendor payments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Vendor gratuities</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t>Attire and accessories</w:t>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t>Leftover food and cake</w:t>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1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94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Payment Envelope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16"/>
        <w:gridCol w:w="1224"/>
        <w:gridCol w:w="1584"/>
        <w:gridCol w:w="1872"/>
        <w:gridCol w:w="1728"/>
        <w:gridCol w:w="1080"/>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Vendor</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Amount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Payment type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Envelope held by</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Delivered by</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01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Card and Gift Transfer</w:t>
      </w:r>
    </w:p>
    <w:p>
      <w:pPr>
        <w:spacing w:after="100"/>
      </w:pPr>
      <w:r>
        <w:rPr>
          <w:b/>
          <w:sz w:val="20"/>
        </w:rPr>
        <w:t xml:space="preserve">Authorized recipient  </w:t>
      </w:r>
      <w:r>
        <w:rPr>
          <w:sz w:val="20"/>
        </w:rPr>
        <w:t>____________________________________________________________</w:t>
      </w:r>
    </w:p>
    <w:p>
      <w:pPr>
        <w:spacing w:after="100"/>
      </w:pPr>
      <w:r>
        <w:rPr>
          <w:b/>
          <w:sz w:val="20"/>
        </w:rPr>
        <w:t xml:space="preserve">Vehicle or secure location  </w:t>
      </w:r>
      <w:r>
        <w:rPr>
          <w:sz w:val="20"/>
        </w:rPr>
        <w:t>____________________________________________________________</w:t>
      </w:r>
    </w:p>
    <w:p>
      <w:pPr>
        <w:spacing w:after="100"/>
      </w:pPr>
      <w:r>
        <w:rPr>
          <w:b/>
          <w:sz w:val="20"/>
        </w:rPr>
        <w:t xml:space="preserve">Transfer time  </w:t>
      </w:r>
      <w:r>
        <w:rPr>
          <w:sz w:val="20"/>
        </w:rPr>
        <w:t>____________________________________________________________</w:t>
      </w:r>
    </w:p>
    <w:p>
      <w:pPr>
        <w:spacing w:after="100"/>
      </w:pPr>
      <w:r>
        <w:rPr>
          <w:b/>
          <w:sz w:val="20"/>
        </w:rPr>
        <w:t xml:space="preserve">Witness  </w:t>
      </w:r>
      <w:r>
        <w:rPr>
          <w:sz w:val="20"/>
        </w:rPr>
        <w:t>____________________________________________________________</w:t>
      </w:r>
    </w:p>
    <w:p>
      <w:r>
        <w:br w:type="page"/>
      </w:r>
    </w:p>
    <w:p>
      <w:pPr>
        <w:pStyle w:val="Heading1"/>
        <w:keepNext/>
      </w:pPr>
      <w:r>
        <w:t>Emergency and Risk Plan</w:t>
      </w:r>
    </w:p>
    <w:p>
      <w:pPr>
        <w:spacing w:after="100"/>
      </w:pPr>
      <w:r>
        <w:rPr>
          <w:b/>
          <w:sz w:val="20"/>
        </w:rPr>
        <w:t xml:space="preserve">Venue emergency address  </w:t>
      </w:r>
      <w:r>
        <w:rPr>
          <w:sz w:val="20"/>
        </w:rPr>
        <w:t>____________________________________________________________</w:t>
      </w:r>
    </w:p>
    <w:p>
      <w:pPr>
        <w:spacing w:after="100"/>
      </w:pPr>
      <w:r>
        <w:rPr>
          <w:b/>
          <w:sz w:val="20"/>
        </w:rPr>
        <w:t xml:space="preserve">Nearest emergency room  </w:t>
      </w:r>
      <w:r>
        <w:rPr>
          <w:sz w:val="20"/>
        </w:rPr>
        <w:t>____________________________________________________________</w:t>
      </w:r>
    </w:p>
    <w:p>
      <w:pPr>
        <w:spacing w:after="100"/>
      </w:pPr>
      <w:r>
        <w:rPr>
          <w:b/>
          <w:sz w:val="20"/>
        </w:rPr>
        <w:t xml:space="preserve">Venue emergency lead  </w:t>
      </w:r>
      <w:r>
        <w:rPr>
          <w:sz w:val="20"/>
        </w:rPr>
        <w:t>____________________________________________________________</w:t>
      </w:r>
    </w:p>
    <w:p>
      <w:pPr>
        <w:spacing w:after="100"/>
      </w:pPr>
      <w:r>
        <w:rPr>
          <w:b/>
          <w:sz w:val="20"/>
        </w:rPr>
        <w:t xml:space="preserve">Security contact  </w:t>
      </w:r>
      <w:r>
        <w:rPr>
          <w:sz w:val="20"/>
        </w:rPr>
        <w:t>____________________________________________________________</w:t>
      </w:r>
    </w:p>
    <w:p>
      <w:pPr>
        <w:spacing w:after="100"/>
      </w:pPr>
      <w:r>
        <w:rPr>
          <w:b/>
          <w:sz w:val="20"/>
        </w:rPr>
        <w:t xml:space="preserve">First aid kit location  </w:t>
      </w:r>
      <w:r>
        <w:rPr>
          <w:sz w:val="20"/>
        </w:rPr>
        <w:t>____________________________________________________________</w:t>
      </w:r>
    </w:p>
    <w:p>
      <w:pPr>
        <w:spacing w:after="100"/>
      </w:pPr>
      <w:r>
        <w:rPr>
          <w:b/>
          <w:sz w:val="20"/>
        </w:rPr>
        <w:t xml:space="preserve">AED location  </w:t>
      </w:r>
      <w:r>
        <w:rPr>
          <w:sz w:val="20"/>
        </w:rPr>
        <w:t>____________________________________________________________</w:t>
      </w:r>
    </w:p>
    <w:p>
      <w:pPr>
        <w:spacing w:after="100"/>
      </w:pPr>
      <w:r>
        <w:rPr>
          <w:b/>
          <w:sz w:val="20"/>
        </w:rPr>
        <w:t xml:space="preserve">Fire extinguisher locations  </w:t>
      </w:r>
      <w:r>
        <w:rPr>
          <w:sz w:val="20"/>
        </w:rPr>
        <w:t>____________________________________________________________</w:t>
      </w:r>
    </w:p>
    <w:p>
      <w:pPr>
        <w:spacing w:after="100"/>
      </w:pPr>
      <w:r>
        <w:rPr>
          <w:b/>
          <w:sz w:val="20"/>
        </w:rPr>
        <w:t xml:space="preserve">Severe weather shelter  </w:t>
      </w:r>
      <w:r>
        <w:rPr>
          <w:sz w:val="20"/>
        </w:rPr>
        <w:t>____________________________________________________________</w:t>
      </w:r>
    </w:p>
    <w:p>
      <w:pPr>
        <w:spacing w:after="100"/>
      </w:pPr>
      <w:r>
        <w:rPr>
          <w:b/>
          <w:sz w:val="20"/>
        </w:rPr>
        <w:t xml:space="preserve">Utility shutoff contact  </w:t>
      </w:r>
      <w:r>
        <w:rPr>
          <w:sz w:val="20"/>
        </w:rPr>
        <w:t>____________________________________________________________</w:t>
      </w:r>
    </w:p>
    <w:p>
      <w:pPr>
        <w:spacing w:after="100"/>
      </w:pPr>
      <w:r>
        <w:rPr>
          <w:b/>
          <w:sz w:val="20"/>
        </w:rPr>
        <w:t xml:space="preserve">Insurance contact  </w:t>
      </w:r>
      <w:r>
        <w:rPr>
          <w:sz w:val="20"/>
        </w:rPr>
        <w:t>____________________________________________________________</w:t>
      </w:r>
    </w:p>
    <w:p>
      <w:pPr>
        <w:pStyle w:val="Heading2"/>
        <w:keepNext/>
      </w:pPr>
      <w:r>
        <w:t>Emergency Response Priorities</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Protect life and call 911 when needed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Give responders the exact venue address and access point</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Stop music and activities if needed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Keep emergency routes open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Assign someone to meet responders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Notify venue management</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Move guests away from the hazard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Document facts and times without speculation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Notify the couple through the designated decision maker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Preserve privacy and do not post incident details</w:t>
            </w:r>
          </w:p>
        </w:tc>
      </w:tr>
    </w:tbl>
    <w:p>
      <w:pPr>
        <w:pStyle w:val="Heading2"/>
        <w:keepNext/>
      </w:pPr>
      <w:r>
        <w:t>Incident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36"/>
        <w:gridCol w:w="1584"/>
        <w:gridCol w:w="2304"/>
        <w:gridCol w:w="2088"/>
        <w:gridCol w:w="1800"/>
        <w:gridCol w:w="1080"/>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Person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Incident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Action taken</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Witness or authority</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Follow up</w:t>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936"/>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936"/>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30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208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08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r>
        <w:br w:type="page"/>
      </w:r>
    </w:p>
    <w:p>
      <w:pPr>
        <w:pStyle w:val="Heading1"/>
        <w:keepNext/>
      </w:pPr>
      <w:r>
        <w:t>Coordinator Emergency Kit</w:t>
      </w:r>
    </w:p>
    <w:tbl>
      <w:tblPr>
        <w:tblW w:type="auto" w:w="0"/>
        <w:jc w:val="center"/>
        <w:tblLayout w:type="fixed"/>
        <w:tblLook w:firstColumn="1" w:firstRow="1" w:lastColumn="0" w:lastRow="0" w:noHBand="0" w:noVBand="1" w:val="04A0"/>
      </w:tblPr>
      <w:tblGrid>
        <w:gridCol w:w="3360"/>
        <w:gridCol w:w="3360"/>
        <w:gridCol w:w="3360"/>
      </w:tblGrid>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Safety pins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Sewing kit</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Fashion tape</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Hem tape</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Stain remover</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Lint roller</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Scissors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Clear tape</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Gaffer tape</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Zip ties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Command strips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Super glue</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Pens and markers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Clipboards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Phone chargers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Extension cords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Power strips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Batteries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Flashlights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Lighters or matches if approved</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First aid supplies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Pain reliever with permission</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Antacid</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Allergy medication with permission</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Tissues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Wet wipes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Hand sanitizer</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Deodorant</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Mints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Water</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Straws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Snacks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Sunscreen</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Bug spray</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Umbrellas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Blankets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Ponchos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Shoe pads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Blister bandages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Bobby pins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Hair spray</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Comb</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Nail file</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Clear nail polish</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Tampons and pads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Corsage pins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Floral tape</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Wire cutters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Vases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Trash bags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Paper towels</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Disposable gloves</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Copies of timeline</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Vendor contact list</w:t>
            </w:r>
          </w:p>
        </w:tc>
      </w:tr>
      <w:tr>
        <w:trPr>
          <w:cantSplit/>
        </w:trPr>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Floor plan</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Ceremony cue sheet</w:t>
            </w:r>
          </w:p>
        </w:tc>
        <w:tc>
          <w:tcPr>
            <w:tcW w:type="dxa" w:w="3168"/>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Payment envelopes</w:t>
            </w:r>
          </w:p>
        </w:tc>
      </w:tr>
    </w:tbl>
    <w:p>
      <w:pPr>
        <w:pStyle w:val="Heading2"/>
        <w:keepNext/>
      </w:pPr>
      <w:r>
        <w:t>Venue Specific Additions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Master Wedding Day Checklist</w:t>
      </w:r>
    </w:p>
    <w:p>
      <w:pPr>
        <w:pStyle w:val="Heading2"/>
        <w:keepNext/>
      </w:pPr>
      <w:r>
        <w:t>Before Leaving for the Venue</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weather and travel conditions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Send final confirmation to venue and key vendors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Charge phone, radio, and backup battery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Load emergency kit and printed binder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marriage license, rings, vows, and payments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Review unresolved items and decision makers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assistant assignments and attire</w:t>
            </w:r>
          </w:p>
        </w:tc>
      </w:tr>
    </w:tbl>
    <w:p>
      <w:pPr>
        <w:pStyle w:val="Heading2"/>
        <w:keepNext/>
      </w:pPr>
      <w:r>
        <w:t>Upon Arrival</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Check in with venue manager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Walk all event spaces and emergency routes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utilities, temperature, lighting, and restrooms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Verify deliveries and rental counts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Establish vendor staging and storage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Check getting ready rooms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Begin decor setup and photograph inventory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ceremony and rain plan</w:t>
            </w:r>
          </w:p>
        </w:tc>
      </w:tr>
    </w:tbl>
    <w:p>
      <w:pPr>
        <w:pStyle w:val="Heading2"/>
        <w:keepNext/>
      </w:pPr>
      <w:r>
        <w:t>Before Ceremony</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Complete ceremony setup inspection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officiant, DJ, photo, and video ready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Distribute flowers and personal items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rings, vows, and license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Seat VIPs and reserved guests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Stage wedding party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Review cues and processional spacing</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Hold or release processional on time</w:t>
            </w:r>
          </w:p>
        </w:tc>
      </w:tr>
    </w:tbl>
    <w:p>
      <w:pPr>
        <w:pStyle w:val="Heading2"/>
        <w:keepNext/>
      </w:pPr>
      <w:r>
        <w:t>After Ceremony</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Direct guests to cocktail hour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Secure marriage license and ceremony items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Move or protect flowers and decor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Support family photo gathering</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couple food and beverages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Verify reception room completion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Update vendors on any timing change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Line up wedding party for introductions</w:t>
            </w:r>
          </w:p>
        </w:tc>
      </w:tr>
    </w:tbl>
    <w:p>
      <w:r>
        <w:br w:type="page"/>
      </w:r>
    </w:p>
    <w:p>
      <w:pPr>
        <w:pStyle w:val="Heading1"/>
        <w:keepNext/>
      </w:pPr>
      <w:r>
        <w:t>Master Wedding Day Checklist Continued</w:t>
      </w:r>
    </w:p>
    <w:p>
      <w:pPr>
        <w:pStyle w:val="Heading2"/>
        <w:keepNext/>
      </w:pPr>
      <w:r>
        <w:t>During Reception</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introductions with DJ and photographer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Cue catering, speakers, and formalities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Monitor couple and VIP needs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Keep vendor team updated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Watch room temperature, spills, and restrooms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Monitor bar timing and guest safety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Protect cards, gifts, and personal items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Check timeline at least every 15 minutes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sunset photos and special moments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Start breakdown only in approved areas</w:t>
            </w:r>
          </w:p>
        </w:tc>
      </w:tr>
    </w:tbl>
    <w:p>
      <w:pPr>
        <w:pStyle w:val="Heading2"/>
        <w:keepNext/>
      </w:pPr>
      <w:r>
        <w:t>End of Night</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last dance and exit plan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Gather couple before private last dance if planned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Distribute exit items safely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transportation and sober rides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Transfer cards, gifts, and valuables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Pack personal decor separately from rentals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Count rentals and document damage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Collect leftover food, cake, attire, and florals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Check getting ready rooms and hidden storage</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vendor payments and gratuities delivered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Walk venue with manager</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Photograph cleared spaces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Return keys and access items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Document items left behind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Send completion message to designated contact</w:t>
            </w:r>
          </w:p>
        </w:tc>
      </w:tr>
    </w:tbl>
    <w:p>
      <w:pPr>
        <w:pStyle w:val="Heading2"/>
        <w:keepNext/>
      </w:pPr>
      <w:r>
        <w:t>Coordinator Final Notes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Detailed Run of Show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864"/>
        <w:gridCol w:w="864"/>
        <w:gridCol w:w="2664"/>
        <w:gridCol w:w="1440"/>
        <w:gridCol w:w="1296"/>
        <w:gridCol w:w="1152"/>
        <w:gridCol w:w="1224"/>
      </w:tblGrid>
      <w:tr>
        <w:trPr>
          <w:tblHeader w:val="true"/>
          <w:cantSplit/>
        </w:trPr>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Duration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Action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Owner</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Cue to</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Status or notes</w:t>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bl>
    <w:p>
      <w:pPr>
        <w:spacing w:after="20"/>
      </w:pPr>
    </w:p>
    <w:p>
      <w:r>
        <w:br w:type="page"/>
      </w:r>
    </w:p>
    <w:p>
      <w:pPr>
        <w:pStyle w:val="Heading1"/>
        <w:keepNext/>
      </w:pPr>
      <w:r>
        <w:t>Detailed Run of Show Continued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864"/>
        <w:gridCol w:w="864"/>
        <w:gridCol w:w="2664"/>
        <w:gridCol w:w="1440"/>
        <w:gridCol w:w="1296"/>
        <w:gridCol w:w="1152"/>
        <w:gridCol w:w="1224"/>
      </w:tblGrid>
      <w:tr>
        <w:trPr>
          <w:tblHeader w:val="true"/>
          <w:cantSplit/>
        </w:trPr>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Time</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Duration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Action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Location</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Owner</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Cue to</w:t>
            </w:r>
          </w:p>
        </w:tc>
        <w:tc>
          <w:tcPr>
            <w:tcW w:type="dxa" w:w="144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Status or notes</w:t>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3"/>
              </w:rPr>
            </w:r>
          </w:p>
        </w:tc>
      </w:tr>
      <w:tr>
        <w:trPr>
          <w:cantSplit/>
        </w:trPr>
        <w:tc>
          <w:tcPr>
            <w:tcW w:type="dxa" w:w="86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3"/>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26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44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3"/>
              </w:rPr>
            </w:r>
          </w:p>
        </w:tc>
      </w:tr>
    </w:tbl>
    <w:p>
      <w:pPr>
        <w:spacing w:after="20"/>
      </w:pPr>
    </w:p>
    <w:p>
      <w:r>
        <w:br w:type="page"/>
      </w:r>
    </w:p>
    <w:p>
      <w:pPr>
        <w:pStyle w:val="Heading1"/>
        <w:keepNext/>
      </w:pPr>
      <w:r>
        <w:t>Coordinator Team Assignments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1512"/>
        <w:gridCol w:w="1656"/>
        <w:gridCol w:w="3384"/>
        <w:gridCol w:w="1008"/>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Team member</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Shift</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Primary zone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Responsibilities</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Radio or phone</w:t>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3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00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Critical Cue Assignments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1656"/>
        <w:gridCol w:w="1656"/>
        <w:gridCol w:w="1512"/>
        <w:gridCol w:w="2736"/>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Cue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Primary</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Backup</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Method</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Exact trigger</w:t>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Processional start</w:t>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Wedding party entries</w:t>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Partner entrance</w:t>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Recessional</w:t>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Reception doors open</w:t>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Grand entrance</w:t>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Toasts</w:t>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Cake cutting</w:t>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Special dances</w:t>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Sunset photos</w:t>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Last call</w:t>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Last dance</w:t>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Exit</w:t>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1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73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bl>
    <w:p>
      <w:pPr>
        <w:spacing w:after="20"/>
      </w:pPr>
    </w:p>
    <w:p>
      <w:pPr>
        <w:pStyle w:val="Heading2"/>
        <w:keepNext/>
      </w:pPr>
      <w:r>
        <w:t>Radio Language</w:t>
      </w:r>
    </w:p>
    <w:p>
      <w:r>
        <w:t>Use short, calm messages. Identify yourself, identify the person needed, state the location, and request confirmation. Do not share private family, medical, or payment details over an open radio channel.</w:t>
      </w:r>
    </w:p>
    <w:p>
      <w:r>
        <w:br w:type="page"/>
      </w:r>
    </w:p>
    <w:p>
      <w:pPr>
        <w:pStyle w:val="Heading1"/>
        <w:keepNext/>
      </w:pPr>
      <w:r>
        <w:t>End of Night Packing and Return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232"/>
        <w:gridCol w:w="1800"/>
        <w:gridCol w:w="1584"/>
        <w:gridCol w:w="1800"/>
        <w:gridCol w:w="1656"/>
        <w:gridCol w:w="864"/>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Area or item</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Container label</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Packed by</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Vehicle or pickup</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Recipient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Confirmed</w:t>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2232"/>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86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Venue Closeout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320"/>
        <w:gridCol w:w="2160"/>
        <w:gridCol w:w="1728"/>
        <w:gridCol w:w="1296"/>
      </w:tblGrid>
      <w:tr>
        <w:trPr>
          <w:tblHeader w:val="true"/>
          <w:cantSplit/>
        </w:trPr>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Requirement</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Responsible party</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Deadline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Complete</w:t>
            </w:r>
          </w:p>
        </w:tc>
      </w:tr>
      <w:tr>
        <w:trPr>
          <w:cantSplit/>
        </w:trPr>
        <w:tc>
          <w:tcPr>
            <w:tcW w:type="dxa" w:w="432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Trash removed or consolidated</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Decor removed</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Rentals staged</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Kitchen and prep areas cleared</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Getting ready rooms cleared</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Cards and gifts transferred</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Damage documented</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Keys returned</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Final venue walkthrough</w:t>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t>☐</w:t>
            </w:r>
          </w:p>
        </w:tc>
      </w:tr>
      <w:tr>
        <w:trPr>
          <w:cantSplit/>
        </w:trPr>
        <w:tc>
          <w:tcPr>
            <w:tcW w:type="dxa" w:w="432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Doors locked or alarm set</w:t>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7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t>☐</w:t>
            </w:r>
          </w:p>
        </w:tc>
      </w:tr>
    </w:tbl>
    <w:p>
      <w:pPr>
        <w:spacing w:after="20"/>
      </w:pPr>
    </w:p>
    <w:p>
      <w:pPr>
        <w:pStyle w:val="Heading2"/>
        <w:keepNext/>
      </w:pPr>
      <w:r>
        <w:t>Items Left Behind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60"/>
        <w:gridCol w:w="1872"/>
        <w:gridCol w:w="1800"/>
        <w:gridCol w:w="1800"/>
        <w:gridCol w:w="1872"/>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Item</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Found at</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Held by</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Owner contacted</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Return plan</w:t>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160"/>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r>
        <w:br w:type="page"/>
      </w:r>
    </w:p>
    <w:p>
      <w:pPr>
        <w:pStyle w:val="Heading1"/>
        <w:keepNext/>
      </w:pPr>
      <w:r>
        <w:t>Post Wedding Follow Up</w:t>
      </w:r>
    </w:p>
    <w:tbl>
      <w:tblPr>
        <w:tblW w:type="auto" w:w="0"/>
        <w:jc w:val="center"/>
        <w:tblLayout w:type="fixed"/>
        <w:tblLook w:firstColumn="1" w:firstRow="1" w:lastColumn="0" w:lastRow="0" w:noHBand="0" w:noVBand="1" w:val="04A0"/>
      </w:tblPr>
      <w:tblGrid>
        <w:gridCol w:w="10080"/>
      </w:tblGrid>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couple arrived safely at lodging or departure point</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Send summary of any items held or unresolved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Return marriage license according to assigned plan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Confirm rental pickups and returns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Send damage or incident documentation to appropriate party</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Return personal items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Reconcile vendor balances and receipts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Share lost and found information</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Archive final timeline and vendor notes</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Schedule debrief if included</w:t>
            </w:r>
          </w:p>
        </w:tc>
      </w:tr>
      <w:tr>
        <w:trPr>
          <w:cantSplit/>
        </w:trPr>
        <w:tc>
          <w:tcPr>
            <w:tcW w:type="dxa" w:w="9504"/>
            <w:tcMar>
              <w:top w:w="100" w:type="dxa"/>
              <w:start w:w="120" w:type="dxa"/>
              <w:bottom w:w="100" w:type="dxa"/>
              <w:end w:w="120" w:type="dxa"/>
            </w:tcMar>
            <w:vAlign w:val="center"/>
          </w:tcPr>
          <w:p>
            <w:pPr>
              <w:spacing w:after="0" w:line="252" w:lineRule="auto"/>
              <w:jc w:val="left"/>
            </w:pPr>
            <w:r/>
            <w:r>
              <w:rPr>
                <w:rFonts w:ascii="Aptos" w:hAnsi="Aptos"/>
                <w:b w:val="0"/>
                <w:color w:val="000000"/>
                <w:sz w:val="18"/>
              </w:rPr>
              <w:t>☐ Request feedback or review after an appropriate interval</w:t>
            </w:r>
          </w:p>
        </w:tc>
      </w:tr>
    </w:tbl>
    <w:p>
      <w:pPr>
        <w:pStyle w:val="Heading2"/>
        <w:keepNext/>
      </w:pPr>
      <w:r>
        <w:t>Financial Reconciliation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304"/>
        <w:gridCol w:w="1296"/>
        <w:gridCol w:w="1296"/>
        <w:gridCol w:w="1296"/>
        <w:gridCol w:w="1152"/>
        <w:gridCol w:w="2160"/>
      </w:tblGrid>
      <w:tr>
        <w:trPr>
          <w:tblHeader w:val="true"/>
          <w:cantSplit/>
        </w:trPr>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Vendor or expense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Expected</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Paid</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Difference</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Receipt</w:t>
            </w:r>
          </w:p>
        </w:tc>
        <w:tc>
          <w:tcPr>
            <w:tcW w:type="dxa" w:w="168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Follow up</w:t>
            </w:r>
          </w:p>
        </w:tc>
      </w:tr>
      <w:tr>
        <w:trPr>
          <w:cantSplit/>
        </w:trPr>
        <w:tc>
          <w:tcPr>
            <w:tcW w:type="dxa" w:w="230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230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29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15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216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Post Event Debrief</w:t>
      </w:r>
    </w:p>
    <w:p>
      <w:pPr>
        <w:spacing w:after="100"/>
      </w:pPr>
      <w:r>
        <w:rPr>
          <w:b/>
          <w:sz w:val="20"/>
        </w:rPr>
        <w:t xml:space="preserve">What went especially well  </w:t>
      </w:r>
      <w:r>
        <w:rPr>
          <w:sz w:val="20"/>
        </w:rPr>
        <w:t>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00"/>
      </w:pPr>
      <w:r>
        <w:rPr>
          <w:b/>
          <w:sz w:val="20"/>
        </w:rPr>
        <w:t xml:space="preserve">What changed from the approved plan  </w:t>
      </w:r>
      <w:r>
        <w:rPr>
          <w:sz w:val="20"/>
        </w:rPr>
        <w:t>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00"/>
      </w:pPr>
      <w:r>
        <w:rPr>
          <w:b/>
          <w:sz w:val="20"/>
        </w:rPr>
        <w:t xml:space="preserve">Outstanding items or commitments  </w:t>
      </w:r>
      <w:r>
        <w:rPr>
          <w:sz w:val="20"/>
        </w:rPr>
        <w:t>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00"/>
      </w:pPr>
      <w:r>
        <w:rPr>
          <w:b/>
          <w:sz w:val="20"/>
        </w:rPr>
        <w:t xml:space="preserve">Lessons for future events  </w:t>
      </w:r>
      <w:r>
        <w:rPr>
          <w:sz w:val="20"/>
        </w:rPr>
        <w:t>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r>
        <w:br w:type="page"/>
      </w:r>
    </w:p>
    <w:p>
      <w:pPr>
        <w:pStyle w:val="Heading1"/>
        <w:keepNext/>
      </w:pPr>
      <w:r>
        <w:t>Final Approval and Change Log</w:t>
      </w:r>
    </w:p>
    <w:p>
      <w:r>
        <w:t>The signatures below confirm that the coordinator has received the current wedding plan. They do not amend the service agreement. The couple remains responsible for vendor contracts, payments, permits, legal requirements, and decisions outside the coordinator’s contracted scope.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2376"/>
        <w:gridCol w:w="3600"/>
        <w:gridCol w:w="1584"/>
      </w:tblGrid>
      <w:tr>
        <w:trPr>
          <w:tblHeader w:val="true"/>
          <w:cantSplit/>
        </w:trPr>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Approver</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Name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Signature</w:t>
            </w:r>
          </w:p>
        </w:tc>
        <w:tc>
          <w:tcPr>
            <w:tcW w:type="dxa" w:w="2520"/>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Date</w:t>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Partner one</w:t>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6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Partner two</w:t>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6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tcPr>
          <w:p>
            <w:pPr>
              <w:spacing w:after="0" w:line="252" w:lineRule="auto"/>
              <w:jc w:val="center"/>
            </w:pPr>
            <w:r/>
            <w:r>
              <w:rPr>
                <w:rFonts w:ascii="Aptos" w:hAnsi="Aptos"/>
                <w:b w:val="0"/>
                <w:color w:val="000000"/>
                <w:sz w:val="16"/>
              </w:rPr>
              <w:t>Lead coordinator</w:t>
            </w:r>
          </w:p>
        </w:tc>
        <w:tc>
          <w:tcPr>
            <w:tcW w:type="dxa" w:w="2376"/>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3600"/>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tcPr>
          <w:p>
            <w:pPr>
              <w:spacing w:after="0" w:line="252" w:lineRule="auto"/>
              <w:jc w:val="left"/>
            </w:pPr>
            <w:r/>
            <w:r>
              <w:rPr>
                <w:rFonts w:ascii="Aptos" w:hAnsi="Aptos"/>
                <w:b w:val="0"/>
                <w:color w:val="000000"/>
                <w:sz w:val="16"/>
              </w:rPr>
            </w:r>
          </w:p>
        </w:tc>
      </w:tr>
      <w:tr>
        <w:trPr>
          <w:cantSplit/>
        </w:trPr>
        <w:tc>
          <w:tcPr>
            <w:tcW w:type="dxa" w:w="194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6"/>
              </w:rPr>
              <w:t>Venue representative if required</w:t>
            </w:r>
          </w:p>
        </w:tc>
        <w:tc>
          <w:tcPr>
            <w:tcW w:type="dxa" w:w="237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3600"/>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c>
          <w:tcPr>
            <w:tcW w:type="dxa" w:w="158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6"/>
              </w:rPr>
            </w:r>
          </w:p>
        </w:tc>
      </w:tr>
    </w:tbl>
    <w:p>
      <w:pPr>
        <w:spacing w:after="20"/>
      </w:pPr>
    </w:p>
    <w:p>
      <w:pPr>
        <w:pStyle w:val="Heading2"/>
        <w:keepNext/>
      </w:pPr>
      <w:r>
        <w:t>Change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24"/>
        <w:gridCol w:w="1872"/>
        <w:gridCol w:w="3528"/>
        <w:gridCol w:w="1656"/>
        <w:gridCol w:w="1224"/>
      </w:tblGrid>
      <w:tr>
        <w:trPr>
          <w:tblHeader w:val="true"/>
          <w:cantSplit/>
        </w:trPr>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Date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Requested by</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Change</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Vendors notified</w:t>
            </w:r>
          </w:p>
        </w:tc>
        <w:tc>
          <w:tcPr>
            <w:tcW w:type="dxa" w:w="2016"/>
            <w:vAlign w:val="center"/>
            <w:tcMar>
              <w:top w:w="100" w:type="dxa"/>
              <w:start w:w="120" w:type="dxa"/>
              <w:bottom w:w="100" w:type="dxa"/>
              <w:end w:w="120" w:type="dxa"/>
            </w:tcMar>
            <w:shd w:fill="123B8F"/>
          </w:tcPr>
          <w:p>
            <w:pPr>
              <w:spacing w:after="0" w:line="252" w:lineRule="auto"/>
              <w:jc w:val="center"/>
            </w:pPr>
            <w:r/>
            <w:r>
              <w:rPr>
                <w:rFonts w:ascii="Aptos" w:hAnsi="Aptos"/>
                <w:b/>
                <w:color w:val="FFFFFF"/>
                <w:sz w:val="18"/>
              </w:rPr>
              <w:t>Completed by</w:t>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tcPr>
          <w:p>
            <w:pPr>
              <w:spacing w:after="0" w:line="252" w:lineRule="auto"/>
              <w:jc w:val="left"/>
            </w:pPr>
            <w:r/>
            <w:r>
              <w:rPr>
                <w:rFonts w:ascii="Aptos" w:hAnsi="Aptos"/>
                <w:b w:val="0"/>
                <w:color w:val="000000"/>
                <w:sz w:val="15"/>
              </w:rPr>
            </w:r>
          </w:p>
        </w:tc>
      </w:tr>
      <w:tr>
        <w:trPr>
          <w:cantSplit/>
        </w:trPr>
        <w:tc>
          <w:tcPr>
            <w:tcW w:type="dxa" w:w="1224"/>
            <w:vAlign w:val="center"/>
            <w:tcMar>
              <w:top w:w="100" w:type="dxa"/>
              <w:start w:w="120" w:type="dxa"/>
              <w:bottom w:w="100" w:type="dxa"/>
              <w:end w:w="120" w:type="dxa"/>
            </w:tcMar>
            <w:shd w:fill="F7F9FC"/>
          </w:tcPr>
          <w:p>
            <w:pPr>
              <w:spacing w:after="0" w:line="252" w:lineRule="auto"/>
              <w:jc w:val="center"/>
            </w:pPr>
            <w:r/>
            <w:r>
              <w:rPr>
                <w:rFonts w:ascii="Aptos" w:hAnsi="Aptos"/>
                <w:b w:val="0"/>
                <w:color w:val="000000"/>
                <w:sz w:val="15"/>
              </w:rPr>
            </w:r>
          </w:p>
        </w:tc>
        <w:tc>
          <w:tcPr>
            <w:tcW w:type="dxa" w:w="1872"/>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3528"/>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656"/>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c>
          <w:tcPr>
            <w:tcW w:type="dxa" w:w="1224"/>
            <w:vAlign w:val="center"/>
            <w:tcMar>
              <w:top w:w="100" w:type="dxa"/>
              <w:start w:w="120" w:type="dxa"/>
              <w:bottom w:w="100" w:type="dxa"/>
              <w:end w:w="120" w:type="dxa"/>
            </w:tcMar>
            <w:shd w:fill="F7F9FC"/>
          </w:tcPr>
          <w:p>
            <w:pPr>
              <w:spacing w:after="0" w:line="252" w:lineRule="auto"/>
              <w:jc w:val="left"/>
            </w:pPr>
            <w:r/>
            <w:r>
              <w:rPr>
                <w:rFonts w:ascii="Aptos" w:hAnsi="Aptos"/>
                <w:b w:val="0"/>
                <w:color w:val="000000"/>
                <w:sz w:val="15"/>
              </w:rPr>
            </w:r>
          </w:p>
        </w:tc>
      </w:tr>
    </w:tbl>
    <w:p>
      <w:pPr>
        <w:spacing w:after="20"/>
      </w:pPr>
    </w:p>
    <w:p>
      <w:pPr>
        <w:pStyle w:val="Heading2"/>
        <w:keepNext/>
      </w:pPr>
      <w:r>
        <w:t>Final Notes</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p>
      <w:pPr>
        <w:spacing w:after="120" w:line="240" w:lineRule="auto"/>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America’s Music To Go   •   americasmusictogo.com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23B8F"/>
        <w:sz w:val="16"/>
      </w:rPr>
      <w:t>AMTG  |  DAY OF COORDINATOR PLANNER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Display" w:hAnsi="Aptos Display"/>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ptos Display" w:hAnsi="Aptos Display"/>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Label">
    <w:name w:val="Small Label"/>
    <w:rPr>
      <w:rFonts w:ascii="Aptos" w:hAnsi="Aptos"/>
      <w:b/>
      <w:color w:val="123B8F"/>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AMTG Wedding Day Coordinator Planner</dc:title>
  <dc:subject>Detailed wedding day coordination planning workbook</dc:subject>
  <dc:creator>America’s Music To Go</dc:creator>
  <cp:keywords>wedding, day of coordinator, planner, AMTG</cp:keywords>
  <dc:description>generated by python-docx</dc:description>
  <cp:lastModifiedBy/>
  <cp:revision>1</cp:revision>
  <dcterms:created xsi:type="dcterms:W3CDTF">2013-12-23T23:15:00Z</dcterms:created>
  <dcterms:modified xsi:type="dcterms:W3CDTF">2013-12-23T23:15:00Z</dcterms:modified>
  <cp:category/>
</cp:coreProperties>
</file>